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A2A0" w14:textId="5E33D0BB" w:rsidR="00676567" w:rsidRPr="000E575F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INSTRUÇÃO NORMATIVA Nº 1</w:t>
      </w:r>
      <w:r w:rsidR="000E575F" w:rsidRPr="000E575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E575F">
        <w:rPr>
          <w:rFonts w:ascii="Times New Roman" w:hAnsi="Times New Roman" w:cs="Times New Roman"/>
          <w:b/>
          <w:bCs/>
          <w:sz w:val="24"/>
          <w:szCs w:val="24"/>
        </w:rPr>
        <w:t>/2025</w:t>
      </w:r>
    </w:p>
    <w:p w14:paraId="019E8496" w14:textId="77777777" w:rsidR="00724BC4" w:rsidRPr="000E575F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212A1" w14:textId="789883EB" w:rsidR="00724BC4" w:rsidRPr="000E575F" w:rsidRDefault="000E575F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75F">
        <w:rPr>
          <w:rFonts w:ascii="Times New Roman" w:hAnsi="Times New Roman" w:cs="Times New Roman"/>
          <w:sz w:val="24"/>
          <w:szCs w:val="24"/>
        </w:rPr>
        <w:t>Institui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parâmetros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numéricos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para o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limite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estudantes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turma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anos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iniciais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do Ensino Fundamental da Rede Municipal de Ensino de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FD526A" w14:textId="77777777" w:rsidR="00870246" w:rsidRPr="000E575F" w:rsidRDefault="00870246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A269997" w14:textId="55D743A1" w:rsidR="00870246" w:rsidRPr="000E575F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SECRETÁRIA MUNICIPAL DE EDUCAÇÃO, CULTURA E ESPORTES 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proofErr w:type="spellStart"/>
      <w:r w:rsidRPr="000E575F">
        <w:rPr>
          <w:rFonts w:ascii="Times New Roman" w:hAnsi="Times New Roman" w:cs="Times New Roman"/>
          <w:sz w:val="24"/>
          <w:szCs w:val="24"/>
          <w:lang w:val="pt-BR"/>
        </w:rPr>
        <w:t>Pranchita</w:t>
      </w:r>
      <w:proofErr w:type="spellEnd"/>
      <w:r w:rsidRPr="000E575F">
        <w:rPr>
          <w:rFonts w:ascii="Times New Roman" w:hAnsi="Times New Roman" w:cs="Times New Roman"/>
          <w:sz w:val="24"/>
          <w:szCs w:val="24"/>
          <w:lang w:val="pt-BR"/>
        </w:rPr>
        <w:t>, Estado do Paraná, no uso de suas atribuições legais, e</w:t>
      </w:r>
    </w:p>
    <w:p w14:paraId="7A52A2E7" w14:textId="77777777" w:rsidR="00870246" w:rsidRPr="000E575F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7F8C8D4" w14:textId="2C667C34" w:rsidR="00870246" w:rsidRPr="000E575F" w:rsidRDefault="000E575F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75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proofErr w:type="spellEnd"/>
      <w:r w:rsidRPr="000E57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575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necessidade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assegurar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condições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adequadas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processo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ensino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aprendizagem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anos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iniciais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do Ensino Fundamental;</w:t>
      </w:r>
    </w:p>
    <w:p w14:paraId="0FAD66AB" w14:textId="77777777" w:rsidR="000E575F" w:rsidRPr="000E575F" w:rsidRDefault="000E575F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0A5E7CB" w14:textId="094E3C20" w:rsidR="00870246" w:rsidRPr="000E575F" w:rsidRDefault="000E575F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75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proofErr w:type="spellEnd"/>
      <w:r w:rsidRPr="000E57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575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importância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estabelecer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parâmetros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quantitativos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garantam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atendimento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aos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75F">
        <w:rPr>
          <w:rFonts w:ascii="Times New Roman" w:hAnsi="Times New Roman" w:cs="Times New Roman"/>
          <w:sz w:val="24"/>
          <w:szCs w:val="24"/>
        </w:rPr>
        <w:t>estudantes</w:t>
      </w:r>
      <w:proofErr w:type="spellEnd"/>
      <w:r w:rsidRPr="000E575F">
        <w:rPr>
          <w:rFonts w:ascii="Times New Roman" w:hAnsi="Times New Roman" w:cs="Times New Roman"/>
          <w:sz w:val="24"/>
          <w:szCs w:val="24"/>
        </w:rPr>
        <w:t>,</w:t>
      </w:r>
    </w:p>
    <w:p w14:paraId="2D1C57FB" w14:textId="77777777" w:rsidR="000E575F" w:rsidRPr="000E575F" w:rsidRDefault="000E575F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4A5A364" w14:textId="3C9ABA0B" w:rsidR="00870246" w:rsidRPr="000E575F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RESOLVE:</w:t>
      </w:r>
    </w:p>
    <w:p w14:paraId="4D5F4561" w14:textId="77777777" w:rsidR="00724BC4" w:rsidRPr="000E575F" w:rsidRDefault="00724BC4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F8891" w14:textId="75D21C1A" w:rsidR="00724BC4" w:rsidRPr="000E575F" w:rsidRDefault="00870246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1º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Ficam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instituídos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parâmetros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numéricos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limite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máximo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estudantes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turma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b/>
          <w:bCs/>
          <w:sz w:val="24"/>
          <w:szCs w:val="24"/>
        </w:rPr>
        <w:t>anos</w:t>
      </w:r>
      <w:proofErr w:type="spellEnd"/>
      <w:r w:rsidR="000E575F" w:rsidRPr="000E57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b/>
          <w:bCs/>
          <w:sz w:val="24"/>
          <w:szCs w:val="24"/>
        </w:rPr>
        <w:t>iniciais</w:t>
      </w:r>
      <w:proofErr w:type="spellEnd"/>
      <w:r w:rsidR="000E575F" w:rsidRPr="000E575F">
        <w:rPr>
          <w:rFonts w:ascii="Times New Roman" w:hAnsi="Times New Roman" w:cs="Times New Roman"/>
          <w:b/>
          <w:bCs/>
          <w:sz w:val="24"/>
          <w:szCs w:val="24"/>
        </w:rPr>
        <w:t xml:space="preserve"> do Ensino Fundamental</w:t>
      </w:r>
      <w:r w:rsidR="000E575F" w:rsidRPr="000E575F">
        <w:rPr>
          <w:rFonts w:ascii="Times New Roman" w:hAnsi="Times New Roman" w:cs="Times New Roman"/>
          <w:sz w:val="24"/>
          <w:szCs w:val="24"/>
        </w:rPr>
        <w:t xml:space="preserve">, da Rede Municipal de Ensino de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ciclos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descritos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seguir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>:</w:t>
      </w:r>
    </w:p>
    <w:p w14:paraId="6CBD999B" w14:textId="77777777" w:rsidR="000E575F" w:rsidRPr="000E575F" w:rsidRDefault="000E575F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73E2D" w14:textId="6A0FB0B7" w:rsidR="000E575F" w:rsidRPr="000E575F" w:rsidRDefault="000E575F" w:rsidP="000E57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sz w:val="24"/>
          <w:szCs w:val="24"/>
          <w:lang w:val="pt-BR"/>
        </w:rPr>
        <w:t>I –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1º CICLO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1568FEA6" w14:textId="77777777" w:rsidR="000E575F" w:rsidRPr="000E575F" w:rsidRDefault="000E575F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Compreende o 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1º, 2º e 3º anos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 do Ensino Fundamental.</w:t>
      </w:r>
    </w:p>
    <w:p w14:paraId="77FDD68E" w14:textId="6C5B343A" w:rsidR="000E575F" w:rsidRPr="000E575F" w:rsidRDefault="000E575F" w:rsidP="000E575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Limite máximo: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 até 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2</w:t>
      </w:r>
      <w:r w:rsidR="00872FFC">
        <w:rPr>
          <w:rFonts w:ascii="Times New Roman" w:hAnsi="Times New Roman" w:cs="Times New Roman"/>
          <w:b/>
          <w:bCs/>
          <w:sz w:val="24"/>
          <w:szCs w:val="24"/>
          <w:lang w:val="pt-BR"/>
        </w:rPr>
        <w:t>7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(vinte e </w:t>
      </w:r>
      <w:r w:rsidR="00872FFC">
        <w:rPr>
          <w:rFonts w:ascii="Times New Roman" w:hAnsi="Times New Roman" w:cs="Times New Roman"/>
          <w:b/>
          <w:bCs/>
          <w:sz w:val="24"/>
          <w:szCs w:val="24"/>
          <w:lang w:val="pt-BR"/>
        </w:rPr>
        <w:t>sete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)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 estudantes por turma.</w:t>
      </w:r>
    </w:p>
    <w:p w14:paraId="1EE9B341" w14:textId="77777777" w:rsidR="000E575F" w:rsidRPr="000E575F" w:rsidRDefault="000E575F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77024AD" w14:textId="64456913" w:rsidR="000E575F" w:rsidRPr="000E575F" w:rsidRDefault="000E575F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II </w:t>
      </w:r>
      <w:r w:rsidRPr="000E575F">
        <w:rPr>
          <w:rFonts w:ascii="Times New Roman" w:hAnsi="Times New Roman" w:cs="Times New Roman"/>
          <w:sz w:val="24"/>
          <w:szCs w:val="24"/>
        </w:rPr>
        <w:t xml:space="preserve">– </w:t>
      </w:r>
      <w:r w:rsidRPr="000E575F">
        <w:rPr>
          <w:rFonts w:ascii="Times New Roman" w:hAnsi="Times New Roman" w:cs="Times New Roman"/>
          <w:b/>
          <w:bCs/>
          <w:sz w:val="24"/>
          <w:szCs w:val="24"/>
        </w:rPr>
        <w:t>2º CICLO</w:t>
      </w:r>
      <w:r w:rsidRPr="000E575F">
        <w:rPr>
          <w:rFonts w:ascii="Times New Roman" w:hAnsi="Times New Roman" w:cs="Times New Roman"/>
          <w:sz w:val="24"/>
          <w:szCs w:val="24"/>
        </w:rPr>
        <w:t>:</w:t>
      </w:r>
    </w:p>
    <w:p w14:paraId="799B13CB" w14:textId="627D4BB7" w:rsidR="000E575F" w:rsidRPr="000E575F" w:rsidRDefault="000E575F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Compreende o 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4º e 5º anos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 do Ensino Fundamental.</w:t>
      </w:r>
    </w:p>
    <w:p w14:paraId="4D535B6A" w14:textId="77777777" w:rsidR="000E575F" w:rsidRPr="000E575F" w:rsidRDefault="000E575F" w:rsidP="000E575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Limite máximo: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 até 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30 (trinta)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 estudantes por turma.</w:t>
      </w:r>
    </w:p>
    <w:p w14:paraId="5819B8F5" w14:textId="77777777" w:rsidR="000E575F" w:rsidRPr="000E575F" w:rsidRDefault="000E575F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0397B" w14:textId="77777777" w:rsidR="000E575F" w:rsidRPr="000E575F" w:rsidRDefault="00000000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limites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estabelecidos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nesta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Instrução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Normativa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deverão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ser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observados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formação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turmas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bem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como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decorrer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ano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letivo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respeitando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condições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estruturais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pedagógicas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e de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pessoal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unidade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escolar.</w:t>
      </w:r>
    </w:p>
    <w:p w14:paraId="09F1BC9F" w14:textId="77777777" w:rsidR="000E575F" w:rsidRPr="000E575F" w:rsidRDefault="000E575F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C1DAA" w14:textId="712975B8" w:rsidR="00AF3B2D" w:rsidRPr="000E575F" w:rsidRDefault="000E51C3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Situações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excepcionais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devidamente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justificadas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direção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escolar 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analisadas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Secretaria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Municipal de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poderão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ser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avaliadas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caso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caso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desde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comprometam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ensino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>.</w:t>
      </w:r>
    </w:p>
    <w:p w14:paraId="7C00728E" w14:textId="77777777" w:rsidR="000E575F" w:rsidRPr="000E575F" w:rsidRDefault="000E575F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7CE49" w14:textId="05A89E22" w:rsidR="00676567" w:rsidRPr="000E575F" w:rsidRDefault="00000000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r w:rsidR="000E575F" w:rsidRPr="000E575F">
        <w:rPr>
          <w:rFonts w:ascii="Times New Roman" w:hAnsi="Times New Roman" w:cs="Times New Roman"/>
          <w:sz w:val="24"/>
          <w:szCs w:val="24"/>
        </w:rPr>
        <w:t xml:space="preserve">Esta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Instrução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Normativa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entra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vigor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data de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="000E575F"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75F" w:rsidRPr="000E575F">
        <w:rPr>
          <w:rFonts w:ascii="Times New Roman" w:hAnsi="Times New Roman" w:cs="Times New Roman"/>
          <w:sz w:val="24"/>
          <w:szCs w:val="24"/>
        </w:rPr>
        <w:t>publicação</w:t>
      </w:r>
      <w:proofErr w:type="spellEnd"/>
    </w:p>
    <w:p w14:paraId="40954B8C" w14:textId="77777777" w:rsidR="00724BC4" w:rsidRPr="000E575F" w:rsidRDefault="00724BC4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7D6D0" w14:textId="03A8D50D" w:rsidR="00724BC4" w:rsidRPr="000E575F" w:rsidRDefault="00000000" w:rsidP="00724B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E575F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="00724BC4" w:rsidRPr="000E575F">
        <w:rPr>
          <w:rFonts w:ascii="Times New Roman" w:hAnsi="Times New Roman" w:cs="Times New Roman"/>
          <w:sz w:val="24"/>
          <w:szCs w:val="24"/>
        </w:rPr>
        <w:t xml:space="preserve">-PR, </w:t>
      </w:r>
      <w:r w:rsidR="00D51D32">
        <w:rPr>
          <w:rFonts w:ascii="Times New Roman" w:hAnsi="Times New Roman" w:cs="Times New Roman"/>
          <w:sz w:val="24"/>
          <w:szCs w:val="24"/>
        </w:rPr>
        <w:t>04</w:t>
      </w:r>
      <w:r w:rsidR="00724BC4" w:rsidRPr="000E575F">
        <w:rPr>
          <w:rFonts w:ascii="Times New Roman" w:hAnsi="Times New Roman" w:cs="Times New Roman"/>
          <w:sz w:val="24"/>
          <w:szCs w:val="24"/>
        </w:rPr>
        <w:t xml:space="preserve"> de</w:t>
      </w:r>
      <w:r w:rsidR="00D51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D32">
        <w:rPr>
          <w:rFonts w:ascii="Times New Roman" w:hAnsi="Times New Roman" w:cs="Times New Roman"/>
          <w:sz w:val="24"/>
          <w:szCs w:val="24"/>
        </w:rPr>
        <w:t>novembro</w:t>
      </w:r>
      <w:proofErr w:type="spellEnd"/>
      <w:r w:rsidR="00724BC4" w:rsidRPr="000E575F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6CC90378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9F2607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FF6DF4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4AED71" w14:textId="77777777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__________________________________</w:t>
      </w:r>
    </w:p>
    <w:p w14:paraId="288405DB" w14:textId="77777777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Ana Claudia Canzi Duran</w:t>
      </w:r>
    </w:p>
    <w:p w14:paraId="7B2603E6" w14:textId="30C7319B" w:rsidR="00676567" w:rsidRPr="00724BC4" w:rsidRDefault="000E51C3" w:rsidP="000E575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440E6">
        <w:rPr>
          <w:rFonts w:ascii="Times New Roman" w:hAnsi="Times New Roman" w:cs="Times New Roman"/>
        </w:rPr>
        <w:t>Secretária</w:t>
      </w:r>
      <w:proofErr w:type="spellEnd"/>
      <w:r w:rsidRPr="003440E6">
        <w:rPr>
          <w:rFonts w:ascii="Times New Roman" w:hAnsi="Times New Roman" w:cs="Times New Roman"/>
        </w:rPr>
        <w:t xml:space="preserve"> Municipal de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>,</w:t>
      </w:r>
      <w:r w:rsidRPr="003440E6">
        <w:rPr>
          <w:rFonts w:ascii="Times New Roman" w:hAnsi="Times New Roman" w:cs="Times New Roman"/>
        </w:rPr>
        <w:t xml:space="preserve"> Cultura</w:t>
      </w:r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Esportes</w:t>
      </w:r>
      <w:proofErr w:type="spellEnd"/>
    </w:p>
    <w:sectPr w:rsidR="00676567" w:rsidRPr="00724BC4" w:rsidSect="00724BC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C03186"/>
    <w:multiLevelType w:val="multilevel"/>
    <w:tmpl w:val="375C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CB64D2"/>
    <w:multiLevelType w:val="multilevel"/>
    <w:tmpl w:val="25BC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192932">
    <w:abstractNumId w:val="8"/>
  </w:num>
  <w:num w:numId="2" w16cid:durableId="1218665243">
    <w:abstractNumId w:val="6"/>
  </w:num>
  <w:num w:numId="3" w16cid:durableId="1594821782">
    <w:abstractNumId w:val="5"/>
  </w:num>
  <w:num w:numId="4" w16cid:durableId="1578202889">
    <w:abstractNumId w:val="4"/>
  </w:num>
  <w:num w:numId="5" w16cid:durableId="944458896">
    <w:abstractNumId w:val="7"/>
  </w:num>
  <w:num w:numId="6" w16cid:durableId="640113652">
    <w:abstractNumId w:val="3"/>
  </w:num>
  <w:num w:numId="7" w16cid:durableId="1034845442">
    <w:abstractNumId w:val="2"/>
  </w:num>
  <w:num w:numId="8" w16cid:durableId="317462123">
    <w:abstractNumId w:val="1"/>
  </w:num>
  <w:num w:numId="9" w16cid:durableId="2090494437">
    <w:abstractNumId w:val="0"/>
  </w:num>
  <w:num w:numId="10" w16cid:durableId="858083563">
    <w:abstractNumId w:val="10"/>
  </w:num>
  <w:num w:numId="11" w16cid:durableId="14656111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51C3"/>
    <w:rsid w:val="000E575F"/>
    <w:rsid w:val="0015074B"/>
    <w:rsid w:val="001B1D33"/>
    <w:rsid w:val="00204370"/>
    <w:rsid w:val="0029639D"/>
    <w:rsid w:val="00326F90"/>
    <w:rsid w:val="003804EE"/>
    <w:rsid w:val="003C2D1E"/>
    <w:rsid w:val="00492981"/>
    <w:rsid w:val="005B27B4"/>
    <w:rsid w:val="00601F7A"/>
    <w:rsid w:val="00676567"/>
    <w:rsid w:val="00724BC4"/>
    <w:rsid w:val="00870246"/>
    <w:rsid w:val="00872FFC"/>
    <w:rsid w:val="00AA1D8D"/>
    <w:rsid w:val="00AF3B2D"/>
    <w:rsid w:val="00B445AD"/>
    <w:rsid w:val="00B47730"/>
    <w:rsid w:val="00CB0664"/>
    <w:rsid w:val="00D51D32"/>
    <w:rsid w:val="00E17C7A"/>
    <w:rsid w:val="00EC51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21340"/>
  <w14:defaultImageDpi w14:val="300"/>
  <w15:docId w15:val="{0F46CD6B-C24D-4271-84C1-3284361A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F3B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4</cp:revision>
  <dcterms:created xsi:type="dcterms:W3CDTF">2025-11-03T17:49:00Z</dcterms:created>
  <dcterms:modified xsi:type="dcterms:W3CDTF">2025-11-04T12:24:00Z</dcterms:modified>
  <cp:category/>
</cp:coreProperties>
</file>