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763DD" w14:textId="6CC796B4" w:rsidR="0055298E" w:rsidRDefault="00215DC4" w:rsidP="003440E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INSTRUÇÃO NORMATIVA</w:t>
      </w:r>
      <w:r w:rsidR="003440E6" w:rsidRPr="003440E6">
        <w:rPr>
          <w:rFonts w:ascii="Times New Roman" w:hAnsi="Times New Roman" w:cs="Times New Roman"/>
          <w:b/>
          <w:bCs/>
        </w:rPr>
        <w:t xml:space="preserve"> Nº 13/2025</w:t>
      </w:r>
    </w:p>
    <w:p w14:paraId="6B1A2093" w14:textId="77777777" w:rsidR="003440E6" w:rsidRPr="003440E6" w:rsidRDefault="003440E6" w:rsidP="003440E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97D66FA" w14:textId="6F2409EB" w:rsidR="00627ABE" w:rsidRPr="003440E6" w:rsidRDefault="00000000" w:rsidP="003440E6">
      <w:pPr>
        <w:spacing w:after="0" w:line="240" w:lineRule="auto"/>
        <w:ind w:left="5103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440E6">
        <w:rPr>
          <w:rFonts w:ascii="Times New Roman" w:hAnsi="Times New Roman" w:cs="Times New Roman"/>
          <w:sz w:val="20"/>
          <w:szCs w:val="20"/>
        </w:rPr>
        <w:t>Dispõe</w:t>
      </w:r>
      <w:proofErr w:type="spellEnd"/>
      <w:r w:rsidRPr="003440E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440E6">
        <w:rPr>
          <w:rFonts w:ascii="Times New Roman" w:hAnsi="Times New Roman" w:cs="Times New Roman"/>
          <w:sz w:val="20"/>
          <w:szCs w:val="20"/>
        </w:rPr>
        <w:t>sobre</w:t>
      </w:r>
      <w:proofErr w:type="spellEnd"/>
      <w:r w:rsidRPr="003440E6">
        <w:rPr>
          <w:rFonts w:ascii="Times New Roman" w:hAnsi="Times New Roman" w:cs="Times New Roman"/>
          <w:sz w:val="20"/>
          <w:szCs w:val="20"/>
        </w:rPr>
        <w:t xml:space="preserve"> o </w:t>
      </w:r>
      <w:proofErr w:type="spellStart"/>
      <w:r w:rsidRPr="003440E6">
        <w:rPr>
          <w:rFonts w:ascii="Times New Roman" w:hAnsi="Times New Roman" w:cs="Times New Roman"/>
          <w:sz w:val="20"/>
          <w:szCs w:val="20"/>
        </w:rPr>
        <w:t>processo</w:t>
      </w:r>
      <w:proofErr w:type="spellEnd"/>
      <w:r w:rsidRPr="003440E6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3440E6">
        <w:rPr>
          <w:rFonts w:ascii="Times New Roman" w:hAnsi="Times New Roman" w:cs="Times New Roman"/>
          <w:sz w:val="20"/>
          <w:szCs w:val="20"/>
        </w:rPr>
        <w:t>trabalho</w:t>
      </w:r>
      <w:proofErr w:type="spellEnd"/>
      <w:r w:rsidRPr="003440E6">
        <w:rPr>
          <w:rFonts w:ascii="Times New Roman" w:hAnsi="Times New Roman" w:cs="Times New Roman"/>
          <w:sz w:val="20"/>
          <w:szCs w:val="20"/>
        </w:rPr>
        <w:t xml:space="preserve"> para </w:t>
      </w:r>
      <w:proofErr w:type="spellStart"/>
      <w:r w:rsidRPr="003440E6">
        <w:rPr>
          <w:rFonts w:ascii="Times New Roman" w:hAnsi="Times New Roman" w:cs="Times New Roman"/>
          <w:sz w:val="20"/>
          <w:szCs w:val="20"/>
        </w:rPr>
        <w:t>acompanhamento</w:t>
      </w:r>
      <w:proofErr w:type="spellEnd"/>
      <w:r w:rsidRPr="003440E6">
        <w:rPr>
          <w:rFonts w:ascii="Times New Roman" w:hAnsi="Times New Roman" w:cs="Times New Roman"/>
          <w:sz w:val="20"/>
          <w:szCs w:val="20"/>
        </w:rPr>
        <w:t xml:space="preserve"> da </w:t>
      </w:r>
      <w:proofErr w:type="spellStart"/>
      <w:r w:rsidRPr="003440E6">
        <w:rPr>
          <w:rFonts w:ascii="Times New Roman" w:hAnsi="Times New Roman" w:cs="Times New Roman"/>
          <w:sz w:val="20"/>
          <w:szCs w:val="20"/>
        </w:rPr>
        <w:t>frequência</w:t>
      </w:r>
      <w:proofErr w:type="spellEnd"/>
      <w:r w:rsidRPr="003440E6">
        <w:rPr>
          <w:rFonts w:ascii="Times New Roman" w:hAnsi="Times New Roman" w:cs="Times New Roman"/>
          <w:sz w:val="20"/>
          <w:szCs w:val="20"/>
        </w:rPr>
        <w:t xml:space="preserve"> escolar e </w:t>
      </w:r>
      <w:proofErr w:type="spellStart"/>
      <w:r w:rsidRPr="003440E6">
        <w:rPr>
          <w:rFonts w:ascii="Times New Roman" w:hAnsi="Times New Roman" w:cs="Times New Roman"/>
          <w:sz w:val="20"/>
          <w:szCs w:val="20"/>
        </w:rPr>
        <w:t>atuação</w:t>
      </w:r>
      <w:proofErr w:type="spellEnd"/>
      <w:r w:rsidRPr="003440E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440E6">
        <w:rPr>
          <w:rFonts w:ascii="Times New Roman" w:hAnsi="Times New Roman" w:cs="Times New Roman"/>
          <w:sz w:val="20"/>
          <w:szCs w:val="20"/>
        </w:rPr>
        <w:t>nos</w:t>
      </w:r>
      <w:proofErr w:type="spellEnd"/>
      <w:r w:rsidRPr="003440E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440E6">
        <w:rPr>
          <w:rFonts w:ascii="Times New Roman" w:hAnsi="Times New Roman" w:cs="Times New Roman"/>
          <w:sz w:val="20"/>
          <w:szCs w:val="20"/>
        </w:rPr>
        <w:t>casos</w:t>
      </w:r>
      <w:proofErr w:type="spellEnd"/>
      <w:r w:rsidRPr="003440E6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3440E6">
        <w:rPr>
          <w:rFonts w:ascii="Times New Roman" w:hAnsi="Times New Roman" w:cs="Times New Roman"/>
          <w:sz w:val="20"/>
          <w:szCs w:val="20"/>
        </w:rPr>
        <w:t>infrequência</w:t>
      </w:r>
      <w:proofErr w:type="spellEnd"/>
      <w:r w:rsidRPr="003440E6">
        <w:rPr>
          <w:rFonts w:ascii="Times New Roman" w:hAnsi="Times New Roman" w:cs="Times New Roman"/>
          <w:sz w:val="20"/>
          <w:szCs w:val="20"/>
        </w:rPr>
        <w:t xml:space="preserve">, no </w:t>
      </w:r>
      <w:proofErr w:type="spellStart"/>
      <w:r w:rsidRPr="003440E6">
        <w:rPr>
          <w:rFonts w:ascii="Times New Roman" w:hAnsi="Times New Roman" w:cs="Times New Roman"/>
          <w:sz w:val="20"/>
          <w:szCs w:val="20"/>
        </w:rPr>
        <w:t>âmbito</w:t>
      </w:r>
      <w:proofErr w:type="spellEnd"/>
      <w:r w:rsidRPr="003440E6">
        <w:rPr>
          <w:rFonts w:ascii="Times New Roman" w:hAnsi="Times New Roman" w:cs="Times New Roman"/>
          <w:sz w:val="20"/>
          <w:szCs w:val="20"/>
        </w:rPr>
        <w:t xml:space="preserve"> da Rede Municipal de Ensino de </w:t>
      </w:r>
      <w:proofErr w:type="spellStart"/>
      <w:r w:rsidRPr="003440E6">
        <w:rPr>
          <w:rFonts w:ascii="Times New Roman" w:hAnsi="Times New Roman" w:cs="Times New Roman"/>
          <w:sz w:val="20"/>
          <w:szCs w:val="20"/>
        </w:rPr>
        <w:t>Pranchita</w:t>
      </w:r>
      <w:proofErr w:type="spellEnd"/>
      <w:r w:rsidRPr="003440E6">
        <w:rPr>
          <w:rFonts w:ascii="Times New Roman" w:hAnsi="Times New Roman" w:cs="Times New Roman"/>
          <w:sz w:val="20"/>
          <w:szCs w:val="20"/>
        </w:rPr>
        <w:t>.</w:t>
      </w:r>
    </w:p>
    <w:p w14:paraId="35CFC709" w14:textId="77777777" w:rsidR="003440E6" w:rsidRPr="003440E6" w:rsidRDefault="003440E6" w:rsidP="003440E6">
      <w:pPr>
        <w:spacing w:after="0" w:line="240" w:lineRule="auto"/>
        <w:ind w:left="5103"/>
        <w:jc w:val="both"/>
        <w:rPr>
          <w:rFonts w:ascii="Times New Roman" w:hAnsi="Times New Roman" w:cs="Times New Roman"/>
        </w:rPr>
      </w:pPr>
    </w:p>
    <w:p w14:paraId="6E112237" w14:textId="56CED1C9" w:rsidR="00627ABE" w:rsidRPr="003440E6" w:rsidRDefault="00000000" w:rsidP="003440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40E6">
        <w:rPr>
          <w:rFonts w:ascii="Times New Roman" w:hAnsi="Times New Roman" w:cs="Times New Roman"/>
        </w:rPr>
        <w:t>A SECRET</w:t>
      </w:r>
      <w:r w:rsidR="006F295F" w:rsidRPr="003440E6">
        <w:rPr>
          <w:rFonts w:ascii="Times New Roman" w:hAnsi="Times New Roman" w:cs="Times New Roman"/>
        </w:rPr>
        <w:t>Á</w:t>
      </w:r>
      <w:r w:rsidRPr="003440E6">
        <w:rPr>
          <w:rFonts w:ascii="Times New Roman" w:hAnsi="Times New Roman" w:cs="Times New Roman"/>
        </w:rPr>
        <w:t>RIA MUNICIPAL DE EDUCAÇÃO</w:t>
      </w:r>
      <w:r w:rsidR="003440E6">
        <w:rPr>
          <w:rFonts w:ascii="Times New Roman" w:hAnsi="Times New Roman" w:cs="Times New Roman"/>
        </w:rPr>
        <w:t xml:space="preserve">, </w:t>
      </w:r>
      <w:r w:rsidRPr="003440E6">
        <w:rPr>
          <w:rFonts w:ascii="Times New Roman" w:hAnsi="Times New Roman" w:cs="Times New Roman"/>
        </w:rPr>
        <w:t>CULTURA</w:t>
      </w:r>
      <w:r w:rsidR="003440E6">
        <w:rPr>
          <w:rFonts w:ascii="Times New Roman" w:hAnsi="Times New Roman" w:cs="Times New Roman"/>
        </w:rPr>
        <w:t xml:space="preserve"> E ESPORTE</w:t>
      </w:r>
      <w:r w:rsidRPr="003440E6">
        <w:rPr>
          <w:rFonts w:ascii="Times New Roman" w:hAnsi="Times New Roman" w:cs="Times New Roman"/>
        </w:rPr>
        <w:t xml:space="preserve"> DE PRANCHITA,</w:t>
      </w:r>
      <w:r w:rsidR="00FE2575" w:rsidRPr="003440E6">
        <w:rPr>
          <w:rFonts w:ascii="Times New Roman" w:hAnsi="Times New Roman" w:cs="Times New Roman"/>
        </w:rPr>
        <w:t xml:space="preserve"> n</w:t>
      </w:r>
      <w:r w:rsidRPr="003440E6">
        <w:rPr>
          <w:rFonts w:ascii="Times New Roman" w:hAnsi="Times New Roman" w:cs="Times New Roman"/>
        </w:rPr>
        <w:t>o</w:t>
      </w:r>
      <w:r w:rsidR="00FE2575" w:rsidRPr="003440E6">
        <w:rPr>
          <w:rFonts w:ascii="Times New Roman" w:hAnsi="Times New Roman" w:cs="Times New Roman"/>
        </w:rPr>
        <w:t xml:space="preserve"> </w:t>
      </w:r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uso</w:t>
      </w:r>
      <w:proofErr w:type="spellEnd"/>
      <w:r w:rsidRPr="003440E6">
        <w:rPr>
          <w:rFonts w:ascii="Times New Roman" w:hAnsi="Times New Roman" w:cs="Times New Roman"/>
        </w:rPr>
        <w:t xml:space="preserve"> de </w:t>
      </w:r>
      <w:proofErr w:type="spellStart"/>
      <w:r w:rsidRPr="003440E6">
        <w:rPr>
          <w:rFonts w:ascii="Times New Roman" w:hAnsi="Times New Roman" w:cs="Times New Roman"/>
        </w:rPr>
        <w:t>suas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atribuições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legais</w:t>
      </w:r>
      <w:proofErr w:type="spellEnd"/>
      <w:r w:rsidRPr="003440E6">
        <w:rPr>
          <w:rFonts w:ascii="Times New Roman" w:hAnsi="Times New Roman" w:cs="Times New Roman"/>
        </w:rPr>
        <w:t xml:space="preserve">, </w:t>
      </w:r>
      <w:proofErr w:type="spellStart"/>
      <w:r w:rsidR="00FE2575" w:rsidRPr="003440E6">
        <w:rPr>
          <w:rFonts w:ascii="Times New Roman" w:hAnsi="Times New Roman" w:cs="Times New Roman"/>
        </w:rPr>
        <w:t>c</w:t>
      </w:r>
      <w:r w:rsidRPr="003440E6">
        <w:rPr>
          <w:rFonts w:ascii="Times New Roman" w:hAnsi="Times New Roman" w:cs="Times New Roman"/>
        </w:rPr>
        <w:t>onsiderando</w:t>
      </w:r>
      <w:proofErr w:type="spellEnd"/>
      <w:r w:rsidRPr="003440E6">
        <w:rPr>
          <w:rFonts w:ascii="Times New Roman" w:hAnsi="Times New Roman" w:cs="Times New Roman"/>
        </w:rPr>
        <w:t xml:space="preserve"> a </w:t>
      </w:r>
      <w:proofErr w:type="spellStart"/>
      <w:r w:rsidRPr="003440E6">
        <w:rPr>
          <w:rFonts w:ascii="Times New Roman" w:hAnsi="Times New Roman" w:cs="Times New Roman"/>
        </w:rPr>
        <w:t>Constituição</w:t>
      </w:r>
      <w:proofErr w:type="spellEnd"/>
      <w:r w:rsidRPr="003440E6">
        <w:rPr>
          <w:rFonts w:ascii="Times New Roman" w:hAnsi="Times New Roman" w:cs="Times New Roman"/>
        </w:rPr>
        <w:t xml:space="preserve"> Federal e a Lei nº 9.394/1996 – Lei de </w:t>
      </w:r>
      <w:proofErr w:type="spellStart"/>
      <w:r w:rsidRPr="003440E6">
        <w:rPr>
          <w:rFonts w:ascii="Times New Roman" w:hAnsi="Times New Roman" w:cs="Times New Roman"/>
        </w:rPr>
        <w:t>Diretrizes</w:t>
      </w:r>
      <w:proofErr w:type="spellEnd"/>
      <w:r w:rsidRPr="003440E6">
        <w:rPr>
          <w:rFonts w:ascii="Times New Roman" w:hAnsi="Times New Roman" w:cs="Times New Roman"/>
        </w:rPr>
        <w:t xml:space="preserve"> e Bases da </w:t>
      </w:r>
      <w:proofErr w:type="spellStart"/>
      <w:r w:rsidRPr="003440E6">
        <w:rPr>
          <w:rFonts w:ascii="Times New Roman" w:hAnsi="Times New Roman" w:cs="Times New Roman"/>
        </w:rPr>
        <w:t>Educação</w:t>
      </w:r>
      <w:proofErr w:type="spellEnd"/>
      <w:r w:rsidRPr="003440E6">
        <w:rPr>
          <w:rFonts w:ascii="Times New Roman" w:hAnsi="Times New Roman" w:cs="Times New Roman"/>
        </w:rPr>
        <w:t xml:space="preserve"> Nacional, que </w:t>
      </w:r>
      <w:proofErr w:type="spellStart"/>
      <w:r w:rsidRPr="003440E6">
        <w:rPr>
          <w:rFonts w:ascii="Times New Roman" w:hAnsi="Times New Roman" w:cs="Times New Roman"/>
        </w:rPr>
        <w:t>asseguram</w:t>
      </w:r>
      <w:proofErr w:type="spellEnd"/>
      <w:r w:rsidRPr="003440E6">
        <w:rPr>
          <w:rFonts w:ascii="Times New Roman" w:hAnsi="Times New Roman" w:cs="Times New Roman"/>
        </w:rPr>
        <w:t xml:space="preserve"> o </w:t>
      </w:r>
      <w:proofErr w:type="spellStart"/>
      <w:r w:rsidRPr="003440E6">
        <w:rPr>
          <w:rFonts w:ascii="Times New Roman" w:hAnsi="Times New Roman" w:cs="Times New Roman"/>
        </w:rPr>
        <w:t>direito</w:t>
      </w:r>
      <w:proofErr w:type="spellEnd"/>
      <w:r w:rsidRPr="003440E6">
        <w:rPr>
          <w:rFonts w:ascii="Times New Roman" w:hAnsi="Times New Roman" w:cs="Times New Roman"/>
        </w:rPr>
        <w:t xml:space="preserve"> à </w:t>
      </w:r>
      <w:proofErr w:type="spellStart"/>
      <w:r w:rsidRPr="003440E6">
        <w:rPr>
          <w:rFonts w:ascii="Times New Roman" w:hAnsi="Times New Roman" w:cs="Times New Roman"/>
        </w:rPr>
        <w:t>educação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básica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obrigatória</w:t>
      </w:r>
      <w:proofErr w:type="spellEnd"/>
      <w:r w:rsidRPr="003440E6">
        <w:rPr>
          <w:rFonts w:ascii="Times New Roman" w:hAnsi="Times New Roman" w:cs="Times New Roman"/>
        </w:rPr>
        <w:t xml:space="preserve"> e </w:t>
      </w:r>
      <w:proofErr w:type="spellStart"/>
      <w:r w:rsidRPr="003440E6">
        <w:rPr>
          <w:rFonts w:ascii="Times New Roman" w:hAnsi="Times New Roman" w:cs="Times New Roman"/>
        </w:rPr>
        <w:t>gratuita</w:t>
      </w:r>
      <w:proofErr w:type="spellEnd"/>
      <w:r w:rsidRPr="003440E6">
        <w:rPr>
          <w:rFonts w:ascii="Times New Roman" w:hAnsi="Times New Roman" w:cs="Times New Roman"/>
        </w:rPr>
        <w:t xml:space="preserve"> dos 4 </w:t>
      </w:r>
      <w:proofErr w:type="spellStart"/>
      <w:r w:rsidRPr="003440E6">
        <w:rPr>
          <w:rFonts w:ascii="Times New Roman" w:hAnsi="Times New Roman" w:cs="Times New Roman"/>
        </w:rPr>
        <w:t>aos</w:t>
      </w:r>
      <w:proofErr w:type="spellEnd"/>
      <w:r w:rsidRPr="003440E6">
        <w:rPr>
          <w:rFonts w:ascii="Times New Roman" w:hAnsi="Times New Roman" w:cs="Times New Roman"/>
        </w:rPr>
        <w:t xml:space="preserve"> 17 </w:t>
      </w:r>
      <w:proofErr w:type="spellStart"/>
      <w:r w:rsidRPr="003440E6">
        <w:rPr>
          <w:rFonts w:ascii="Times New Roman" w:hAnsi="Times New Roman" w:cs="Times New Roman"/>
        </w:rPr>
        <w:t>anos</w:t>
      </w:r>
      <w:proofErr w:type="spellEnd"/>
      <w:r w:rsidR="003440E6">
        <w:rPr>
          <w:rFonts w:ascii="Times New Roman" w:hAnsi="Times New Roman" w:cs="Times New Roman"/>
        </w:rPr>
        <w:t>;</w:t>
      </w:r>
      <w:r w:rsidR="00FE2575" w:rsidRPr="003440E6">
        <w:rPr>
          <w:rFonts w:ascii="Times New Roman" w:hAnsi="Times New Roman" w:cs="Times New Roman"/>
        </w:rPr>
        <w:t xml:space="preserve"> </w:t>
      </w:r>
      <w:proofErr w:type="spellStart"/>
      <w:r w:rsidR="00FE2575" w:rsidRPr="003440E6">
        <w:rPr>
          <w:rFonts w:ascii="Times New Roman" w:hAnsi="Times New Roman" w:cs="Times New Roman"/>
        </w:rPr>
        <w:t>c</w:t>
      </w:r>
      <w:r w:rsidRPr="003440E6">
        <w:rPr>
          <w:rFonts w:ascii="Times New Roman" w:hAnsi="Times New Roman" w:cs="Times New Roman"/>
        </w:rPr>
        <w:t>onsiderando</w:t>
      </w:r>
      <w:proofErr w:type="spellEnd"/>
      <w:r w:rsidRPr="003440E6">
        <w:rPr>
          <w:rFonts w:ascii="Times New Roman" w:hAnsi="Times New Roman" w:cs="Times New Roman"/>
        </w:rPr>
        <w:t xml:space="preserve"> o </w:t>
      </w:r>
      <w:proofErr w:type="spellStart"/>
      <w:r w:rsidRPr="003440E6">
        <w:rPr>
          <w:rFonts w:ascii="Times New Roman" w:hAnsi="Times New Roman" w:cs="Times New Roman"/>
        </w:rPr>
        <w:t>Estatuto</w:t>
      </w:r>
      <w:proofErr w:type="spellEnd"/>
      <w:r w:rsidRPr="003440E6">
        <w:rPr>
          <w:rFonts w:ascii="Times New Roman" w:hAnsi="Times New Roman" w:cs="Times New Roman"/>
        </w:rPr>
        <w:t xml:space="preserve"> da </w:t>
      </w:r>
      <w:proofErr w:type="spellStart"/>
      <w:r w:rsidRPr="003440E6">
        <w:rPr>
          <w:rFonts w:ascii="Times New Roman" w:hAnsi="Times New Roman" w:cs="Times New Roman"/>
        </w:rPr>
        <w:t>Criança</w:t>
      </w:r>
      <w:proofErr w:type="spellEnd"/>
      <w:r w:rsidRPr="003440E6">
        <w:rPr>
          <w:rFonts w:ascii="Times New Roman" w:hAnsi="Times New Roman" w:cs="Times New Roman"/>
        </w:rPr>
        <w:t xml:space="preserve"> e do </w:t>
      </w:r>
      <w:proofErr w:type="spellStart"/>
      <w:r w:rsidRPr="003440E6">
        <w:rPr>
          <w:rFonts w:ascii="Times New Roman" w:hAnsi="Times New Roman" w:cs="Times New Roman"/>
        </w:rPr>
        <w:t>Adolescente</w:t>
      </w:r>
      <w:proofErr w:type="spellEnd"/>
      <w:r w:rsidRPr="003440E6">
        <w:rPr>
          <w:rFonts w:ascii="Times New Roman" w:hAnsi="Times New Roman" w:cs="Times New Roman"/>
        </w:rPr>
        <w:t xml:space="preserve"> (Lei nº 8.069/1990), que </w:t>
      </w:r>
      <w:proofErr w:type="spellStart"/>
      <w:r w:rsidRPr="003440E6">
        <w:rPr>
          <w:rFonts w:ascii="Times New Roman" w:hAnsi="Times New Roman" w:cs="Times New Roman"/>
        </w:rPr>
        <w:t>determina</w:t>
      </w:r>
      <w:proofErr w:type="spellEnd"/>
      <w:r w:rsidRPr="003440E6">
        <w:rPr>
          <w:rFonts w:ascii="Times New Roman" w:hAnsi="Times New Roman" w:cs="Times New Roman"/>
        </w:rPr>
        <w:t xml:space="preserve"> a </w:t>
      </w:r>
      <w:proofErr w:type="spellStart"/>
      <w:r w:rsidRPr="003440E6">
        <w:rPr>
          <w:rFonts w:ascii="Times New Roman" w:hAnsi="Times New Roman" w:cs="Times New Roman"/>
        </w:rPr>
        <w:t>obrigatoriedade</w:t>
      </w:r>
      <w:proofErr w:type="spellEnd"/>
      <w:r w:rsidRPr="003440E6">
        <w:rPr>
          <w:rFonts w:ascii="Times New Roman" w:hAnsi="Times New Roman" w:cs="Times New Roman"/>
        </w:rPr>
        <w:t xml:space="preserve"> da </w:t>
      </w:r>
      <w:proofErr w:type="spellStart"/>
      <w:r w:rsidRPr="003440E6">
        <w:rPr>
          <w:rFonts w:ascii="Times New Roman" w:hAnsi="Times New Roman" w:cs="Times New Roman"/>
        </w:rPr>
        <w:t>matrícula</w:t>
      </w:r>
      <w:proofErr w:type="spellEnd"/>
      <w:r w:rsidRPr="003440E6">
        <w:rPr>
          <w:rFonts w:ascii="Times New Roman" w:hAnsi="Times New Roman" w:cs="Times New Roman"/>
        </w:rPr>
        <w:t xml:space="preserve"> e da </w:t>
      </w:r>
      <w:proofErr w:type="spellStart"/>
      <w:r w:rsidRPr="003440E6">
        <w:rPr>
          <w:rFonts w:ascii="Times New Roman" w:hAnsi="Times New Roman" w:cs="Times New Roman"/>
        </w:rPr>
        <w:t>frequência</w:t>
      </w:r>
      <w:proofErr w:type="spellEnd"/>
      <w:r w:rsidRPr="003440E6">
        <w:rPr>
          <w:rFonts w:ascii="Times New Roman" w:hAnsi="Times New Roman" w:cs="Times New Roman"/>
        </w:rPr>
        <w:t xml:space="preserve"> escolar;</w:t>
      </w:r>
      <w:r w:rsidR="00FE2575" w:rsidRPr="003440E6">
        <w:rPr>
          <w:rFonts w:ascii="Times New Roman" w:hAnsi="Times New Roman" w:cs="Times New Roman"/>
        </w:rPr>
        <w:t xml:space="preserve"> </w:t>
      </w:r>
      <w:r w:rsidR="003440E6">
        <w:rPr>
          <w:rFonts w:ascii="Times New Roman" w:hAnsi="Times New Roman" w:cs="Times New Roman"/>
        </w:rPr>
        <w:t xml:space="preserve">e </w:t>
      </w:r>
      <w:proofErr w:type="spellStart"/>
      <w:r w:rsidR="00FE2575" w:rsidRPr="003440E6">
        <w:rPr>
          <w:rFonts w:ascii="Times New Roman" w:hAnsi="Times New Roman" w:cs="Times New Roman"/>
        </w:rPr>
        <w:t>c</w:t>
      </w:r>
      <w:r w:rsidRPr="003440E6">
        <w:rPr>
          <w:rFonts w:ascii="Times New Roman" w:hAnsi="Times New Roman" w:cs="Times New Roman"/>
        </w:rPr>
        <w:t>onsiderando</w:t>
      </w:r>
      <w:proofErr w:type="spellEnd"/>
      <w:r w:rsidRPr="003440E6">
        <w:rPr>
          <w:rFonts w:ascii="Times New Roman" w:hAnsi="Times New Roman" w:cs="Times New Roman"/>
        </w:rPr>
        <w:t xml:space="preserve"> a </w:t>
      </w:r>
      <w:proofErr w:type="spellStart"/>
      <w:r w:rsidRPr="003440E6">
        <w:rPr>
          <w:rFonts w:ascii="Times New Roman" w:hAnsi="Times New Roman" w:cs="Times New Roman"/>
        </w:rPr>
        <w:t>necessidade</w:t>
      </w:r>
      <w:proofErr w:type="spellEnd"/>
      <w:r w:rsidRPr="003440E6">
        <w:rPr>
          <w:rFonts w:ascii="Times New Roman" w:hAnsi="Times New Roman" w:cs="Times New Roman"/>
        </w:rPr>
        <w:t xml:space="preserve"> de </w:t>
      </w:r>
      <w:proofErr w:type="spellStart"/>
      <w:r w:rsidRPr="003440E6">
        <w:rPr>
          <w:rFonts w:ascii="Times New Roman" w:hAnsi="Times New Roman" w:cs="Times New Roman"/>
        </w:rPr>
        <w:t>estabelecer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procedimentos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padronizados</w:t>
      </w:r>
      <w:proofErr w:type="spellEnd"/>
      <w:r w:rsidRPr="003440E6">
        <w:rPr>
          <w:rFonts w:ascii="Times New Roman" w:hAnsi="Times New Roman" w:cs="Times New Roman"/>
        </w:rPr>
        <w:t xml:space="preserve"> de </w:t>
      </w:r>
      <w:proofErr w:type="spellStart"/>
      <w:r w:rsidRPr="003440E6">
        <w:rPr>
          <w:rFonts w:ascii="Times New Roman" w:hAnsi="Times New Roman" w:cs="Times New Roman"/>
        </w:rPr>
        <w:t>acompanhamento</w:t>
      </w:r>
      <w:proofErr w:type="spellEnd"/>
      <w:r w:rsidRPr="003440E6">
        <w:rPr>
          <w:rFonts w:ascii="Times New Roman" w:hAnsi="Times New Roman" w:cs="Times New Roman"/>
        </w:rPr>
        <w:t xml:space="preserve"> e </w:t>
      </w:r>
      <w:proofErr w:type="spellStart"/>
      <w:r w:rsidRPr="003440E6">
        <w:rPr>
          <w:rFonts w:ascii="Times New Roman" w:hAnsi="Times New Roman" w:cs="Times New Roman"/>
        </w:rPr>
        <w:t>atuação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em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situações</w:t>
      </w:r>
      <w:proofErr w:type="spellEnd"/>
      <w:r w:rsidRPr="003440E6">
        <w:rPr>
          <w:rFonts w:ascii="Times New Roman" w:hAnsi="Times New Roman" w:cs="Times New Roman"/>
        </w:rPr>
        <w:t xml:space="preserve"> de </w:t>
      </w:r>
      <w:proofErr w:type="spellStart"/>
      <w:r w:rsidRPr="003440E6">
        <w:rPr>
          <w:rFonts w:ascii="Times New Roman" w:hAnsi="Times New Roman" w:cs="Times New Roman"/>
        </w:rPr>
        <w:t>infrequência</w:t>
      </w:r>
      <w:proofErr w:type="spellEnd"/>
      <w:r w:rsidRPr="003440E6">
        <w:rPr>
          <w:rFonts w:ascii="Times New Roman" w:hAnsi="Times New Roman" w:cs="Times New Roman"/>
        </w:rPr>
        <w:t xml:space="preserve"> escolar;</w:t>
      </w:r>
    </w:p>
    <w:p w14:paraId="26708ABF" w14:textId="77777777" w:rsidR="003440E6" w:rsidRDefault="003440E6" w:rsidP="003440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FF83EB" w14:textId="77777777" w:rsidR="003440E6" w:rsidRPr="003440E6" w:rsidRDefault="00000000" w:rsidP="003440E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440E6">
        <w:rPr>
          <w:rFonts w:ascii="Times New Roman" w:hAnsi="Times New Roman" w:cs="Times New Roman"/>
          <w:b/>
          <w:bCs/>
        </w:rPr>
        <w:t>RESOLVE:</w:t>
      </w:r>
      <w:r w:rsidRPr="003440E6">
        <w:rPr>
          <w:rFonts w:ascii="Times New Roman" w:hAnsi="Times New Roman" w:cs="Times New Roman"/>
          <w:b/>
          <w:bCs/>
        </w:rPr>
        <w:br/>
      </w:r>
    </w:p>
    <w:p w14:paraId="2D0D0D26" w14:textId="513D050F" w:rsidR="00FE2575" w:rsidRDefault="00000000" w:rsidP="003440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40E6">
        <w:rPr>
          <w:rFonts w:ascii="Times New Roman" w:hAnsi="Times New Roman" w:cs="Times New Roman"/>
          <w:b/>
          <w:bCs/>
        </w:rPr>
        <w:t>Art. 1º</w:t>
      </w:r>
      <w:r w:rsidR="003440E6" w:rsidRPr="003440E6">
        <w:rPr>
          <w:rFonts w:ascii="Times New Roman" w:hAnsi="Times New Roman" w:cs="Times New Roman"/>
          <w:b/>
          <w:bCs/>
        </w:rPr>
        <w:t>.</w:t>
      </w:r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Instituir</w:t>
      </w:r>
      <w:proofErr w:type="spellEnd"/>
      <w:r w:rsidRPr="003440E6">
        <w:rPr>
          <w:rFonts w:ascii="Times New Roman" w:hAnsi="Times New Roman" w:cs="Times New Roman"/>
        </w:rPr>
        <w:t xml:space="preserve">, no </w:t>
      </w:r>
      <w:proofErr w:type="spellStart"/>
      <w:r w:rsidRPr="003440E6">
        <w:rPr>
          <w:rFonts w:ascii="Times New Roman" w:hAnsi="Times New Roman" w:cs="Times New Roman"/>
        </w:rPr>
        <w:t>âmbito</w:t>
      </w:r>
      <w:proofErr w:type="spellEnd"/>
      <w:r w:rsidRPr="003440E6">
        <w:rPr>
          <w:rFonts w:ascii="Times New Roman" w:hAnsi="Times New Roman" w:cs="Times New Roman"/>
        </w:rPr>
        <w:t xml:space="preserve"> da Rede Municipal de Ensino de </w:t>
      </w:r>
      <w:proofErr w:type="spellStart"/>
      <w:r w:rsidRPr="003440E6">
        <w:rPr>
          <w:rFonts w:ascii="Times New Roman" w:hAnsi="Times New Roman" w:cs="Times New Roman"/>
        </w:rPr>
        <w:t>Pranchita</w:t>
      </w:r>
      <w:proofErr w:type="spellEnd"/>
      <w:r w:rsidRPr="003440E6">
        <w:rPr>
          <w:rFonts w:ascii="Times New Roman" w:hAnsi="Times New Roman" w:cs="Times New Roman"/>
        </w:rPr>
        <w:t xml:space="preserve">, o </w:t>
      </w:r>
      <w:proofErr w:type="spellStart"/>
      <w:r w:rsidRPr="003440E6">
        <w:rPr>
          <w:rFonts w:ascii="Times New Roman" w:hAnsi="Times New Roman" w:cs="Times New Roman"/>
        </w:rPr>
        <w:t>processo</w:t>
      </w:r>
      <w:proofErr w:type="spellEnd"/>
      <w:r w:rsidRPr="003440E6">
        <w:rPr>
          <w:rFonts w:ascii="Times New Roman" w:hAnsi="Times New Roman" w:cs="Times New Roman"/>
        </w:rPr>
        <w:t xml:space="preserve"> de </w:t>
      </w:r>
      <w:proofErr w:type="spellStart"/>
      <w:r w:rsidRPr="003440E6">
        <w:rPr>
          <w:rFonts w:ascii="Times New Roman" w:hAnsi="Times New Roman" w:cs="Times New Roman"/>
        </w:rPr>
        <w:t>acompanhamento</w:t>
      </w:r>
      <w:proofErr w:type="spellEnd"/>
      <w:r w:rsidRPr="003440E6">
        <w:rPr>
          <w:rFonts w:ascii="Times New Roman" w:hAnsi="Times New Roman" w:cs="Times New Roman"/>
        </w:rPr>
        <w:t xml:space="preserve"> da </w:t>
      </w:r>
      <w:proofErr w:type="spellStart"/>
      <w:r w:rsidRPr="003440E6">
        <w:rPr>
          <w:rFonts w:ascii="Times New Roman" w:hAnsi="Times New Roman" w:cs="Times New Roman"/>
        </w:rPr>
        <w:t>frequência</w:t>
      </w:r>
      <w:proofErr w:type="spellEnd"/>
      <w:r w:rsidRPr="003440E6">
        <w:rPr>
          <w:rFonts w:ascii="Times New Roman" w:hAnsi="Times New Roman" w:cs="Times New Roman"/>
        </w:rPr>
        <w:t xml:space="preserve"> escolar e de </w:t>
      </w:r>
      <w:proofErr w:type="spellStart"/>
      <w:r w:rsidRPr="003440E6">
        <w:rPr>
          <w:rFonts w:ascii="Times New Roman" w:hAnsi="Times New Roman" w:cs="Times New Roman"/>
        </w:rPr>
        <w:t>atuação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nos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casos</w:t>
      </w:r>
      <w:proofErr w:type="spellEnd"/>
      <w:r w:rsidRPr="003440E6">
        <w:rPr>
          <w:rFonts w:ascii="Times New Roman" w:hAnsi="Times New Roman" w:cs="Times New Roman"/>
        </w:rPr>
        <w:t xml:space="preserve"> de </w:t>
      </w:r>
      <w:proofErr w:type="spellStart"/>
      <w:r w:rsidRPr="003440E6">
        <w:rPr>
          <w:rFonts w:ascii="Times New Roman" w:hAnsi="Times New Roman" w:cs="Times New Roman"/>
        </w:rPr>
        <w:t>infrequência</w:t>
      </w:r>
      <w:proofErr w:type="spellEnd"/>
      <w:r w:rsidRPr="003440E6">
        <w:rPr>
          <w:rFonts w:ascii="Times New Roman" w:hAnsi="Times New Roman" w:cs="Times New Roman"/>
        </w:rPr>
        <w:t xml:space="preserve">, </w:t>
      </w:r>
      <w:proofErr w:type="spellStart"/>
      <w:r w:rsidRPr="003440E6">
        <w:rPr>
          <w:rFonts w:ascii="Times New Roman" w:hAnsi="Times New Roman" w:cs="Times New Roman"/>
        </w:rPr>
        <w:t>em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todas</w:t>
      </w:r>
      <w:proofErr w:type="spellEnd"/>
      <w:r w:rsidRPr="003440E6">
        <w:rPr>
          <w:rFonts w:ascii="Times New Roman" w:hAnsi="Times New Roman" w:cs="Times New Roman"/>
        </w:rPr>
        <w:t xml:space="preserve"> as </w:t>
      </w:r>
      <w:proofErr w:type="spellStart"/>
      <w:r w:rsidRPr="003440E6">
        <w:rPr>
          <w:rFonts w:ascii="Times New Roman" w:hAnsi="Times New Roman" w:cs="Times New Roman"/>
        </w:rPr>
        <w:t>etapas</w:t>
      </w:r>
      <w:proofErr w:type="spellEnd"/>
      <w:r w:rsidRPr="003440E6">
        <w:rPr>
          <w:rFonts w:ascii="Times New Roman" w:hAnsi="Times New Roman" w:cs="Times New Roman"/>
        </w:rPr>
        <w:t xml:space="preserve"> da </w:t>
      </w:r>
      <w:proofErr w:type="spellStart"/>
      <w:r w:rsidRPr="003440E6">
        <w:rPr>
          <w:rFonts w:ascii="Times New Roman" w:hAnsi="Times New Roman" w:cs="Times New Roman"/>
        </w:rPr>
        <w:t>Educação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Infantil</w:t>
      </w:r>
      <w:proofErr w:type="spellEnd"/>
      <w:r w:rsidRPr="003440E6">
        <w:rPr>
          <w:rFonts w:ascii="Times New Roman" w:hAnsi="Times New Roman" w:cs="Times New Roman"/>
        </w:rPr>
        <w:t xml:space="preserve"> e do Ensino Fundamental.</w:t>
      </w:r>
    </w:p>
    <w:p w14:paraId="3F53DA00" w14:textId="77777777" w:rsidR="003440E6" w:rsidRPr="003440E6" w:rsidRDefault="003440E6" w:rsidP="003440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5FF22D" w14:textId="75034A1B" w:rsidR="00627ABE" w:rsidRPr="003440E6" w:rsidRDefault="00000000" w:rsidP="003440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40E6">
        <w:rPr>
          <w:rFonts w:ascii="Times New Roman" w:hAnsi="Times New Roman" w:cs="Times New Roman"/>
          <w:b/>
          <w:bCs/>
        </w:rPr>
        <w:t>Art. 2º</w:t>
      </w:r>
      <w:r w:rsidR="003440E6">
        <w:rPr>
          <w:rFonts w:ascii="Times New Roman" w:hAnsi="Times New Roman" w:cs="Times New Roman"/>
          <w:b/>
          <w:bCs/>
        </w:rPr>
        <w:t>.</w:t>
      </w:r>
      <w:r w:rsidRPr="003440E6">
        <w:rPr>
          <w:rFonts w:ascii="Times New Roman" w:hAnsi="Times New Roman" w:cs="Times New Roman"/>
        </w:rPr>
        <w:t xml:space="preserve"> As </w:t>
      </w:r>
      <w:proofErr w:type="spellStart"/>
      <w:r w:rsidRPr="003440E6">
        <w:rPr>
          <w:rFonts w:ascii="Times New Roman" w:hAnsi="Times New Roman" w:cs="Times New Roman"/>
        </w:rPr>
        <w:t>escolas</w:t>
      </w:r>
      <w:proofErr w:type="spellEnd"/>
      <w:r w:rsidRPr="003440E6">
        <w:rPr>
          <w:rFonts w:ascii="Times New Roman" w:hAnsi="Times New Roman" w:cs="Times New Roman"/>
        </w:rPr>
        <w:t xml:space="preserve"> da Rede Municipal </w:t>
      </w:r>
      <w:proofErr w:type="spellStart"/>
      <w:r w:rsidRPr="003440E6">
        <w:rPr>
          <w:rFonts w:ascii="Times New Roman" w:hAnsi="Times New Roman" w:cs="Times New Roman"/>
        </w:rPr>
        <w:t>deverão</w:t>
      </w:r>
      <w:proofErr w:type="spellEnd"/>
      <w:r w:rsidRPr="003440E6">
        <w:rPr>
          <w:rFonts w:ascii="Times New Roman" w:hAnsi="Times New Roman" w:cs="Times New Roman"/>
        </w:rPr>
        <w:t>:</w:t>
      </w:r>
    </w:p>
    <w:p w14:paraId="52DA8E40" w14:textId="1A3ED896" w:rsidR="00627ABE" w:rsidRPr="003440E6" w:rsidRDefault="00000000" w:rsidP="003440E6">
      <w:pPr>
        <w:pStyle w:val="Commarcadores"/>
        <w:numPr>
          <w:ilvl w:val="0"/>
          <w:numId w:val="0"/>
        </w:numPr>
        <w:spacing w:after="0" w:line="240" w:lineRule="auto"/>
        <w:ind w:left="360" w:hanging="360"/>
        <w:jc w:val="both"/>
        <w:rPr>
          <w:rFonts w:ascii="Times New Roman" w:hAnsi="Times New Roman" w:cs="Times New Roman"/>
        </w:rPr>
      </w:pPr>
      <w:r w:rsidRPr="003440E6">
        <w:rPr>
          <w:rFonts w:ascii="Times New Roman" w:hAnsi="Times New Roman" w:cs="Times New Roman"/>
        </w:rPr>
        <w:t xml:space="preserve">I – </w:t>
      </w:r>
      <w:proofErr w:type="spellStart"/>
      <w:r w:rsidRPr="003440E6">
        <w:rPr>
          <w:rFonts w:ascii="Times New Roman" w:hAnsi="Times New Roman" w:cs="Times New Roman"/>
        </w:rPr>
        <w:t>Comunicar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às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famílias</w:t>
      </w:r>
      <w:proofErr w:type="spellEnd"/>
      <w:r w:rsidRPr="003440E6">
        <w:rPr>
          <w:rFonts w:ascii="Times New Roman" w:hAnsi="Times New Roman" w:cs="Times New Roman"/>
        </w:rPr>
        <w:t xml:space="preserve">, de forma </w:t>
      </w:r>
      <w:proofErr w:type="spellStart"/>
      <w:r w:rsidRPr="003440E6">
        <w:rPr>
          <w:rFonts w:ascii="Times New Roman" w:hAnsi="Times New Roman" w:cs="Times New Roman"/>
        </w:rPr>
        <w:t>imediata</w:t>
      </w:r>
      <w:proofErr w:type="spellEnd"/>
      <w:r w:rsidRPr="003440E6">
        <w:rPr>
          <w:rFonts w:ascii="Times New Roman" w:hAnsi="Times New Roman" w:cs="Times New Roman"/>
        </w:rPr>
        <w:t xml:space="preserve">, as </w:t>
      </w:r>
      <w:proofErr w:type="spellStart"/>
      <w:r w:rsidRPr="003440E6">
        <w:rPr>
          <w:rFonts w:ascii="Times New Roman" w:hAnsi="Times New Roman" w:cs="Times New Roman"/>
        </w:rPr>
        <w:t>ausências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não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justificadas</w:t>
      </w:r>
      <w:proofErr w:type="spellEnd"/>
      <w:r w:rsidRPr="003440E6">
        <w:rPr>
          <w:rFonts w:ascii="Times New Roman" w:hAnsi="Times New Roman" w:cs="Times New Roman"/>
        </w:rPr>
        <w:t>;</w:t>
      </w:r>
    </w:p>
    <w:p w14:paraId="2590084A" w14:textId="78079FD2" w:rsidR="00627ABE" w:rsidRPr="003440E6" w:rsidRDefault="00000000" w:rsidP="003440E6">
      <w:pPr>
        <w:pStyle w:val="Commarcadores"/>
        <w:numPr>
          <w:ilvl w:val="0"/>
          <w:numId w:val="0"/>
        </w:numPr>
        <w:spacing w:after="0" w:line="240" w:lineRule="auto"/>
        <w:ind w:left="360" w:hanging="360"/>
        <w:jc w:val="both"/>
        <w:rPr>
          <w:rFonts w:ascii="Times New Roman" w:hAnsi="Times New Roman" w:cs="Times New Roman"/>
        </w:rPr>
      </w:pPr>
      <w:r w:rsidRPr="003440E6">
        <w:rPr>
          <w:rFonts w:ascii="Times New Roman" w:hAnsi="Times New Roman" w:cs="Times New Roman"/>
        </w:rPr>
        <w:t xml:space="preserve">II – </w:t>
      </w:r>
      <w:proofErr w:type="spellStart"/>
      <w:r w:rsidRPr="003440E6">
        <w:rPr>
          <w:rFonts w:ascii="Times New Roman" w:hAnsi="Times New Roman" w:cs="Times New Roman"/>
        </w:rPr>
        <w:t>Elaborar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relatórios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mensais</w:t>
      </w:r>
      <w:proofErr w:type="spellEnd"/>
      <w:r w:rsidRPr="003440E6">
        <w:rPr>
          <w:rFonts w:ascii="Times New Roman" w:hAnsi="Times New Roman" w:cs="Times New Roman"/>
        </w:rPr>
        <w:t xml:space="preserve"> de </w:t>
      </w:r>
      <w:proofErr w:type="spellStart"/>
      <w:r w:rsidRPr="003440E6">
        <w:rPr>
          <w:rFonts w:ascii="Times New Roman" w:hAnsi="Times New Roman" w:cs="Times New Roman"/>
        </w:rPr>
        <w:t>frequência</w:t>
      </w:r>
      <w:proofErr w:type="spellEnd"/>
      <w:r w:rsidRPr="003440E6">
        <w:rPr>
          <w:rFonts w:ascii="Times New Roman" w:hAnsi="Times New Roman" w:cs="Times New Roman"/>
        </w:rPr>
        <w:t xml:space="preserve"> e </w:t>
      </w:r>
      <w:proofErr w:type="spellStart"/>
      <w:r w:rsidRPr="003440E6">
        <w:rPr>
          <w:rFonts w:ascii="Times New Roman" w:hAnsi="Times New Roman" w:cs="Times New Roman"/>
        </w:rPr>
        <w:t>encaminhá-los</w:t>
      </w:r>
      <w:proofErr w:type="spellEnd"/>
      <w:r w:rsidRPr="003440E6">
        <w:rPr>
          <w:rFonts w:ascii="Times New Roman" w:hAnsi="Times New Roman" w:cs="Times New Roman"/>
        </w:rPr>
        <w:t xml:space="preserve"> à </w:t>
      </w:r>
      <w:proofErr w:type="spellStart"/>
      <w:r w:rsidRPr="003440E6">
        <w:rPr>
          <w:rFonts w:ascii="Times New Roman" w:hAnsi="Times New Roman" w:cs="Times New Roman"/>
        </w:rPr>
        <w:t>Secretaria</w:t>
      </w:r>
      <w:proofErr w:type="spellEnd"/>
      <w:r w:rsidRPr="003440E6">
        <w:rPr>
          <w:rFonts w:ascii="Times New Roman" w:hAnsi="Times New Roman" w:cs="Times New Roman"/>
        </w:rPr>
        <w:t xml:space="preserve"> Municipal de </w:t>
      </w:r>
      <w:proofErr w:type="spellStart"/>
      <w:r w:rsidRPr="003440E6">
        <w:rPr>
          <w:rFonts w:ascii="Times New Roman" w:hAnsi="Times New Roman" w:cs="Times New Roman"/>
        </w:rPr>
        <w:t>Educação</w:t>
      </w:r>
      <w:proofErr w:type="spellEnd"/>
      <w:r w:rsidRPr="003440E6">
        <w:rPr>
          <w:rFonts w:ascii="Times New Roman" w:hAnsi="Times New Roman" w:cs="Times New Roman"/>
        </w:rPr>
        <w:t xml:space="preserve"> e Cultura;</w:t>
      </w:r>
    </w:p>
    <w:p w14:paraId="219ACCF6" w14:textId="04F388D2" w:rsidR="00627ABE" w:rsidRPr="003440E6" w:rsidRDefault="00000000" w:rsidP="003440E6">
      <w:pPr>
        <w:pStyle w:val="Commarcadores"/>
        <w:numPr>
          <w:ilvl w:val="0"/>
          <w:numId w:val="0"/>
        </w:numPr>
        <w:spacing w:after="0" w:line="240" w:lineRule="auto"/>
        <w:ind w:left="360" w:hanging="360"/>
        <w:jc w:val="both"/>
        <w:rPr>
          <w:rFonts w:ascii="Times New Roman" w:hAnsi="Times New Roman" w:cs="Times New Roman"/>
        </w:rPr>
      </w:pPr>
      <w:r w:rsidRPr="003440E6">
        <w:rPr>
          <w:rFonts w:ascii="Times New Roman" w:hAnsi="Times New Roman" w:cs="Times New Roman"/>
        </w:rPr>
        <w:t>I</w:t>
      </w:r>
      <w:r w:rsidR="003440E6">
        <w:rPr>
          <w:rFonts w:ascii="Times New Roman" w:hAnsi="Times New Roman" w:cs="Times New Roman"/>
        </w:rPr>
        <w:t>II</w:t>
      </w:r>
      <w:r w:rsidRPr="003440E6">
        <w:rPr>
          <w:rFonts w:ascii="Times New Roman" w:hAnsi="Times New Roman" w:cs="Times New Roman"/>
        </w:rPr>
        <w:t xml:space="preserve"> – </w:t>
      </w:r>
      <w:proofErr w:type="spellStart"/>
      <w:r w:rsidRPr="003440E6">
        <w:rPr>
          <w:rFonts w:ascii="Times New Roman" w:hAnsi="Times New Roman" w:cs="Times New Roman"/>
        </w:rPr>
        <w:t>Desenvolver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ações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pedagógicas</w:t>
      </w:r>
      <w:proofErr w:type="spellEnd"/>
      <w:r w:rsidRPr="003440E6">
        <w:rPr>
          <w:rFonts w:ascii="Times New Roman" w:hAnsi="Times New Roman" w:cs="Times New Roman"/>
        </w:rPr>
        <w:t xml:space="preserve"> e de </w:t>
      </w:r>
      <w:proofErr w:type="spellStart"/>
      <w:r w:rsidRPr="003440E6">
        <w:rPr>
          <w:rFonts w:ascii="Times New Roman" w:hAnsi="Times New Roman" w:cs="Times New Roman"/>
        </w:rPr>
        <w:t>apoio</w:t>
      </w:r>
      <w:proofErr w:type="spellEnd"/>
      <w:r w:rsidRPr="003440E6">
        <w:rPr>
          <w:rFonts w:ascii="Times New Roman" w:hAnsi="Times New Roman" w:cs="Times New Roman"/>
        </w:rPr>
        <w:t xml:space="preserve"> para </w:t>
      </w:r>
      <w:proofErr w:type="spellStart"/>
      <w:r w:rsidRPr="003440E6">
        <w:rPr>
          <w:rFonts w:ascii="Times New Roman" w:hAnsi="Times New Roman" w:cs="Times New Roman"/>
        </w:rPr>
        <w:t>estimular</w:t>
      </w:r>
      <w:proofErr w:type="spellEnd"/>
      <w:r w:rsidRPr="003440E6">
        <w:rPr>
          <w:rFonts w:ascii="Times New Roman" w:hAnsi="Times New Roman" w:cs="Times New Roman"/>
        </w:rPr>
        <w:t xml:space="preserve"> a </w:t>
      </w:r>
      <w:proofErr w:type="spellStart"/>
      <w:r w:rsidRPr="003440E6">
        <w:rPr>
          <w:rFonts w:ascii="Times New Roman" w:hAnsi="Times New Roman" w:cs="Times New Roman"/>
        </w:rPr>
        <w:t>permanência</w:t>
      </w:r>
      <w:proofErr w:type="spellEnd"/>
      <w:r w:rsidRPr="003440E6">
        <w:rPr>
          <w:rFonts w:ascii="Times New Roman" w:hAnsi="Times New Roman" w:cs="Times New Roman"/>
        </w:rPr>
        <w:t xml:space="preserve"> e </w:t>
      </w:r>
      <w:proofErr w:type="spellStart"/>
      <w:r w:rsidRPr="003440E6">
        <w:rPr>
          <w:rFonts w:ascii="Times New Roman" w:hAnsi="Times New Roman" w:cs="Times New Roman"/>
        </w:rPr>
        <w:t>participação</w:t>
      </w:r>
      <w:proofErr w:type="spellEnd"/>
      <w:r w:rsidRPr="003440E6">
        <w:rPr>
          <w:rFonts w:ascii="Times New Roman" w:hAnsi="Times New Roman" w:cs="Times New Roman"/>
        </w:rPr>
        <w:t xml:space="preserve"> dos </w:t>
      </w:r>
      <w:proofErr w:type="spellStart"/>
      <w:r w:rsidRPr="003440E6">
        <w:rPr>
          <w:rFonts w:ascii="Times New Roman" w:hAnsi="Times New Roman" w:cs="Times New Roman"/>
        </w:rPr>
        <w:t>estudantes</w:t>
      </w:r>
      <w:proofErr w:type="spellEnd"/>
      <w:r w:rsidRPr="003440E6">
        <w:rPr>
          <w:rFonts w:ascii="Times New Roman" w:hAnsi="Times New Roman" w:cs="Times New Roman"/>
        </w:rPr>
        <w:t>;</w:t>
      </w:r>
    </w:p>
    <w:p w14:paraId="4AB5B72F" w14:textId="0DD499EA" w:rsidR="00627ABE" w:rsidRPr="003440E6" w:rsidRDefault="003440E6" w:rsidP="003440E6">
      <w:pPr>
        <w:pStyle w:val="Commarcadores"/>
        <w:numPr>
          <w:ilvl w:val="0"/>
          <w:numId w:val="0"/>
        </w:numPr>
        <w:spacing w:after="0" w:line="240" w:lineRule="auto"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Pr="003440E6">
        <w:rPr>
          <w:rFonts w:ascii="Times New Roman" w:hAnsi="Times New Roman" w:cs="Times New Roman"/>
        </w:rPr>
        <w:t xml:space="preserve">V – </w:t>
      </w:r>
      <w:proofErr w:type="spellStart"/>
      <w:r w:rsidRPr="003440E6">
        <w:rPr>
          <w:rFonts w:ascii="Times New Roman" w:hAnsi="Times New Roman" w:cs="Times New Roman"/>
        </w:rPr>
        <w:t>Acionar</w:t>
      </w:r>
      <w:proofErr w:type="spellEnd"/>
      <w:r w:rsidRPr="003440E6">
        <w:rPr>
          <w:rFonts w:ascii="Times New Roman" w:hAnsi="Times New Roman" w:cs="Times New Roman"/>
        </w:rPr>
        <w:t xml:space="preserve"> a </w:t>
      </w:r>
      <w:proofErr w:type="spellStart"/>
      <w:r w:rsidRPr="003440E6">
        <w:rPr>
          <w:rFonts w:ascii="Times New Roman" w:hAnsi="Times New Roman" w:cs="Times New Roman"/>
        </w:rPr>
        <w:t>Secretaria</w:t>
      </w:r>
      <w:proofErr w:type="spellEnd"/>
      <w:r w:rsidRPr="003440E6">
        <w:rPr>
          <w:rFonts w:ascii="Times New Roman" w:hAnsi="Times New Roman" w:cs="Times New Roman"/>
        </w:rPr>
        <w:t xml:space="preserve"> Municipal de </w:t>
      </w:r>
      <w:proofErr w:type="spellStart"/>
      <w:r w:rsidRPr="003440E6">
        <w:rPr>
          <w:rFonts w:ascii="Times New Roman" w:hAnsi="Times New Roman" w:cs="Times New Roman"/>
        </w:rPr>
        <w:t>Educação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nos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casos</w:t>
      </w:r>
      <w:proofErr w:type="spellEnd"/>
      <w:r w:rsidRPr="003440E6">
        <w:rPr>
          <w:rFonts w:ascii="Times New Roman" w:hAnsi="Times New Roman" w:cs="Times New Roman"/>
        </w:rPr>
        <w:t xml:space="preserve"> de </w:t>
      </w:r>
      <w:proofErr w:type="spellStart"/>
      <w:r w:rsidRPr="003440E6">
        <w:rPr>
          <w:rFonts w:ascii="Times New Roman" w:hAnsi="Times New Roman" w:cs="Times New Roman"/>
        </w:rPr>
        <w:t>reincidência</w:t>
      </w:r>
      <w:proofErr w:type="spellEnd"/>
      <w:r w:rsidRPr="003440E6">
        <w:rPr>
          <w:rFonts w:ascii="Times New Roman" w:hAnsi="Times New Roman" w:cs="Times New Roman"/>
        </w:rPr>
        <w:t xml:space="preserve"> de </w:t>
      </w:r>
      <w:proofErr w:type="spellStart"/>
      <w:r w:rsidRPr="003440E6">
        <w:rPr>
          <w:rFonts w:ascii="Times New Roman" w:hAnsi="Times New Roman" w:cs="Times New Roman"/>
        </w:rPr>
        <w:t>infrequência</w:t>
      </w:r>
      <w:proofErr w:type="spellEnd"/>
      <w:r w:rsidRPr="003440E6">
        <w:rPr>
          <w:rFonts w:ascii="Times New Roman" w:hAnsi="Times New Roman" w:cs="Times New Roman"/>
        </w:rPr>
        <w:t>.</w:t>
      </w:r>
    </w:p>
    <w:p w14:paraId="38415A4B" w14:textId="42AF9997" w:rsidR="00627ABE" w:rsidRPr="003440E6" w:rsidRDefault="00000000" w:rsidP="003440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40E6">
        <w:rPr>
          <w:rFonts w:ascii="Times New Roman" w:hAnsi="Times New Roman" w:cs="Times New Roman"/>
        </w:rPr>
        <w:br/>
      </w:r>
      <w:r w:rsidRPr="003440E6">
        <w:rPr>
          <w:rFonts w:ascii="Times New Roman" w:hAnsi="Times New Roman" w:cs="Times New Roman"/>
          <w:b/>
          <w:bCs/>
        </w:rPr>
        <w:t>Art. 3º</w:t>
      </w:r>
      <w:r w:rsidR="003440E6">
        <w:rPr>
          <w:rFonts w:ascii="Times New Roman" w:hAnsi="Times New Roman" w:cs="Times New Roman"/>
          <w:b/>
          <w:bCs/>
        </w:rPr>
        <w:t>.</w:t>
      </w:r>
      <w:r w:rsidRPr="003440E6">
        <w:rPr>
          <w:rFonts w:ascii="Times New Roman" w:hAnsi="Times New Roman" w:cs="Times New Roman"/>
        </w:rPr>
        <w:t xml:space="preserve"> A </w:t>
      </w:r>
      <w:proofErr w:type="spellStart"/>
      <w:r w:rsidRPr="003440E6">
        <w:rPr>
          <w:rFonts w:ascii="Times New Roman" w:hAnsi="Times New Roman" w:cs="Times New Roman"/>
        </w:rPr>
        <w:t>Secretaria</w:t>
      </w:r>
      <w:proofErr w:type="spellEnd"/>
      <w:r w:rsidRPr="003440E6">
        <w:rPr>
          <w:rFonts w:ascii="Times New Roman" w:hAnsi="Times New Roman" w:cs="Times New Roman"/>
        </w:rPr>
        <w:t xml:space="preserve"> Municipal de </w:t>
      </w:r>
      <w:proofErr w:type="spellStart"/>
      <w:r w:rsidRPr="003440E6">
        <w:rPr>
          <w:rFonts w:ascii="Times New Roman" w:hAnsi="Times New Roman" w:cs="Times New Roman"/>
        </w:rPr>
        <w:t>Educação</w:t>
      </w:r>
      <w:proofErr w:type="spellEnd"/>
      <w:r w:rsidR="00B31162" w:rsidRPr="003440E6">
        <w:rPr>
          <w:rFonts w:ascii="Times New Roman" w:hAnsi="Times New Roman" w:cs="Times New Roman"/>
        </w:rPr>
        <w:t>,</w:t>
      </w:r>
      <w:r w:rsidRPr="003440E6">
        <w:rPr>
          <w:rFonts w:ascii="Times New Roman" w:hAnsi="Times New Roman" w:cs="Times New Roman"/>
        </w:rPr>
        <w:t xml:space="preserve"> Cultura</w:t>
      </w:r>
      <w:r w:rsidR="00B31162" w:rsidRPr="003440E6">
        <w:rPr>
          <w:rFonts w:ascii="Times New Roman" w:hAnsi="Times New Roman" w:cs="Times New Roman"/>
        </w:rPr>
        <w:t xml:space="preserve"> e </w:t>
      </w:r>
      <w:proofErr w:type="spellStart"/>
      <w:r w:rsidR="00B31162" w:rsidRPr="003440E6">
        <w:rPr>
          <w:rFonts w:ascii="Times New Roman" w:hAnsi="Times New Roman" w:cs="Times New Roman"/>
        </w:rPr>
        <w:t>Esporte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será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responsável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por</w:t>
      </w:r>
      <w:proofErr w:type="spellEnd"/>
      <w:r w:rsidRPr="003440E6">
        <w:rPr>
          <w:rFonts w:ascii="Times New Roman" w:hAnsi="Times New Roman" w:cs="Times New Roman"/>
        </w:rPr>
        <w:t>:</w:t>
      </w:r>
    </w:p>
    <w:p w14:paraId="3E31CF61" w14:textId="77777777" w:rsidR="00627ABE" w:rsidRPr="003440E6" w:rsidRDefault="00000000" w:rsidP="003440E6">
      <w:pPr>
        <w:pStyle w:val="Commarcadores"/>
        <w:numPr>
          <w:ilvl w:val="0"/>
          <w:numId w:val="0"/>
        </w:numPr>
        <w:spacing w:after="0" w:line="240" w:lineRule="auto"/>
        <w:ind w:left="360" w:hanging="360"/>
        <w:jc w:val="both"/>
        <w:rPr>
          <w:rFonts w:ascii="Times New Roman" w:hAnsi="Times New Roman" w:cs="Times New Roman"/>
        </w:rPr>
      </w:pPr>
      <w:r w:rsidRPr="003440E6">
        <w:rPr>
          <w:rFonts w:ascii="Times New Roman" w:hAnsi="Times New Roman" w:cs="Times New Roman"/>
        </w:rPr>
        <w:t xml:space="preserve">I – </w:t>
      </w:r>
      <w:proofErr w:type="spellStart"/>
      <w:r w:rsidRPr="003440E6">
        <w:rPr>
          <w:rFonts w:ascii="Times New Roman" w:hAnsi="Times New Roman" w:cs="Times New Roman"/>
        </w:rPr>
        <w:t>Monitorar</w:t>
      </w:r>
      <w:proofErr w:type="spellEnd"/>
      <w:r w:rsidRPr="003440E6">
        <w:rPr>
          <w:rFonts w:ascii="Times New Roman" w:hAnsi="Times New Roman" w:cs="Times New Roman"/>
        </w:rPr>
        <w:t xml:space="preserve">, </w:t>
      </w:r>
      <w:proofErr w:type="spellStart"/>
      <w:r w:rsidRPr="003440E6">
        <w:rPr>
          <w:rFonts w:ascii="Times New Roman" w:hAnsi="Times New Roman" w:cs="Times New Roman"/>
        </w:rPr>
        <w:t>por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meio</w:t>
      </w:r>
      <w:proofErr w:type="spellEnd"/>
      <w:r w:rsidRPr="003440E6">
        <w:rPr>
          <w:rFonts w:ascii="Times New Roman" w:hAnsi="Times New Roman" w:cs="Times New Roman"/>
        </w:rPr>
        <w:t xml:space="preserve"> da Equipe de </w:t>
      </w:r>
      <w:proofErr w:type="spellStart"/>
      <w:r w:rsidRPr="003440E6">
        <w:rPr>
          <w:rFonts w:ascii="Times New Roman" w:hAnsi="Times New Roman" w:cs="Times New Roman"/>
        </w:rPr>
        <w:t>Assessoramento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Pedagógico</w:t>
      </w:r>
      <w:proofErr w:type="spellEnd"/>
      <w:r w:rsidRPr="003440E6">
        <w:rPr>
          <w:rFonts w:ascii="Times New Roman" w:hAnsi="Times New Roman" w:cs="Times New Roman"/>
        </w:rPr>
        <w:t xml:space="preserve">, </w:t>
      </w:r>
      <w:proofErr w:type="spellStart"/>
      <w:r w:rsidRPr="003440E6">
        <w:rPr>
          <w:rFonts w:ascii="Times New Roman" w:hAnsi="Times New Roman" w:cs="Times New Roman"/>
        </w:rPr>
        <w:t>os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índices</w:t>
      </w:r>
      <w:proofErr w:type="spellEnd"/>
      <w:r w:rsidRPr="003440E6">
        <w:rPr>
          <w:rFonts w:ascii="Times New Roman" w:hAnsi="Times New Roman" w:cs="Times New Roman"/>
        </w:rPr>
        <w:t xml:space="preserve"> de </w:t>
      </w:r>
      <w:proofErr w:type="spellStart"/>
      <w:r w:rsidRPr="003440E6">
        <w:rPr>
          <w:rFonts w:ascii="Times New Roman" w:hAnsi="Times New Roman" w:cs="Times New Roman"/>
        </w:rPr>
        <w:t>frequência</w:t>
      </w:r>
      <w:proofErr w:type="spellEnd"/>
      <w:r w:rsidRPr="003440E6">
        <w:rPr>
          <w:rFonts w:ascii="Times New Roman" w:hAnsi="Times New Roman" w:cs="Times New Roman"/>
        </w:rPr>
        <w:t xml:space="preserve"> escolar;</w:t>
      </w:r>
    </w:p>
    <w:p w14:paraId="17ED97CE" w14:textId="77777777" w:rsidR="00627ABE" w:rsidRPr="003440E6" w:rsidRDefault="00000000" w:rsidP="003440E6">
      <w:pPr>
        <w:pStyle w:val="Commarcadores"/>
        <w:numPr>
          <w:ilvl w:val="0"/>
          <w:numId w:val="0"/>
        </w:numPr>
        <w:spacing w:after="0" w:line="240" w:lineRule="auto"/>
        <w:ind w:left="360" w:hanging="360"/>
        <w:jc w:val="both"/>
        <w:rPr>
          <w:rFonts w:ascii="Times New Roman" w:hAnsi="Times New Roman" w:cs="Times New Roman"/>
        </w:rPr>
      </w:pPr>
      <w:r w:rsidRPr="003440E6">
        <w:rPr>
          <w:rFonts w:ascii="Times New Roman" w:hAnsi="Times New Roman" w:cs="Times New Roman"/>
        </w:rPr>
        <w:t xml:space="preserve">II – </w:t>
      </w:r>
      <w:proofErr w:type="spellStart"/>
      <w:r w:rsidRPr="003440E6">
        <w:rPr>
          <w:rFonts w:ascii="Times New Roman" w:hAnsi="Times New Roman" w:cs="Times New Roman"/>
        </w:rPr>
        <w:t>Orientar</w:t>
      </w:r>
      <w:proofErr w:type="spellEnd"/>
      <w:r w:rsidRPr="003440E6">
        <w:rPr>
          <w:rFonts w:ascii="Times New Roman" w:hAnsi="Times New Roman" w:cs="Times New Roman"/>
        </w:rPr>
        <w:t xml:space="preserve"> as </w:t>
      </w:r>
      <w:proofErr w:type="spellStart"/>
      <w:r w:rsidRPr="003440E6">
        <w:rPr>
          <w:rFonts w:ascii="Times New Roman" w:hAnsi="Times New Roman" w:cs="Times New Roman"/>
        </w:rPr>
        <w:t>escolas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quanto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às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medidas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pedagógicas</w:t>
      </w:r>
      <w:proofErr w:type="spellEnd"/>
      <w:r w:rsidRPr="003440E6">
        <w:rPr>
          <w:rFonts w:ascii="Times New Roman" w:hAnsi="Times New Roman" w:cs="Times New Roman"/>
        </w:rPr>
        <w:t xml:space="preserve"> e </w:t>
      </w:r>
      <w:proofErr w:type="spellStart"/>
      <w:r w:rsidRPr="003440E6">
        <w:rPr>
          <w:rFonts w:ascii="Times New Roman" w:hAnsi="Times New Roman" w:cs="Times New Roman"/>
        </w:rPr>
        <w:t>administrativas</w:t>
      </w:r>
      <w:proofErr w:type="spellEnd"/>
      <w:r w:rsidRPr="003440E6">
        <w:rPr>
          <w:rFonts w:ascii="Times New Roman" w:hAnsi="Times New Roman" w:cs="Times New Roman"/>
        </w:rPr>
        <w:t xml:space="preserve"> a </w:t>
      </w:r>
      <w:proofErr w:type="spellStart"/>
      <w:r w:rsidRPr="003440E6">
        <w:rPr>
          <w:rFonts w:ascii="Times New Roman" w:hAnsi="Times New Roman" w:cs="Times New Roman"/>
        </w:rPr>
        <w:t>serem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adotadas</w:t>
      </w:r>
      <w:proofErr w:type="spellEnd"/>
      <w:r w:rsidRPr="003440E6">
        <w:rPr>
          <w:rFonts w:ascii="Times New Roman" w:hAnsi="Times New Roman" w:cs="Times New Roman"/>
        </w:rPr>
        <w:t>;</w:t>
      </w:r>
    </w:p>
    <w:p w14:paraId="10E56BF7" w14:textId="77777777" w:rsidR="00627ABE" w:rsidRPr="003440E6" w:rsidRDefault="00000000" w:rsidP="003440E6">
      <w:pPr>
        <w:pStyle w:val="Commarcadores"/>
        <w:numPr>
          <w:ilvl w:val="0"/>
          <w:numId w:val="0"/>
        </w:numPr>
        <w:spacing w:after="0" w:line="240" w:lineRule="auto"/>
        <w:ind w:left="360" w:hanging="360"/>
        <w:jc w:val="both"/>
        <w:rPr>
          <w:rFonts w:ascii="Times New Roman" w:hAnsi="Times New Roman" w:cs="Times New Roman"/>
        </w:rPr>
      </w:pPr>
      <w:r w:rsidRPr="003440E6">
        <w:rPr>
          <w:rFonts w:ascii="Times New Roman" w:hAnsi="Times New Roman" w:cs="Times New Roman"/>
        </w:rPr>
        <w:t xml:space="preserve">III – </w:t>
      </w:r>
      <w:proofErr w:type="spellStart"/>
      <w:r w:rsidRPr="003440E6">
        <w:rPr>
          <w:rFonts w:ascii="Times New Roman" w:hAnsi="Times New Roman" w:cs="Times New Roman"/>
        </w:rPr>
        <w:t>Promover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ações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intersetoriais</w:t>
      </w:r>
      <w:proofErr w:type="spellEnd"/>
      <w:r w:rsidRPr="003440E6">
        <w:rPr>
          <w:rFonts w:ascii="Times New Roman" w:hAnsi="Times New Roman" w:cs="Times New Roman"/>
        </w:rPr>
        <w:t xml:space="preserve"> com </w:t>
      </w:r>
      <w:proofErr w:type="gramStart"/>
      <w:r w:rsidRPr="003440E6">
        <w:rPr>
          <w:rFonts w:ascii="Times New Roman" w:hAnsi="Times New Roman" w:cs="Times New Roman"/>
        </w:rPr>
        <w:t>a</w:t>
      </w:r>
      <w:proofErr w:type="gram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assistência</w:t>
      </w:r>
      <w:proofErr w:type="spellEnd"/>
      <w:r w:rsidRPr="003440E6">
        <w:rPr>
          <w:rFonts w:ascii="Times New Roman" w:hAnsi="Times New Roman" w:cs="Times New Roman"/>
        </w:rPr>
        <w:t xml:space="preserve"> social, </w:t>
      </w:r>
      <w:proofErr w:type="spellStart"/>
      <w:r w:rsidRPr="003440E6">
        <w:rPr>
          <w:rFonts w:ascii="Times New Roman" w:hAnsi="Times New Roman" w:cs="Times New Roman"/>
        </w:rPr>
        <w:t>saúde</w:t>
      </w:r>
      <w:proofErr w:type="spellEnd"/>
      <w:r w:rsidRPr="003440E6">
        <w:rPr>
          <w:rFonts w:ascii="Times New Roman" w:hAnsi="Times New Roman" w:cs="Times New Roman"/>
        </w:rPr>
        <w:t xml:space="preserve"> e </w:t>
      </w:r>
      <w:proofErr w:type="spellStart"/>
      <w:r w:rsidRPr="003440E6">
        <w:rPr>
          <w:rFonts w:ascii="Times New Roman" w:hAnsi="Times New Roman" w:cs="Times New Roman"/>
        </w:rPr>
        <w:t>conselho</w:t>
      </w:r>
      <w:proofErr w:type="spellEnd"/>
      <w:r w:rsidRPr="003440E6">
        <w:rPr>
          <w:rFonts w:ascii="Times New Roman" w:hAnsi="Times New Roman" w:cs="Times New Roman"/>
        </w:rPr>
        <w:t xml:space="preserve"> tutelar;</w:t>
      </w:r>
    </w:p>
    <w:p w14:paraId="4C6BAA10" w14:textId="77777777" w:rsidR="00627ABE" w:rsidRPr="003440E6" w:rsidRDefault="00000000" w:rsidP="003440E6">
      <w:pPr>
        <w:pStyle w:val="Commarcadores"/>
        <w:numPr>
          <w:ilvl w:val="0"/>
          <w:numId w:val="0"/>
        </w:numPr>
        <w:spacing w:after="0" w:line="240" w:lineRule="auto"/>
        <w:ind w:left="360" w:hanging="360"/>
        <w:jc w:val="both"/>
        <w:rPr>
          <w:rFonts w:ascii="Times New Roman" w:hAnsi="Times New Roman" w:cs="Times New Roman"/>
        </w:rPr>
      </w:pPr>
      <w:r w:rsidRPr="003440E6">
        <w:rPr>
          <w:rFonts w:ascii="Times New Roman" w:hAnsi="Times New Roman" w:cs="Times New Roman"/>
        </w:rPr>
        <w:t xml:space="preserve">IV – </w:t>
      </w:r>
      <w:proofErr w:type="spellStart"/>
      <w:r w:rsidRPr="003440E6">
        <w:rPr>
          <w:rFonts w:ascii="Times New Roman" w:hAnsi="Times New Roman" w:cs="Times New Roman"/>
        </w:rPr>
        <w:t>Garantir</w:t>
      </w:r>
      <w:proofErr w:type="spellEnd"/>
      <w:r w:rsidRPr="003440E6">
        <w:rPr>
          <w:rFonts w:ascii="Times New Roman" w:hAnsi="Times New Roman" w:cs="Times New Roman"/>
        </w:rPr>
        <w:t xml:space="preserve"> o </w:t>
      </w:r>
      <w:proofErr w:type="spellStart"/>
      <w:r w:rsidRPr="003440E6">
        <w:rPr>
          <w:rFonts w:ascii="Times New Roman" w:hAnsi="Times New Roman" w:cs="Times New Roman"/>
        </w:rPr>
        <w:t>registro</w:t>
      </w:r>
      <w:proofErr w:type="spellEnd"/>
      <w:r w:rsidRPr="003440E6">
        <w:rPr>
          <w:rFonts w:ascii="Times New Roman" w:hAnsi="Times New Roman" w:cs="Times New Roman"/>
        </w:rPr>
        <w:t xml:space="preserve"> e </w:t>
      </w:r>
      <w:proofErr w:type="spellStart"/>
      <w:r w:rsidRPr="003440E6">
        <w:rPr>
          <w:rFonts w:ascii="Times New Roman" w:hAnsi="Times New Roman" w:cs="Times New Roman"/>
        </w:rPr>
        <w:t>acompanhamento</w:t>
      </w:r>
      <w:proofErr w:type="spellEnd"/>
      <w:r w:rsidRPr="003440E6">
        <w:rPr>
          <w:rFonts w:ascii="Times New Roman" w:hAnsi="Times New Roman" w:cs="Times New Roman"/>
        </w:rPr>
        <w:t xml:space="preserve"> de </w:t>
      </w:r>
      <w:proofErr w:type="spellStart"/>
      <w:r w:rsidRPr="003440E6">
        <w:rPr>
          <w:rFonts w:ascii="Times New Roman" w:hAnsi="Times New Roman" w:cs="Times New Roman"/>
        </w:rPr>
        <w:t>todos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os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casos</w:t>
      </w:r>
      <w:proofErr w:type="spellEnd"/>
      <w:r w:rsidRPr="003440E6">
        <w:rPr>
          <w:rFonts w:ascii="Times New Roman" w:hAnsi="Times New Roman" w:cs="Times New Roman"/>
        </w:rPr>
        <w:t xml:space="preserve"> de </w:t>
      </w:r>
      <w:proofErr w:type="spellStart"/>
      <w:r w:rsidRPr="003440E6">
        <w:rPr>
          <w:rFonts w:ascii="Times New Roman" w:hAnsi="Times New Roman" w:cs="Times New Roman"/>
        </w:rPr>
        <w:t>infrequência</w:t>
      </w:r>
      <w:proofErr w:type="spellEnd"/>
      <w:r w:rsidRPr="003440E6">
        <w:rPr>
          <w:rFonts w:ascii="Times New Roman" w:hAnsi="Times New Roman" w:cs="Times New Roman"/>
        </w:rPr>
        <w:t>.</w:t>
      </w:r>
    </w:p>
    <w:p w14:paraId="533E500A" w14:textId="089E30CD" w:rsidR="00A35200" w:rsidRPr="003440E6" w:rsidRDefault="00000000" w:rsidP="003440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40E6">
        <w:rPr>
          <w:rFonts w:ascii="Times New Roman" w:hAnsi="Times New Roman" w:cs="Times New Roman"/>
        </w:rPr>
        <w:br/>
      </w:r>
      <w:r w:rsidRPr="003440E6">
        <w:rPr>
          <w:rFonts w:ascii="Times New Roman" w:hAnsi="Times New Roman" w:cs="Times New Roman"/>
          <w:b/>
          <w:bCs/>
        </w:rPr>
        <w:t>Art. 4º</w:t>
      </w:r>
      <w:r w:rsidR="003440E6" w:rsidRPr="003440E6">
        <w:rPr>
          <w:rFonts w:ascii="Times New Roman" w:hAnsi="Times New Roman" w:cs="Times New Roman"/>
          <w:b/>
          <w:bCs/>
        </w:rPr>
        <w:t>.</w:t>
      </w:r>
      <w:r w:rsidRPr="003440E6">
        <w:rPr>
          <w:rFonts w:ascii="Times New Roman" w:hAnsi="Times New Roman" w:cs="Times New Roman"/>
          <w:b/>
          <w:bCs/>
        </w:rPr>
        <w:t xml:space="preserve"> </w:t>
      </w:r>
      <w:r w:rsidRPr="003440E6">
        <w:rPr>
          <w:rFonts w:ascii="Times New Roman" w:hAnsi="Times New Roman" w:cs="Times New Roman"/>
        </w:rPr>
        <w:t xml:space="preserve">Nos </w:t>
      </w:r>
      <w:proofErr w:type="spellStart"/>
      <w:r w:rsidRPr="003440E6">
        <w:rPr>
          <w:rFonts w:ascii="Times New Roman" w:hAnsi="Times New Roman" w:cs="Times New Roman"/>
        </w:rPr>
        <w:t>casos</w:t>
      </w:r>
      <w:proofErr w:type="spellEnd"/>
      <w:r w:rsidRPr="003440E6">
        <w:rPr>
          <w:rFonts w:ascii="Times New Roman" w:hAnsi="Times New Roman" w:cs="Times New Roman"/>
        </w:rPr>
        <w:t xml:space="preserve"> de </w:t>
      </w:r>
      <w:proofErr w:type="spellStart"/>
      <w:r w:rsidRPr="003440E6">
        <w:rPr>
          <w:rFonts w:ascii="Times New Roman" w:hAnsi="Times New Roman" w:cs="Times New Roman"/>
        </w:rPr>
        <w:t>infrequência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reiterada</w:t>
      </w:r>
      <w:proofErr w:type="spellEnd"/>
      <w:r w:rsidRPr="003440E6">
        <w:rPr>
          <w:rFonts w:ascii="Times New Roman" w:hAnsi="Times New Roman" w:cs="Times New Roman"/>
        </w:rPr>
        <w:t xml:space="preserve">, </w:t>
      </w:r>
      <w:proofErr w:type="spellStart"/>
      <w:r w:rsidRPr="003440E6">
        <w:rPr>
          <w:rFonts w:ascii="Times New Roman" w:hAnsi="Times New Roman" w:cs="Times New Roman"/>
        </w:rPr>
        <w:t>será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adotado</w:t>
      </w:r>
      <w:proofErr w:type="spellEnd"/>
      <w:r w:rsidRPr="003440E6">
        <w:rPr>
          <w:rFonts w:ascii="Times New Roman" w:hAnsi="Times New Roman" w:cs="Times New Roman"/>
        </w:rPr>
        <w:t xml:space="preserve"> o </w:t>
      </w:r>
      <w:proofErr w:type="spellStart"/>
      <w:r w:rsidRPr="003440E6">
        <w:rPr>
          <w:rFonts w:ascii="Times New Roman" w:hAnsi="Times New Roman" w:cs="Times New Roman"/>
        </w:rPr>
        <w:t>seguinte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fluxo</w:t>
      </w:r>
      <w:proofErr w:type="spellEnd"/>
      <w:r w:rsidRPr="003440E6">
        <w:rPr>
          <w:rFonts w:ascii="Times New Roman" w:hAnsi="Times New Roman" w:cs="Times New Roman"/>
        </w:rPr>
        <w:t xml:space="preserve"> de </w:t>
      </w:r>
      <w:proofErr w:type="spellStart"/>
      <w:r w:rsidRPr="003440E6">
        <w:rPr>
          <w:rFonts w:ascii="Times New Roman" w:hAnsi="Times New Roman" w:cs="Times New Roman"/>
        </w:rPr>
        <w:t>atuação</w:t>
      </w:r>
      <w:proofErr w:type="spellEnd"/>
      <w:r w:rsidRPr="003440E6">
        <w:rPr>
          <w:rFonts w:ascii="Times New Roman" w:hAnsi="Times New Roman" w:cs="Times New Roman"/>
        </w:rPr>
        <w:t>:</w:t>
      </w:r>
    </w:p>
    <w:p w14:paraId="05A13A84" w14:textId="77777777" w:rsidR="00627ABE" w:rsidRPr="003440E6" w:rsidRDefault="00000000" w:rsidP="00DC22ED">
      <w:pPr>
        <w:pStyle w:val="Commarcadores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440E6">
        <w:rPr>
          <w:rFonts w:ascii="Times New Roman" w:hAnsi="Times New Roman" w:cs="Times New Roman"/>
        </w:rPr>
        <w:t xml:space="preserve">I – </w:t>
      </w:r>
      <w:proofErr w:type="spellStart"/>
      <w:r w:rsidRPr="003440E6">
        <w:rPr>
          <w:rFonts w:ascii="Times New Roman" w:hAnsi="Times New Roman" w:cs="Times New Roman"/>
        </w:rPr>
        <w:t>Primeira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ocorrência</w:t>
      </w:r>
      <w:proofErr w:type="spellEnd"/>
      <w:r w:rsidRPr="003440E6">
        <w:rPr>
          <w:rFonts w:ascii="Times New Roman" w:hAnsi="Times New Roman" w:cs="Times New Roman"/>
        </w:rPr>
        <w:t xml:space="preserve">: </w:t>
      </w:r>
      <w:proofErr w:type="spellStart"/>
      <w:r w:rsidRPr="003440E6">
        <w:rPr>
          <w:rFonts w:ascii="Times New Roman" w:hAnsi="Times New Roman" w:cs="Times New Roman"/>
        </w:rPr>
        <w:t>contato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imediato</w:t>
      </w:r>
      <w:proofErr w:type="spellEnd"/>
      <w:r w:rsidRPr="003440E6">
        <w:rPr>
          <w:rFonts w:ascii="Times New Roman" w:hAnsi="Times New Roman" w:cs="Times New Roman"/>
        </w:rPr>
        <w:t xml:space="preserve"> da </w:t>
      </w:r>
      <w:proofErr w:type="spellStart"/>
      <w:r w:rsidRPr="003440E6">
        <w:rPr>
          <w:rFonts w:ascii="Times New Roman" w:hAnsi="Times New Roman" w:cs="Times New Roman"/>
        </w:rPr>
        <w:t>escola</w:t>
      </w:r>
      <w:proofErr w:type="spellEnd"/>
      <w:r w:rsidRPr="003440E6">
        <w:rPr>
          <w:rFonts w:ascii="Times New Roman" w:hAnsi="Times New Roman" w:cs="Times New Roman"/>
        </w:rPr>
        <w:t xml:space="preserve"> com a </w:t>
      </w:r>
      <w:proofErr w:type="spellStart"/>
      <w:r w:rsidRPr="003440E6">
        <w:rPr>
          <w:rFonts w:ascii="Times New Roman" w:hAnsi="Times New Roman" w:cs="Times New Roman"/>
        </w:rPr>
        <w:t>família</w:t>
      </w:r>
      <w:proofErr w:type="spellEnd"/>
      <w:r w:rsidRPr="003440E6">
        <w:rPr>
          <w:rFonts w:ascii="Times New Roman" w:hAnsi="Times New Roman" w:cs="Times New Roman"/>
        </w:rPr>
        <w:t xml:space="preserve">, </w:t>
      </w:r>
      <w:proofErr w:type="spellStart"/>
      <w:r w:rsidRPr="003440E6">
        <w:rPr>
          <w:rFonts w:ascii="Times New Roman" w:hAnsi="Times New Roman" w:cs="Times New Roman"/>
        </w:rPr>
        <w:t>buscando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identificar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causas</w:t>
      </w:r>
      <w:proofErr w:type="spellEnd"/>
      <w:r w:rsidRPr="003440E6">
        <w:rPr>
          <w:rFonts w:ascii="Times New Roman" w:hAnsi="Times New Roman" w:cs="Times New Roman"/>
        </w:rPr>
        <w:t xml:space="preserve"> e </w:t>
      </w:r>
      <w:proofErr w:type="spellStart"/>
      <w:r w:rsidRPr="003440E6">
        <w:rPr>
          <w:rFonts w:ascii="Times New Roman" w:hAnsi="Times New Roman" w:cs="Times New Roman"/>
        </w:rPr>
        <w:t>promover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orientações</w:t>
      </w:r>
      <w:proofErr w:type="spellEnd"/>
      <w:r w:rsidRPr="003440E6">
        <w:rPr>
          <w:rFonts w:ascii="Times New Roman" w:hAnsi="Times New Roman" w:cs="Times New Roman"/>
        </w:rPr>
        <w:t>;</w:t>
      </w:r>
    </w:p>
    <w:p w14:paraId="154E985F" w14:textId="77777777" w:rsidR="00627ABE" w:rsidRPr="003440E6" w:rsidRDefault="00000000" w:rsidP="00DC22ED">
      <w:pPr>
        <w:pStyle w:val="Commarcadores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440E6">
        <w:rPr>
          <w:rFonts w:ascii="Times New Roman" w:hAnsi="Times New Roman" w:cs="Times New Roman"/>
        </w:rPr>
        <w:t xml:space="preserve">II – </w:t>
      </w:r>
      <w:proofErr w:type="spellStart"/>
      <w:r w:rsidRPr="003440E6">
        <w:rPr>
          <w:rFonts w:ascii="Times New Roman" w:hAnsi="Times New Roman" w:cs="Times New Roman"/>
        </w:rPr>
        <w:t>Persistindo</w:t>
      </w:r>
      <w:proofErr w:type="spellEnd"/>
      <w:r w:rsidRPr="003440E6">
        <w:rPr>
          <w:rFonts w:ascii="Times New Roman" w:hAnsi="Times New Roman" w:cs="Times New Roman"/>
        </w:rPr>
        <w:t xml:space="preserve"> a </w:t>
      </w:r>
      <w:proofErr w:type="spellStart"/>
      <w:r w:rsidRPr="003440E6">
        <w:rPr>
          <w:rFonts w:ascii="Times New Roman" w:hAnsi="Times New Roman" w:cs="Times New Roman"/>
        </w:rPr>
        <w:t>ausência</w:t>
      </w:r>
      <w:proofErr w:type="spellEnd"/>
      <w:r w:rsidRPr="003440E6">
        <w:rPr>
          <w:rFonts w:ascii="Times New Roman" w:hAnsi="Times New Roman" w:cs="Times New Roman"/>
        </w:rPr>
        <w:t xml:space="preserve">: </w:t>
      </w:r>
      <w:proofErr w:type="spellStart"/>
      <w:r w:rsidRPr="003440E6">
        <w:rPr>
          <w:rFonts w:ascii="Times New Roman" w:hAnsi="Times New Roman" w:cs="Times New Roman"/>
        </w:rPr>
        <w:t>encaminhamento</w:t>
      </w:r>
      <w:proofErr w:type="spellEnd"/>
      <w:r w:rsidRPr="003440E6">
        <w:rPr>
          <w:rFonts w:ascii="Times New Roman" w:hAnsi="Times New Roman" w:cs="Times New Roman"/>
        </w:rPr>
        <w:t xml:space="preserve"> do </w:t>
      </w:r>
      <w:proofErr w:type="spellStart"/>
      <w:r w:rsidRPr="003440E6">
        <w:rPr>
          <w:rFonts w:ascii="Times New Roman" w:hAnsi="Times New Roman" w:cs="Times New Roman"/>
        </w:rPr>
        <w:t>caso</w:t>
      </w:r>
      <w:proofErr w:type="spellEnd"/>
      <w:r w:rsidRPr="003440E6">
        <w:rPr>
          <w:rFonts w:ascii="Times New Roman" w:hAnsi="Times New Roman" w:cs="Times New Roman"/>
        </w:rPr>
        <w:t xml:space="preserve"> à </w:t>
      </w:r>
      <w:proofErr w:type="spellStart"/>
      <w:r w:rsidRPr="003440E6">
        <w:rPr>
          <w:rFonts w:ascii="Times New Roman" w:hAnsi="Times New Roman" w:cs="Times New Roman"/>
        </w:rPr>
        <w:t>Secretaria</w:t>
      </w:r>
      <w:proofErr w:type="spellEnd"/>
      <w:r w:rsidRPr="003440E6">
        <w:rPr>
          <w:rFonts w:ascii="Times New Roman" w:hAnsi="Times New Roman" w:cs="Times New Roman"/>
        </w:rPr>
        <w:t xml:space="preserve"> Municipal de </w:t>
      </w:r>
      <w:proofErr w:type="spellStart"/>
      <w:r w:rsidRPr="003440E6">
        <w:rPr>
          <w:rFonts w:ascii="Times New Roman" w:hAnsi="Times New Roman" w:cs="Times New Roman"/>
        </w:rPr>
        <w:t>Educação</w:t>
      </w:r>
      <w:proofErr w:type="spellEnd"/>
      <w:r w:rsidRPr="003440E6">
        <w:rPr>
          <w:rFonts w:ascii="Times New Roman" w:hAnsi="Times New Roman" w:cs="Times New Roman"/>
        </w:rPr>
        <w:t xml:space="preserve">, para </w:t>
      </w:r>
      <w:proofErr w:type="spellStart"/>
      <w:r w:rsidRPr="003440E6">
        <w:rPr>
          <w:rFonts w:ascii="Times New Roman" w:hAnsi="Times New Roman" w:cs="Times New Roman"/>
        </w:rPr>
        <w:t>mediação</w:t>
      </w:r>
      <w:proofErr w:type="spellEnd"/>
      <w:r w:rsidRPr="003440E6">
        <w:rPr>
          <w:rFonts w:ascii="Times New Roman" w:hAnsi="Times New Roman" w:cs="Times New Roman"/>
        </w:rPr>
        <w:t xml:space="preserve"> com a </w:t>
      </w:r>
      <w:proofErr w:type="spellStart"/>
      <w:r w:rsidRPr="003440E6">
        <w:rPr>
          <w:rFonts w:ascii="Times New Roman" w:hAnsi="Times New Roman" w:cs="Times New Roman"/>
        </w:rPr>
        <w:t>família</w:t>
      </w:r>
      <w:proofErr w:type="spellEnd"/>
      <w:r w:rsidRPr="003440E6">
        <w:rPr>
          <w:rFonts w:ascii="Times New Roman" w:hAnsi="Times New Roman" w:cs="Times New Roman"/>
        </w:rPr>
        <w:t>;</w:t>
      </w:r>
    </w:p>
    <w:p w14:paraId="033833C1" w14:textId="77777777" w:rsidR="00627ABE" w:rsidRPr="003440E6" w:rsidRDefault="00000000" w:rsidP="003440E6">
      <w:pPr>
        <w:pStyle w:val="Commarcadores"/>
        <w:numPr>
          <w:ilvl w:val="0"/>
          <w:numId w:val="0"/>
        </w:numPr>
        <w:spacing w:after="0" w:line="240" w:lineRule="auto"/>
        <w:ind w:left="360" w:hanging="360"/>
        <w:jc w:val="both"/>
        <w:rPr>
          <w:rFonts w:ascii="Times New Roman" w:hAnsi="Times New Roman" w:cs="Times New Roman"/>
        </w:rPr>
      </w:pPr>
      <w:r w:rsidRPr="003440E6">
        <w:rPr>
          <w:rFonts w:ascii="Times New Roman" w:hAnsi="Times New Roman" w:cs="Times New Roman"/>
        </w:rPr>
        <w:t xml:space="preserve">III – Em </w:t>
      </w:r>
      <w:proofErr w:type="spellStart"/>
      <w:r w:rsidRPr="003440E6">
        <w:rPr>
          <w:rFonts w:ascii="Times New Roman" w:hAnsi="Times New Roman" w:cs="Times New Roman"/>
        </w:rPr>
        <w:t>caso</w:t>
      </w:r>
      <w:proofErr w:type="spellEnd"/>
      <w:r w:rsidRPr="003440E6">
        <w:rPr>
          <w:rFonts w:ascii="Times New Roman" w:hAnsi="Times New Roman" w:cs="Times New Roman"/>
        </w:rPr>
        <w:t xml:space="preserve"> de </w:t>
      </w:r>
      <w:proofErr w:type="spellStart"/>
      <w:r w:rsidRPr="003440E6">
        <w:rPr>
          <w:rFonts w:ascii="Times New Roman" w:hAnsi="Times New Roman" w:cs="Times New Roman"/>
        </w:rPr>
        <w:t>não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retorno</w:t>
      </w:r>
      <w:proofErr w:type="spellEnd"/>
      <w:r w:rsidRPr="003440E6">
        <w:rPr>
          <w:rFonts w:ascii="Times New Roman" w:hAnsi="Times New Roman" w:cs="Times New Roman"/>
        </w:rPr>
        <w:t xml:space="preserve"> do </w:t>
      </w:r>
      <w:proofErr w:type="spellStart"/>
      <w:r w:rsidRPr="003440E6">
        <w:rPr>
          <w:rFonts w:ascii="Times New Roman" w:hAnsi="Times New Roman" w:cs="Times New Roman"/>
        </w:rPr>
        <w:t>estudante</w:t>
      </w:r>
      <w:proofErr w:type="spellEnd"/>
      <w:r w:rsidRPr="003440E6">
        <w:rPr>
          <w:rFonts w:ascii="Times New Roman" w:hAnsi="Times New Roman" w:cs="Times New Roman"/>
        </w:rPr>
        <w:t xml:space="preserve">: </w:t>
      </w:r>
      <w:proofErr w:type="spellStart"/>
      <w:r w:rsidRPr="003440E6">
        <w:rPr>
          <w:rFonts w:ascii="Times New Roman" w:hAnsi="Times New Roman" w:cs="Times New Roman"/>
        </w:rPr>
        <w:t>comunicação</w:t>
      </w:r>
      <w:proofErr w:type="spellEnd"/>
      <w:r w:rsidRPr="003440E6">
        <w:rPr>
          <w:rFonts w:ascii="Times New Roman" w:hAnsi="Times New Roman" w:cs="Times New Roman"/>
        </w:rPr>
        <w:t xml:space="preserve"> formal </w:t>
      </w:r>
      <w:proofErr w:type="spellStart"/>
      <w:r w:rsidRPr="003440E6">
        <w:rPr>
          <w:rFonts w:ascii="Times New Roman" w:hAnsi="Times New Roman" w:cs="Times New Roman"/>
        </w:rPr>
        <w:t>ao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Conselho</w:t>
      </w:r>
      <w:proofErr w:type="spellEnd"/>
      <w:r w:rsidRPr="003440E6">
        <w:rPr>
          <w:rFonts w:ascii="Times New Roman" w:hAnsi="Times New Roman" w:cs="Times New Roman"/>
        </w:rPr>
        <w:t xml:space="preserve"> Tutelar para as </w:t>
      </w:r>
      <w:proofErr w:type="spellStart"/>
      <w:r w:rsidRPr="003440E6">
        <w:rPr>
          <w:rFonts w:ascii="Times New Roman" w:hAnsi="Times New Roman" w:cs="Times New Roman"/>
        </w:rPr>
        <w:t>providências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cabíveis</w:t>
      </w:r>
      <w:proofErr w:type="spellEnd"/>
      <w:r w:rsidRPr="003440E6">
        <w:rPr>
          <w:rFonts w:ascii="Times New Roman" w:hAnsi="Times New Roman" w:cs="Times New Roman"/>
        </w:rPr>
        <w:t>;</w:t>
      </w:r>
    </w:p>
    <w:p w14:paraId="1E263248" w14:textId="77777777" w:rsidR="00627ABE" w:rsidRPr="003440E6" w:rsidRDefault="00000000" w:rsidP="003440E6">
      <w:pPr>
        <w:pStyle w:val="Commarcadores"/>
        <w:numPr>
          <w:ilvl w:val="0"/>
          <w:numId w:val="0"/>
        </w:numPr>
        <w:spacing w:after="0" w:line="240" w:lineRule="auto"/>
        <w:ind w:left="360" w:hanging="360"/>
        <w:jc w:val="both"/>
        <w:rPr>
          <w:rFonts w:ascii="Times New Roman" w:hAnsi="Times New Roman" w:cs="Times New Roman"/>
        </w:rPr>
      </w:pPr>
      <w:r w:rsidRPr="003440E6">
        <w:rPr>
          <w:rFonts w:ascii="Times New Roman" w:hAnsi="Times New Roman" w:cs="Times New Roman"/>
        </w:rPr>
        <w:t xml:space="preserve">IV – </w:t>
      </w:r>
      <w:proofErr w:type="spellStart"/>
      <w:r w:rsidRPr="003440E6">
        <w:rPr>
          <w:rFonts w:ascii="Times New Roman" w:hAnsi="Times New Roman" w:cs="Times New Roman"/>
        </w:rPr>
        <w:t>Registro</w:t>
      </w:r>
      <w:proofErr w:type="spellEnd"/>
      <w:r w:rsidRPr="003440E6">
        <w:rPr>
          <w:rFonts w:ascii="Times New Roman" w:hAnsi="Times New Roman" w:cs="Times New Roman"/>
        </w:rPr>
        <w:t xml:space="preserve"> de </w:t>
      </w:r>
      <w:proofErr w:type="spellStart"/>
      <w:r w:rsidRPr="003440E6">
        <w:rPr>
          <w:rFonts w:ascii="Times New Roman" w:hAnsi="Times New Roman" w:cs="Times New Roman"/>
        </w:rPr>
        <w:t>todas</w:t>
      </w:r>
      <w:proofErr w:type="spellEnd"/>
      <w:r w:rsidRPr="003440E6">
        <w:rPr>
          <w:rFonts w:ascii="Times New Roman" w:hAnsi="Times New Roman" w:cs="Times New Roman"/>
        </w:rPr>
        <w:t xml:space="preserve"> as </w:t>
      </w:r>
      <w:proofErr w:type="spellStart"/>
      <w:r w:rsidRPr="003440E6">
        <w:rPr>
          <w:rFonts w:ascii="Times New Roman" w:hAnsi="Times New Roman" w:cs="Times New Roman"/>
        </w:rPr>
        <w:t>ações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em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relatório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específico</w:t>
      </w:r>
      <w:proofErr w:type="spellEnd"/>
      <w:r w:rsidRPr="003440E6">
        <w:rPr>
          <w:rFonts w:ascii="Times New Roman" w:hAnsi="Times New Roman" w:cs="Times New Roman"/>
        </w:rPr>
        <w:t xml:space="preserve">, </w:t>
      </w:r>
      <w:proofErr w:type="spellStart"/>
      <w:r w:rsidRPr="003440E6">
        <w:rPr>
          <w:rFonts w:ascii="Times New Roman" w:hAnsi="Times New Roman" w:cs="Times New Roman"/>
        </w:rPr>
        <w:t>arquivado</w:t>
      </w:r>
      <w:proofErr w:type="spellEnd"/>
      <w:r w:rsidRPr="003440E6">
        <w:rPr>
          <w:rFonts w:ascii="Times New Roman" w:hAnsi="Times New Roman" w:cs="Times New Roman"/>
        </w:rPr>
        <w:t xml:space="preserve"> pela </w:t>
      </w:r>
      <w:proofErr w:type="spellStart"/>
      <w:r w:rsidRPr="003440E6">
        <w:rPr>
          <w:rFonts w:ascii="Times New Roman" w:hAnsi="Times New Roman" w:cs="Times New Roman"/>
        </w:rPr>
        <w:t>escola</w:t>
      </w:r>
      <w:proofErr w:type="spellEnd"/>
      <w:r w:rsidRPr="003440E6">
        <w:rPr>
          <w:rFonts w:ascii="Times New Roman" w:hAnsi="Times New Roman" w:cs="Times New Roman"/>
        </w:rPr>
        <w:t xml:space="preserve"> e pela </w:t>
      </w:r>
      <w:proofErr w:type="spellStart"/>
      <w:r w:rsidRPr="003440E6">
        <w:rPr>
          <w:rFonts w:ascii="Times New Roman" w:hAnsi="Times New Roman" w:cs="Times New Roman"/>
        </w:rPr>
        <w:t>Secretaria</w:t>
      </w:r>
      <w:proofErr w:type="spellEnd"/>
      <w:r w:rsidRPr="003440E6">
        <w:rPr>
          <w:rFonts w:ascii="Times New Roman" w:hAnsi="Times New Roman" w:cs="Times New Roman"/>
        </w:rPr>
        <w:t>.</w:t>
      </w:r>
    </w:p>
    <w:p w14:paraId="1F1E430E" w14:textId="737A5A5C" w:rsidR="003440E6" w:rsidRDefault="00000000" w:rsidP="003440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40E6">
        <w:rPr>
          <w:rFonts w:ascii="Times New Roman" w:hAnsi="Times New Roman" w:cs="Times New Roman"/>
        </w:rPr>
        <w:br/>
      </w:r>
      <w:r w:rsidRPr="003440E6">
        <w:rPr>
          <w:rFonts w:ascii="Times New Roman" w:hAnsi="Times New Roman" w:cs="Times New Roman"/>
          <w:b/>
          <w:bCs/>
        </w:rPr>
        <w:t>Art. 5º</w:t>
      </w:r>
      <w:r w:rsidR="003440E6" w:rsidRPr="003440E6">
        <w:rPr>
          <w:rFonts w:ascii="Times New Roman" w:hAnsi="Times New Roman" w:cs="Times New Roman"/>
          <w:b/>
          <w:bCs/>
        </w:rPr>
        <w:t>.</w:t>
      </w:r>
      <w:r w:rsidRPr="003440E6">
        <w:rPr>
          <w:rFonts w:ascii="Times New Roman" w:hAnsi="Times New Roman" w:cs="Times New Roman"/>
          <w:b/>
          <w:bCs/>
        </w:rPr>
        <w:t xml:space="preserve"> </w:t>
      </w:r>
      <w:r w:rsidRPr="003440E6">
        <w:rPr>
          <w:rFonts w:ascii="Times New Roman" w:hAnsi="Times New Roman" w:cs="Times New Roman"/>
        </w:rPr>
        <w:t xml:space="preserve">A Equipe de </w:t>
      </w:r>
      <w:proofErr w:type="spellStart"/>
      <w:r w:rsidRPr="003440E6">
        <w:rPr>
          <w:rFonts w:ascii="Times New Roman" w:hAnsi="Times New Roman" w:cs="Times New Roman"/>
        </w:rPr>
        <w:t>Assessoramento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Pedagógico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apresentará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relatórios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semestrais</w:t>
      </w:r>
      <w:proofErr w:type="spellEnd"/>
      <w:r w:rsidRPr="003440E6">
        <w:rPr>
          <w:rFonts w:ascii="Times New Roman" w:hAnsi="Times New Roman" w:cs="Times New Roman"/>
        </w:rPr>
        <w:t xml:space="preserve"> à </w:t>
      </w:r>
      <w:proofErr w:type="spellStart"/>
      <w:r w:rsidRPr="003440E6">
        <w:rPr>
          <w:rFonts w:ascii="Times New Roman" w:hAnsi="Times New Roman" w:cs="Times New Roman"/>
        </w:rPr>
        <w:t>Secretaria</w:t>
      </w:r>
      <w:proofErr w:type="spellEnd"/>
      <w:r w:rsidRPr="003440E6">
        <w:rPr>
          <w:rFonts w:ascii="Times New Roman" w:hAnsi="Times New Roman" w:cs="Times New Roman"/>
        </w:rPr>
        <w:t xml:space="preserve"> Municipal de </w:t>
      </w:r>
      <w:proofErr w:type="spellStart"/>
      <w:r w:rsidRPr="003440E6">
        <w:rPr>
          <w:rFonts w:ascii="Times New Roman" w:hAnsi="Times New Roman" w:cs="Times New Roman"/>
        </w:rPr>
        <w:t>Educação</w:t>
      </w:r>
      <w:proofErr w:type="spellEnd"/>
      <w:r w:rsidR="00B31162" w:rsidRPr="003440E6">
        <w:rPr>
          <w:rFonts w:ascii="Times New Roman" w:hAnsi="Times New Roman" w:cs="Times New Roman"/>
        </w:rPr>
        <w:t>,</w:t>
      </w:r>
      <w:r w:rsidRPr="003440E6">
        <w:rPr>
          <w:rFonts w:ascii="Times New Roman" w:hAnsi="Times New Roman" w:cs="Times New Roman"/>
        </w:rPr>
        <w:t xml:space="preserve"> Cultura</w:t>
      </w:r>
      <w:r w:rsidR="00B31162" w:rsidRPr="003440E6">
        <w:rPr>
          <w:rFonts w:ascii="Times New Roman" w:hAnsi="Times New Roman" w:cs="Times New Roman"/>
        </w:rPr>
        <w:t xml:space="preserve"> e </w:t>
      </w:r>
      <w:proofErr w:type="spellStart"/>
      <w:r w:rsidR="00B31162" w:rsidRPr="003440E6">
        <w:rPr>
          <w:rFonts w:ascii="Times New Roman" w:hAnsi="Times New Roman" w:cs="Times New Roman"/>
        </w:rPr>
        <w:t>Esporte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sobre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os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índices</w:t>
      </w:r>
      <w:proofErr w:type="spellEnd"/>
      <w:r w:rsidRPr="003440E6">
        <w:rPr>
          <w:rFonts w:ascii="Times New Roman" w:hAnsi="Times New Roman" w:cs="Times New Roman"/>
        </w:rPr>
        <w:t xml:space="preserve"> de </w:t>
      </w:r>
      <w:proofErr w:type="spellStart"/>
      <w:r w:rsidRPr="003440E6">
        <w:rPr>
          <w:rFonts w:ascii="Times New Roman" w:hAnsi="Times New Roman" w:cs="Times New Roman"/>
        </w:rPr>
        <w:t>frequência</w:t>
      </w:r>
      <w:proofErr w:type="spellEnd"/>
      <w:r w:rsidRPr="003440E6">
        <w:rPr>
          <w:rFonts w:ascii="Times New Roman" w:hAnsi="Times New Roman" w:cs="Times New Roman"/>
        </w:rPr>
        <w:t xml:space="preserve"> e </w:t>
      </w:r>
      <w:proofErr w:type="spellStart"/>
      <w:r w:rsidRPr="003440E6">
        <w:rPr>
          <w:rFonts w:ascii="Times New Roman" w:hAnsi="Times New Roman" w:cs="Times New Roman"/>
        </w:rPr>
        <w:t>os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encaminhamentos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realizados</w:t>
      </w:r>
      <w:proofErr w:type="spellEnd"/>
      <w:r w:rsidRPr="003440E6">
        <w:rPr>
          <w:rFonts w:ascii="Times New Roman" w:hAnsi="Times New Roman" w:cs="Times New Roman"/>
        </w:rPr>
        <w:t>.</w:t>
      </w:r>
    </w:p>
    <w:p w14:paraId="664EAE1C" w14:textId="77777777" w:rsidR="003440E6" w:rsidRDefault="003440E6" w:rsidP="003440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D7F262" w14:textId="357B12A6" w:rsidR="00627ABE" w:rsidRDefault="00000000" w:rsidP="003440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40E6">
        <w:rPr>
          <w:rFonts w:ascii="Times New Roman" w:hAnsi="Times New Roman" w:cs="Times New Roman"/>
          <w:b/>
          <w:bCs/>
        </w:rPr>
        <w:t>Art. 6º</w:t>
      </w:r>
      <w:r w:rsidR="003440E6">
        <w:rPr>
          <w:rFonts w:ascii="Times New Roman" w:hAnsi="Times New Roman" w:cs="Times New Roman"/>
          <w:b/>
          <w:bCs/>
        </w:rPr>
        <w:t>.</w:t>
      </w:r>
      <w:r w:rsidRPr="003440E6">
        <w:rPr>
          <w:rFonts w:ascii="Times New Roman" w:hAnsi="Times New Roman" w:cs="Times New Roman"/>
        </w:rPr>
        <w:t xml:space="preserve"> </w:t>
      </w:r>
      <w:r w:rsidR="00215DC4">
        <w:rPr>
          <w:rFonts w:ascii="Times New Roman" w:hAnsi="Times New Roman" w:cs="Times New Roman"/>
        </w:rPr>
        <w:t xml:space="preserve">Esta </w:t>
      </w:r>
      <w:proofErr w:type="spellStart"/>
      <w:r w:rsidR="00215DC4">
        <w:rPr>
          <w:rFonts w:ascii="Times New Roman" w:hAnsi="Times New Roman" w:cs="Times New Roman"/>
        </w:rPr>
        <w:t>Instrução</w:t>
      </w:r>
      <w:proofErr w:type="spellEnd"/>
      <w:r w:rsidR="00215DC4">
        <w:rPr>
          <w:rFonts w:ascii="Times New Roman" w:hAnsi="Times New Roman" w:cs="Times New Roman"/>
        </w:rPr>
        <w:t xml:space="preserve"> </w:t>
      </w:r>
      <w:proofErr w:type="spellStart"/>
      <w:r w:rsidR="00215DC4">
        <w:rPr>
          <w:rFonts w:ascii="Times New Roman" w:hAnsi="Times New Roman" w:cs="Times New Roman"/>
        </w:rPr>
        <w:t>Normativa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entra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em</w:t>
      </w:r>
      <w:proofErr w:type="spellEnd"/>
      <w:r w:rsidRPr="003440E6">
        <w:rPr>
          <w:rFonts w:ascii="Times New Roman" w:hAnsi="Times New Roman" w:cs="Times New Roman"/>
        </w:rPr>
        <w:t xml:space="preserve"> vigor </w:t>
      </w:r>
      <w:proofErr w:type="spellStart"/>
      <w:r w:rsidRPr="003440E6">
        <w:rPr>
          <w:rFonts w:ascii="Times New Roman" w:hAnsi="Times New Roman" w:cs="Times New Roman"/>
        </w:rPr>
        <w:t>na</w:t>
      </w:r>
      <w:proofErr w:type="spellEnd"/>
      <w:r w:rsidRPr="003440E6">
        <w:rPr>
          <w:rFonts w:ascii="Times New Roman" w:hAnsi="Times New Roman" w:cs="Times New Roman"/>
        </w:rPr>
        <w:t xml:space="preserve"> data de </w:t>
      </w:r>
      <w:proofErr w:type="spellStart"/>
      <w:r w:rsidRPr="003440E6">
        <w:rPr>
          <w:rFonts w:ascii="Times New Roman" w:hAnsi="Times New Roman" w:cs="Times New Roman"/>
        </w:rPr>
        <w:t>sua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publicação</w:t>
      </w:r>
      <w:proofErr w:type="spellEnd"/>
      <w:r w:rsidRPr="003440E6">
        <w:rPr>
          <w:rFonts w:ascii="Times New Roman" w:hAnsi="Times New Roman" w:cs="Times New Roman"/>
        </w:rPr>
        <w:t xml:space="preserve">, </w:t>
      </w:r>
      <w:proofErr w:type="spellStart"/>
      <w:r w:rsidRPr="003440E6">
        <w:rPr>
          <w:rFonts w:ascii="Times New Roman" w:hAnsi="Times New Roman" w:cs="Times New Roman"/>
        </w:rPr>
        <w:t>revogadas</w:t>
      </w:r>
      <w:proofErr w:type="spellEnd"/>
      <w:r w:rsidRPr="003440E6">
        <w:rPr>
          <w:rFonts w:ascii="Times New Roman" w:hAnsi="Times New Roman" w:cs="Times New Roman"/>
        </w:rPr>
        <w:t xml:space="preserve"> as </w:t>
      </w:r>
      <w:proofErr w:type="spellStart"/>
      <w:r w:rsidRPr="003440E6">
        <w:rPr>
          <w:rFonts w:ascii="Times New Roman" w:hAnsi="Times New Roman" w:cs="Times New Roman"/>
        </w:rPr>
        <w:t>disposições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em</w:t>
      </w:r>
      <w:proofErr w:type="spellEnd"/>
      <w:r w:rsidRPr="003440E6">
        <w:rPr>
          <w:rFonts w:ascii="Times New Roman" w:hAnsi="Times New Roman" w:cs="Times New Roman"/>
        </w:rPr>
        <w:t xml:space="preserve"> </w:t>
      </w:r>
      <w:proofErr w:type="spellStart"/>
      <w:r w:rsidRPr="003440E6">
        <w:rPr>
          <w:rFonts w:ascii="Times New Roman" w:hAnsi="Times New Roman" w:cs="Times New Roman"/>
        </w:rPr>
        <w:t>contrário</w:t>
      </w:r>
      <w:proofErr w:type="spellEnd"/>
      <w:r w:rsidRPr="003440E6">
        <w:rPr>
          <w:rFonts w:ascii="Times New Roman" w:hAnsi="Times New Roman" w:cs="Times New Roman"/>
        </w:rPr>
        <w:t>.</w:t>
      </w:r>
    </w:p>
    <w:p w14:paraId="6EB04CC2" w14:textId="77777777" w:rsidR="003440E6" w:rsidRDefault="003440E6" w:rsidP="003440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C61BDC" w14:textId="77777777" w:rsidR="003440E6" w:rsidRDefault="003440E6" w:rsidP="003440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A63CA6" w14:textId="4BD463B3" w:rsidR="003440E6" w:rsidRDefault="008F5299" w:rsidP="003440E6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Pranchita</w:t>
      </w:r>
      <w:proofErr w:type="spellEnd"/>
      <w:r w:rsidR="003440E6">
        <w:rPr>
          <w:rFonts w:ascii="Times New Roman" w:hAnsi="Times New Roman" w:cs="Times New Roman"/>
        </w:rPr>
        <w:t xml:space="preserve">-PR, 16 </w:t>
      </w:r>
      <w:r>
        <w:rPr>
          <w:rFonts w:ascii="Times New Roman" w:hAnsi="Times New Roman" w:cs="Times New Roman"/>
        </w:rPr>
        <w:t>de</w:t>
      </w:r>
      <w:r w:rsidR="003440E6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setembro</w:t>
      </w:r>
      <w:proofErr w:type="spellEnd"/>
      <w:r w:rsidR="003440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</w:t>
      </w:r>
      <w:r w:rsidR="003440E6">
        <w:rPr>
          <w:rFonts w:ascii="Times New Roman" w:hAnsi="Times New Roman" w:cs="Times New Roman"/>
        </w:rPr>
        <w:t xml:space="preserve"> 2025</w:t>
      </w:r>
      <w:r w:rsidR="00C70F54">
        <w:rPr>
          <w:rFonts w:ascii="Times New Roman" w:hAnsi="Times New Roman" w:cs="Times New Roman"/>
        </w:rPr>
        <w:t>.</w:t>
      </w:r>
    </w:p>
    <w:p w14:paraId="08017DD6" w14:textId="77777777" w:rsidR="003440E6" w:rsidRDefault="003440E6" w:rsidP="003440E6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97BD8F6" w14:textId="77777777" w:rsidR="003440E6" w:rsidRDefault="003440E6" w:rsidP="003440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D4CAF9" w14:textId="21D95418" w:rsidR="00627ABE" w:rsidRDefault="00000000" w:rsidP="003440E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440E6">
        <w:rPr>
          <w:rFonts w:ascii="Times New Roman" w:hAnsi="Times New Roman" w:cs="Times New Roman"/>
        </w:rPr>
        <w:t>__________________________________</w:t>
      </w:r>
    </w:p>
    <w:p w14:paraId="38B21D14" w14:textId="77777777" w:rsidR="003440E6" w:rsidRDefault="00000000" w:rsidP="003440E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440E6">
        <w:rPr>
          <w:rFonts w:ascii="Times New Roman" w:hAnsi="Times New Roman" w:cs="Times New Roman"/>
        </w:rPr>
        <w:t>Ana Claudia Canzi Duran</w:t>
      </w:r>
    </w:p>
    <w:p w14:paraId="6F7B8673" w14:textId="35FC372A" w:rsidR="00627ABE" w:rsidRPr="003440E6" w:rsidRDefault="00000000" w:rsidP="003440E6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3440E6">
        <w:rPr>
          <w:rFonts w:ascii="Times New Roman" w:hAnsi="Times New Roman" w:cs="Times New Roman"/>
        </w:rPr>
        <w:t>Secretária</w:t>
      </w:r>
      <w:proofErr w:type="spellEnd"/>
      <w:r w:rsidRPr="003440E6">
        <w:rPr>
          <w:rFonts w:ascii="Times New Roman" w:hAnsi="Times New Roman" w:cs="Times New Roman"/>
        </w:rPr>
        <w:t xml:space="preserve"> Municipal de </w:t>
      </w:r>
      <w:proofErr w:type="spellStart"/>
      <w:r w:rsidRPr="003440E6">
        <w:rPr>
          <w:rFonts w:ascii="Times New Roman" w:hAnsi="Times New Roman" w:cs="Times New Roman"/>
        </w:rPr>
        <w:t>Educação</w:t>
      </w:r>
      <w:proofErr w:type="spellEnd"/>
      <w:r w:rsidR="00B01D1C">
        <w:rPr>
          <w:rFonts w:ascii="Times New Roman" w:hAnsi="Times New Roman" w:cs="Times New Roman"/>
        </w:rPr>
        <w:t>,</w:t>
      </w:r>
      <w:r w:rsidRPr="003440E6">
        <w:rPr>
          <w:rFonts w:ascii="Times New Roman" w:hAnsi="Times New Roman" w:cs="Times New Roman"/>
        </w:rPr>
        <w:t xml:space="preserve"> Cultura</w:t>
      </w:r>
      <w:r w:rsidR="00B01D1C">
        <w:rPr>
          <w:rFonts w:ascii="Times New Roman" w:hAnsi="Times New Roman" w:cs="Times New Roman"/>
        </w:rPr>
        <w:t xml:space="preserve"> e </w:t>
      </w:r>
      <w:proofErr w:type="spellStart"/>
      <w:r w:rsidR="00B01D1C">
        <w:rPr>
          <w:rFonts w:ascii="Times New Roman" w:hAnsi="Times New Roman" w:cs="Times New Roman"/>
        </w:rPr>
        <w:t>Esporte</w:t>
      </w:r>
      <w:proofErr w:type="spellEnd"/>
    </w:p>
    <w:sectPr w:rsidR="00627ABE" w:rsidRPr="003440E6" w:rsidSect="003440E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59083680">
    <w:abstractNumId w:val="8"/>
  </w:num>
  <w:num w:numId="2" w16cid:durableId="1458186527">
    <w:abstractNumId w:val="6"/>
  </w:num>
  <w:num w:numId="3" w16cid:durableId="1188832799">
    <w:abstractNumId w:val="5"/>
  </w:num>
  <w:num w:numId="4" w16cid:durableId="1467158063">
    <w:abstractNumId w:val="4"/>
  </w:num>
  <w:num w:numId="5" w16cid:durableId="2064913429">
    <w:abstractNumId w:val="7"/>
  </w:num>
  <w:num w:numId="6" w16cid:durableId="500433462">
    <w:abstractNumId w:val="3"/>
  </w:num>
  <w:num w:numId="7" w16cid:durableId="1576090511">
    <w:abstractNumId w:val="2"/>
  </w:num>
  <w:num w:numId="8" w16cid:durableId="138348725">
    <w:abstractNumId w:val="1"/>
  </w:num>
  <w:num w:numId="9" w16cid:durableId="1118455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3EB4"/>
    <w:rsid w:val="0006063C"/>
    <w:rsid w:val="000B27AC"/>
    <w:rsid w:val="0015074B"/>
    <w:rsid w:val="001712E1"/>
    <w:rsid w:val="00204113"/>
    <w:rsid w:val="00215DC4"/>
    <w:rsid w:val="00225953"/>
    <w:rsid w:val="0029639D"/>
    <w:rsid w:val="00326F90"/>
    <w:rsid w:val="003440E6"/>
    <w:rsid w:val="003D5296"/>
    <w:rsid w:val="0055298E"/>
    <w:rsid w:val="00627ABE"/>
    <w:rsid w:val="006F295F"/>
    <w:rsid w:val="007657E5"/>
    <w:rsid w:val="00831E03"/>
    <w:rsid w:val="008C1F75"/>
    <w:rsid w:val="008F5299"/>
    <w:rsid w:val="00A35200"/>
    <w:rsid w:val="00AA1D8D"/>
    <w:rsid w:val="00B01D1C"/>
    <w:rsid w:val="00B31162"/>
    <w:rsid w:val="00B47730"/>
    <w:rsid w:val="00B943E9"/>
    <w:rsid w:val="00C70F54"/>
    <w:rsid w:val="00C95D35"/>
    <w:rsid w:val="00CB0664"/>
    <w:rsid w:val="00D43ACE"/>
    <w:rsid w:val="00DC22ED"/>
    <w:rsid w:val="00E749BF"/>
    <w:rsid w:val="00F57959"/>
    <w:rsid w:val="00FC693F"/>
    <w:rsid w:val="00FE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25ADD6"/>
  <w14:defaultImageDpi w14:val="300"/>
  <w15:docId w15:val="{76F1ED80-424C-4465-86D7-9303F8D91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451</Words>
  <Characters>2441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Stephanny Amorim</cp:lastModifiedBy>
  <cp:revision>7</cp:revision>
  <dcterms:created xsi:type="dcterms:W3CDTF">2025-09-16T16:38:00Z</dcterms:created>
  <dcterms:modified xsi:type="dcterms:W3CDTF">2025-09-16T17:13:00Z</dcterms:modified>
  <cp:category/>
</cp:coreProperties>
</file>