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79DBE" w14:textId="215D85C3" w:rsidR="00C81564" w:rsidRDefault="000E019B" w:rsidP="00C65A0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INSTRUÇÃO NORMATIVA</w:t>
      </w:r>
      <w:r w:rsidR="00C65A0F" w:rsidRPr="00C65A0F">
        <w:rPr>
          <w:rFonts w:ascii="Times New Roman" w:hAnsi="Times New Roman" w:cs="Times New Roman"/>
          <w:b/>
          <w:bCs/>
        </w:rPr>
        <w:t xml:space="preserve"> Nº 1</w:t>
      </w:r>
      <w:r w:rsidR="00F149F4">
        <w:rPr>
          <w:rFonts w:ascii="Times New Roman" w:hAnsi="Times New Roman" w:cs="Times New Roman"/>
          <w:b/>
          <w:bCs/>
        </w:rPr>
        <w:t>2</w:t>
      </w:r>
      <w:r w:rsidR="00C65A0F" w:rsidRPr="00C65A0F">
        <w:rPr>
          <w:rFonts w:ascii="Times New Roman" w:hAnsi="Times New Roman" w:cs="Times New Roman"/>
          <w:b/>
          <w:bCs/>
        </w:rPr>
        <w:t>/2025</w:t>
      </w:r>
    </w:p>
    <w:p w14:paraId="3EE523EE" w14:textId="77777777" w:rsidR="00C65A0F" w:rsidRPr="00C65A0F" w:rsidRDefault="00C65A0F" w:rsidP="00C65A0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2852937" w14:textId="093B5C91" w:rsidR="00C65A0F" w:rsidRPr="00C65A0F" w:rsidRDefault="00000000" w:rsidP="00C65A0F">
      <w:pPr>
        <w:spacing w:after="0" w:line="240" w:lineRule="auto"/>
        <w:ind w:left="5103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C65A0F">
        <w:rPr>
          <w:rFonts w:ascii="Times New Roman" w:hAnsi="Times New Roman" w:cs="Times New Roman"/>
          <w:sz w:val="20"/>
          <w:szCs w:val="20"/>
        </w:rPr>
        <w:t>Dispõe</w:t>
      </w:r>
      <w:proofErr w:type="spellEnd"/>
      <w:r w:rsidRPr="00C65A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65A0F">
        <w:rPr>
          <w:rFonts w:ascii="Times New Roman" w:hAnsi="Times New Roman" w:cs="Times New Roman"/>
          <w:sz w:val="20"/>
          <w:szCs w:val="20"/>
        </w:rPr>
        <w:t>sobre</w:t>
      </w:r>
      <w:proofErr w:type="spellEnd"/>
      <w:r w:rsidRPr="00C65A0F">
        <w:rPr>
          <w:rFonts w:ascii="Times New Roman" w:hAnsi="Times New Roman" w:cs="Times New Roman"/>
          <w:sz w:val="20"/>
          <w:szCs w:val="20"/>
        </w:rPr>
        <w:t xml:space="preserve"> as </w:t>
      </w:r>
      <w:proofErr w:type="spellStart"/>
      <w:r w:rsidRPr="00C65A0F">
        <w:rPr>
          <w:rFonts w:ascii="Times New Roman" w:hAnsi="Times New Roman" w:cs="Times New Roman"/>
          <w:sz w:val="20"/>
          <w:szCs w:val="20"/>
        </w:rPr>
        <w:t>ações</w:t>
      </w:r>
      <w:proofErr w:type="spellEnd"/>
      <w:r w:rsidRPr="00C65A0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C65A0F">
        <w:rPr>
          <w:rFonts w:ascii="Times New Roman" w:hAnsi="Times New Roman" w:cs="Times New Roman"/>
          <w:sz w:val="20"/>
          <w:szCs w:val="20"/>
        </w:rPr>
        <w:t>identificação</w:t>
      </w:r>
      <w:proofErr w:type="spellEnd"/>
      <w:r w:rsidRPr="00C65A0F">
        <w:rPr>
          <w:rFonts w:ascii="Times New Roman" w:hAnsi="Times New Roman" w:cs="Times New Roman"/>
          <w:sz w:val="20"/>
          <w:szCs w:val="20"/>
        </w:rPr>
        <w:t xml:space="preserve"> e </w:t>
      </w:r>
      <w:proofErr w:type="spellStart"/>
      <w:r w:rsidRPr="00C65A0F">
        <w:rPr>
          <w:rFonts w:ascii="Times New Roman" w:hAnsi="Times New Roman" w:cs="Times New Roman"/>
          <w:sz w:val="20"/>
          <w:szCs w:val="20"/>
        </w:rPr>
        <w:t>efetivação</w:t>
      </w:r>
      <w:proofErr w:type="spellEnd"/>
      <w:r w:rsidRPr="00C65A0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C65A0F">
        <w:rPr>
          <w:rFonts w:ascii="Times New Roman" w:hAnsi="Times New Roman" w:cs="Times New Roman"/>
          <w:sz w:val="20"/>
          <w:szCs w:val="20"/>
        </w:rPr>
        <w:t>matrícula</w:t>
      </w:r>
      <w:proofErr w:type="spellEnd"/>
      <w:r w:rsidRPr="00C65A0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C65A0F">
        <w:rPr>
          <w:rFonts w:ascii="Times New Roman" w:hAnsi="Times New Roman" w:cs="Times New Roman"/>
          <w:sz w:val="20"/>
          <w:szCs w:val="20"/>
        </w:rPr>
        <w:t>crianças</w:t>
      </w:r>
      <w:proofErr w:type="spellEnd"/>
      <w:r w:rsidRPr="00C65A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65A0F">
        <w:rPr>
          <w:rFonts w:ascii="Times New Roman" w:hAnsi="Times New Roman" w:cs="Times New Roman"/>
          <w:sz w:val="20"/>
          <w:szCs w:val="20"/>
        </w:rPr>
        <w:t>em</w:t>
      </w:r>
      <w:proofErr w:type="spellEnd"/>
      <w:r w:rsidRPr="00C65A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65A0F">
        <w:rPr>
          <w:rFonts w:ascii="Times New Roman" w:hAnsi="Times New Roman" w:cs="Times New Roman"/>
          <w:sz w:val="20"/>
          <w:szCs w:val="20"/>
        </w:rPr>
        <w:t>idade</w:t>
      </w:r>
      <w:proofErr w:type="spellEnd"/>
      <w:r w:rsidRPr="00C65A0F">
        <w:rPr>
          <w:rFonts w:ascii="Times New Roman" w:hAnsi="Times New Roman" w:cs="Times New Roman"/>
          <w:sz w:val="20"/>
          <w:szCs w:val="20"/>
        </w:rPr>
        <w:t xml:space="preserve"> escolar</w:t>
      </w:r>
      <w:r w:rsidR="00C65A0F" w:rsidRPr="00C65A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65A0F">
        <w:rPr>
          <w:rFonts w:ascii="Times New Roman" w:hAnsi="Times New Roman" w:cs="Times New Roman"/>
          <w:sz w:val="20"/>
          <w:szCs w:val="20"/>
        </w:rPr>
        <w:t>obrigatória</w:t>
      </w:r>
      <w:proofErr w:type="spellEnd"/>
      <w:r w:rsidRPr="00C65A0F">
        <w:rPr>
          <w:rFonts w:ascii="Times New Roman" w:hAnsi="Times New Roman" w:cs="Times New Roman"/>
          <w:sz w:val="20"/>
          <w:szCs w:val="20"/>
        </w:rPr>
        <w:t xml:space="preserve"> fora da </w:t>
      </w:r>
      <w:proofErr w:type="spellStart"/>
      <w:r w:rsidRPr="00C65A0F">
        <w:rPr>
          <w:rFonts w:ascii="Times New Roman" w:hAnsi="Times New Roman" w:cs="Times New Roman"/>
          <w:sz w:val="20"/>
          <w:szCs w:val="20"/>
        </w:rPr>
        <w:t>escola</w:t>
      </w:r>
      <w:proofErr w:type="spellEnd"/>
      <w:r w:rsidRPr="00C65A0F">
        <w:rPr>
          <w:rFonts w:ascii="Times New Roman" w:hAnsi="Times New Roman" w:cs="Times New Roman"/>
          <w:sz w:val="20"/>
          <w:szCs w:val="20"/>
        </w:rPr>
        <w:t xml:space="preserve">, no </w:t>
      </w:r>
      <w:proofErr w:type="spellStart"/>
      <w:r w:rsidRPr="00C65A0F">
        <w:rPr>
          <w:rFonts w:ascii="Times New Roman" w:hAnsi="Times New Roman" w:cs="Times New Roman"/>
          <w:sz w:val="20"/>
          <w:szCs w:val="20"/>
        </w:rPr>
        <w:t>âmbito</w:t>
      </w:r>
      <w:proofErr w:type="spellEnd"/>
      <w:r w:rsidRPr="00C65A0F">
        <w:rPr>
          <w:rFonts w:ascii="Times New Roman" w:hAnsi="Times New Roman" w:cs="Times New Roman"/>
          <w:sz w:val="20"/>
          <w:szCs w:val="20"/>
        </w:rPr>
        <w:t xml:space="preserve"> da Rede Municipal de Ensino de </w:t>
      </w:r>
      <w:proofErr w:type="spellStart"/>
      <w:r w:rsidRPr="00C65A0F">
        <w:rPr>
          <w:rFonts w:ascii="Times New Roman" w:hAnsi="Times New Roman" w:cs="Times New Roman"/>
          <w:sz w:val="20"/>
          <w:szCs w:val="20"/>
        </w:rPr>
        <w:t>Pranchita</w:t>
      </w:r>
      <w:proofErr w:type="spellEnd"/>
      <w:r w:rsidRPr="00C65A0F">
        <w:rPr>
          <w:rFonts w:ascii="Times New Roman" w:hAnsi="Times New Roman" w:cs="Times New Roman"/>
          <w:sz w:val="20"/>
          <w:szCs w:val="20"/>
        </w:rPr>
        <w:t>.</w:t>
      </w:r>
    </w:p>
    <w:p w14:paraId="47E8ED6E" w14:textId="77777777" w:rsidR="00C65A0F" w:rsidRDefault="00C65A0F" w:rsidP="00C65A0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17FAF47" w14:textId="27AFBA2E" w:rsidR="00823261" w:rsidRPr="00C65A0F" w:rsidRDefault="00C65A0F" w:rsidP="00C65A0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Pr="00C65A0F">
        <w:rPr>
          <w:rFonts w:ascii="Times New Roman" w:hAnsi="Times New Roman" w:cs="Times New Roman"/>
        </w:rPr>
        <w:t>SECRETÁRIA MUNICIPAL DE EDUCAÇÃO</w:t>
      </w:r>
      <w:r w:rsidR="0024141C" w:rsidRPr="00C65A0F">
        <w:rPr>
          <w:rFonts w:ascii="Times New Roman" w:hAnsi="Times New Roman" w:cs="Times New Roman"/>
        </w:rPr>
        <w:t xml:space="preserve">, </w:t>
      </w:r>
      <w:r w:rsidRPr="00C65A0F">
        <w:rPr>
          <w:rFonts w:ascii="Times New Roman" w:hAnsi="Times New Roman" w:cs="Times New Roman"/>
        </w:rPr>
        <w:t xml:space="preserve">CULTURA </w:t>
      </w:r>
      <w:r w:rsidR="0024141C" w:rsidRPr="00C65A0F">
        <w:rPr>
          <w:rFonts w:ascii="Times New Roman" w:hAnsi="Times New Roman" w:cs="Times New Roman"/>
        </w:rPr>
        <w:t xml:space="preserve">E ESPORTE </w:t>
      </w:r>
      <w:r w:rsidRPr="00C65A0F">
        <w:rPr>
          <w:rFonts w:ascii="Times New Roman" w:hAnsi="Times New Roman" w:cs="Times New Roman"/>
        </w:rPr>
        <w:t>DE PRANCHITA,</w:t>
      </w:r>
      <w:r>
        <w:rPr>
          <w:rFonts w:ascii="Times New Roman" w:hAnsi="Times New Roman" w:cs="Times New Roman"/>
        </w:rPr>
        <w:t xml:space="preserve"> n</w:t>
      </w:r>
      <w:r w:rsidRPr="00C65A0F">
        <w:rPr>
          <w:rFonts w:ascii="Times New Roman" w:hAnsi="Times New Roman" w:cs="Times New Roman"/>
        </w:rPr>
        <w:t xml:space="preserve">o </w:t>
      </w:r>
      <w:proofErr w:type="spellStart"/>
      <w:r w:rsidRPr="00C65A0F">
        <w:rPr>
          <w:rFonts w:ascii="Times New Roman" w:hAnsi="Times New Roman" w:cs="Times New Roman"/>
        </w:rPr>
        <w:t>uso</w:t>
      </w:r>
      <w:proofErr w:type="spellEnd"/>
      <w:r w:rsidRPr="00C65A0F">
        <w:rPr>
          <w:rFonts w:ascii="Times New Roman" w:hAnsi="Times New Roman" w:cs="Times New Roman"/>
        </w:rPr>
        <w:t xml:space="preserve"> de </w:t>
      </w:r>
      <w:proofErr w:type="spellStart"/>
      <w:r w:rsidRPr="00C65A0F">
        <w:rPr>
          <w:rFonts w:ascii="Times New Roman" w:hAnsi="Times New Roman" w:cs="Times New Roman"/>
        </w:rPr>
        <w:t>suas</w:t>
      </w:r>
      <w:proofErr w:type="spellEnd"/>
      <w:r w:rsidRPr="00C65A0F">
        <w:rPr>
          <w:rFonts w:ascii="Times New Roman" w:hAnsi="Times New Roman" w:cs="Times New Roman"/>
        </w:rPr>
        <w:t xml:space="preserve"> </w:t>
      </w:r>
      <w:proofErr w:type="spellStart"/>
      <w:r w:rsidRPr="00C65A0F">
        <w:rPr>
          <w:rFonts w:ascii="Times New Roman" w:hAnsi="Times New Roman" w:cs="Times New Roman"/>
        </w:rPr>
        <w:t>atribuições</w:t>
      </w:r>
      <w:proofErr w:type="spellEnd"/>
      <w:r w:rsidRPr="00C65A0F">
        <w:rPr>
          <w:rFonts w:ascii="Times New Roman" w:hAnsi="Times New Roman" w:cs="Times New Roman"/>
        </w:rPr>
        <w:t xml:space="preserve"> </w:t>
      </w:r>
      <w:proofErr w:type="spellStart"/>
      <w:r w:rsidRPr="00C65A0F">
        <w:rPr>
          <w:rFonts w:ascii="Times New Roman" w:hAnsi="Times New Roman" w:cs="Times New Roman"/>
        </w:rPr>
        <w:t>legais</w:t>
      </w:r>
      <w:proofErr w:type="spellEnd"/>
      <w:r w:rsidRPr="00C65A0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</w:t>
      </w:r>
      <w:r w:rsidRPr="00C65A0F">
        <w:rPr>
          <w:rFonts w:ascii="Times New Roman" w:hAnsi="Times New Roman" w:cs="Times New Roman"/>
        </w:rPr>
        <w:t>onsiderando</w:t>
      </w:r>
      <w:proofErr w:type="spellEnd"/>
      <w:r w:rsidRPr="00C65A0F">
        <w:rPr>
          <w:rFonts w:ascii="Times New Roman" w:hAnsi="Times New Roman" w:cs="Times New Roman"/>
        </w:rPr>
        <w:t xml:space="preserve"> o </w:t>
      </w:r>
      <w:proofErr w:type="spellStart"/>
      <w:r w:rsidRPr="00C65A0F">
        <w:rPr>
          <w:rFonts w:ascii="Times New Roman" w:hAnsi="Times New Roman" w:cs="Times New Roman"/>
        </w:rPr>
        <w:t>disposto</w:t>
      </w:r>
      <w:proofErr w:type="spellEnd"/>
      <w:r w:rsidRPr="00C65A0F">
        <w:rPr>
          <w:rFonts w:ascii="Times New Roman" w:hAnsi="Times New Roman" w:cs="Times New Roman"/>
        </w:rPr>
        <w:t xml:space="preserve"> no art. 208 da </w:t>
      </w:r>
      <w:proofErr w:type="spellStart"/>
      <w:r w:rsidRPr="00C65A0F">
        <w:rPr>
          <w:rFonts w:ascii="Times New Roman" w:hAnsi="Times New Roman" w:cs="Times New Roman"/>
        </w:rPr>
        <w:t>Constituição</w:t>
      </w:r>
      <w:proofErr w:type="spellEnd"/>
      <w:r w:rsidRPr="00C65A0F">
        <w:rPr>
          <w:rFonts w:ascii="Times New Roman" w:hAnsi="Times New Roman" w:cs="Times New Roman"/>
        </w:rPr>
        <w:t xml:space="preserve"> Federal, que </w:t>
      </w:r>
      <w:proofErr w:type="spellStart"/>
      <w:r w:rsidRPr="00C65A0F">
        <w:rPr>
          <w:rFonts w:ascii="Times New Roman" w:hAnsi="Times New Roman" w:cs="Times New Roman"/>
        </w:rPr>
        <w:t>assegura</w:t>
      </w:r>
      <w:proofErr w:type="spellEnd"/>
      <w:r w:rsidRPr="00C65A0F">
        <w:rPr>
          <w:rFonts w:ascii="Times New Roman" w:hAnsi="Times New Roman" w:cs="Times New Roman"/>
        </w:rPr>
        <w:t xml:space="preserve"> a </w:t>
      </w:r>
      <w:proofErr w:type="spellStart"/>
      <w:r w:rsidRPr="00C65A0F">
        <w:rPr>
          <w:rFonts w:ascii="Times New Roman" w:hAnsi="Times New Roman" w:cs="Times New Roman"/>
        </w:rPr>
        <w:t>obrigatoriedade</w:t>
      </w:r>
      <w:proofErr w:type="spellEnd"/>
      <w:r w:rsidRPr="00C65A0F">
        <w:rPr>
          <w:rFonts w:ascii="Times New Roman" w:hAnsi="Times New Roman" w:cs="Times New Roman"/>
        </w:rPr>
        <w:t xml:space="preserve"> do </w:t>
      </w:r>
      <w:proofErr w:type="spellStart"/>
      <w:r w:rsidRPr="00C65A0F">
        <w:rPr>
          <w:rFonts w:ascii="Times New Roman" w:hAnsi="Times New Roman" w:cs="Times New Roman"/>
        </w:rPr>
        <w:t>ensino</w:t>
      </w:r>
      <w:proofErr w:type="spellEnd"/>
      <w:r w:rsidRPr="00C65A0F">
        <w:rPr>
          <w:rFonts w:ascii="Times New Roman" w:hAnsi="Times New Roman" w:cs="Times New Roman"/>
        </w:rPr>
        <w:t xml:space="preserve"> fundamental </w:t>
      </w:r>
      <w:proofErr w:type="spellStart"/>
      <w:r w:rsidRPr="00C65A0F">
        <w:rPr>
          <w:rFonts w:ascii="Times New Roman" w:hAnsi="Times New Roman" w:cs="Times New Roman"/>
        </w:rPr>
        <w:t>gratuito</w:t>
      </w:r>
      <w:proofErr w:type="spellEnd"/>
      <w:r w:rsidRPr="00C65A0F">
        <w:rPr>
          <w:rFonts w:ascii="Times New Roman" w:hAnsi="Times New Roman" w:cs="Times New Roman"/>
        </w:rPr>
        <w:t xml:space="preserve">, dos 4 </w:t>
      </w:r>
      <w:proofErr w:type="spellStart"/>
      <w:r w:rsidRPr="00C65A0F">
        <w:rPr>
          <w:rFonts w:ascii="Times New Roman" w:hAnsi="Times New Roman" w:cs="Times New Roman"/>
        </w:rPr>
        <w:t>aos</w:t>
      </w:r>
      <w:proofErr w:type="spellEnd"/>
      <w:r w:rsidRPr="00C65A0F">
        <w:rPr>
          <w:rFonts w:ascii="Times New Roman" w:hAnsi="Times New Roman" w:cs="Times New Roman"/>
        </w:rPr>
        <w:t xml:space="preserve"> 17 </w:t>
      </w:r>
      <w:proofErr w:type="spellStart"/>
      <w:r w:rsidRPr="00C65A0F">
        <w:rPr>
          <w:rFonts w:ascii="Times New Roman" w:hAnsi="Times New Roman" w:cs="Times New Roman"/>
        </w:rPr>
        <w:t>anos</w:t>
      </w:r>
      <w:proofErr w:type="spellEnd"/>
      <w:r w:rsidRPr="00C65A0F">
        <w:rPr>
          <w:rFonts w:ascii="Times New Roman" w:hAnsi="Times New Roman" w:cs="Times New Roman"/>
        </w:rPr>
        <w:t xml:space="preserve"> de </w:t>
      </w:r>
      <w:proofErr w:type="spellStart"/>
      <w:r w:rsidRPr="00C65A0F">
        <w:rPr>
          <w:rFonts w:ascii="Times New Roman" w:hAnsi="Times New Roman" w:cs="Times New Roman"/>
        </w:rPr>
        <w:t>idade</w:t>
      </w:r>
      <w:proofErr w:type="spellEnd"/>
      <w:r w:rsidRPr="00C65A0F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</w:t>
      </w:r>
      <w:r w:rsidRPr="00C65A0F">
        <w:rPr>
          <w:rFonts w:ascii="Times New Roman" w:hAnsi="Times New Roman" w:cs="Times New Roman"/>
        </w:rPr>
        <w:t>onsiderando</w:t>
      </w:r>
      <w:proofErr w:type="spellEnd"/>
      <w:r w:rsidRPr="00C65A0F">
        <w:rPr>
          <w:rFonts w:ascii="Times New Roman" w:hAnsi="Times New Roman" w:cs="Times New Roman"/>
        </w:rPr>
        <w:t xml:space="preserve"> a Lei de </w:t>
      </w:r>
      <w:proofErr w:type="spellStart"/>
      <w:r w:rsidRPr="00C65A0F">
        <w:rPr>
          <w:rFonts w:ascii="Times New Roman" w:hAnsi="Times New Roman" w:cs="Times New Roman"/>
        </w:rPr>
        <w:t>Diretrizes</w:t>
      </w:r>
      <w:proofErr w:type="spellEnd"/>
      <w:r w:rsidRPr="00C65A0F">
        <w:rPr>
          <w:rFonts w:ascii="Times New Roman" w:hAnsi="Times New Roman" w:cs="Times New Roman"/>
        </w:rPr>
        <w:t xml:space="preserve"> e Bases da </w:t>
      </w:r>
      <w:proofErr w:type="spellStart"/>
      <w:r w:rsidRPr="00C65A0F">
        <w:rPr>
          <w:rFonts w:ascii="Times New Roman" w:hAnsi="Times New Roman" w:cs="Times New Roman"/>
        </w:rPr>
        <w:t>Educação</w:t>
      </w:r>
      <w:proofErr w:type="spellEnd"/>
      <w:r w:rsidRPr="00C65A0F">
        <w:rPr>
          <w:rFonts w:ascii="Times New Roman" w:hAnsi="Times New Roman" w:cs="Times New Roman"/>
        </w:rPr>
        <w:t xml:space="preserve"> Nacional (Lei nº 9.394/1996), que </w:t>
      </w:r>
      <w:proofErr w:type="spellStart"/>
      <w:r w:rsidRPr="00C65A0F">
        <w:rPr>
          <w:rFonts w:ascii="Times New Roman" w:hAnsi="Times New Roman" w:cs="Times New Roman"/>
        </w:rPr>
        <w:t>estabelece</w:t>
      </w:r>
      <w:proofErr w:type="spellEnd"/>
      <w:r w:rsidRPr="00C65A0F">
        <w:rPr>
          <w:rFonts w:ascii="Times New Roman" w:hAnsi="Times New Roman" w:cs="Times New Roman"/>
        </w:rPr>
        <w:t xml:space="preserve"> a </w:t>
      </w:r>
      <w:proofErr w:type="spellStart"/>
      <w:r w:rsidRPr="00C65A0F">
        <w:rPr>
          <w:rFonts w:ascii="Times New Roman" w:hAnsi="Times New Roman" w:cs="Times New Roman"/>
        </w:rPr>
        <w:t>obrigatoriedade</w:t>
      </w:r>
      <w:proofErr w:type="spellEnd"/>
      <w:r w:rsidRPr="00C65A0F">
        <w:rPr>
          <w:rFonts w:ascii="Times New Roman" w:hAnsi="Times New Roman" w:cs="Times New Roman"/>
        </w:rPr>
        <w:t xml:space="preserve"> da </w:t>
      </w:r>
      <w:proofErr w:type="spellStart"/>
      <w:r w:rsidRPr="00C65A0F">
        <w:rPr>
          <w:rFonts w:ascii="Times New Roman" w:hAnsi="Times New Roman" w:cs="Times New Roman"/>
        </w:rPr>
        <w:t>educação</w:t>
      </w:r>
      <w:proofErr w:type="spellEnd"/>
      <w:r w:rsidRPr="00C65A0F">
        <w:rPr>
          <w:rFonts w:ascii="Times New Roman" w:hAnsi="Times New Roman" w:cs="Times New Roman"/>
        </w:rPr>
        <w:t xml:space="preserve"> </w:t>
      </w:r>
      <w:proofErr w:type="spellStart"/>
      <w:r w:rsidRPr="00C65A0F">
        <w:rPr>
          <w:rFonts w:ascii="Times New Roman" w:hAnsi="Times New Roman" w:cs="Times New Roman"/>
        </w:rPr>
        <w:t>básica</w:t>
      </w:r>
      <w:proofErr w:type="spellEnd"/>
      <w:r w:rsidRPr="00C65A0F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</w:t>
      </w:r>
      <w:r w:rsidRPr="00C65A0F">
        <w:rPr>
          <w:rFonts w:ascii="Times New Roman" w:hAnsi="Times New Roman" w:cs="Times New Roman"/>
        </w:rPr>
        <w:t>onsiderando</w:t>
      </w:r>
      <w:proofErr w:type="spellEnd"/>
      <w:r w:rsidRPr="00C65A0F">
        <w:rPr>
          <w:rFonts w:ascii="Times New Roman" w:hAnsi="Times New Roman" w:cs="Times New Roman"/>
        </w:rPr>
        <w:t xml:space="preserve"> o Plano Nacional de </w:t>
      </w:r>
      <w:proofErr w:type="spellStart"/>
      <w:r w:rsidRPr="00C65A0F">
        <w:rPr>
          <w:rFonts w:ascii="Times New Roman" w:hAnsi="Times New Roman" w:cs="Times New Roman"/>
        </w:rPr>
        <w:t>Educação</w:t>
      </w:r>
      <w:proofErr w:type="spellEnd"/>
      <w:r w:rsidRPr="00C65A0F">
        <w:rPr>
          <w:rFonts w:ascii="Times New Roman" w:hAnsi="Times New Roman" w:cs="Times New Roman"/>
        </w:rPr>
        <w:t xml:space="preserve"> (Lei nº 13.005/2014), </w:t>
      </w:r>
      <w:proofErr w:type="spellStart"/>
      <w:r w:rsidRPr="00C65A0F">
        <w:rPr>
          <w:rFonts w:ascii="Times New Roman" w:hAnsi="Times New Roman" w:cs="Times New Roman"/>
        </w:rPr>
        <w:t>em</w:t>
      </w:r>
      <w:proofErr w:type="spellEnd"/>
      <w:r w:rsidRPr="00C65A0F">
        <w:rPr>
          <w:rFonts w:ascii="Times New Roman" w:hAnsi="Times New Roman" w:cs="Times New Roman"/>
        </w:rPr>
        <w:t xml:space="preserve"> especial a meta de </w:t>
      </w:r>
      <w:proofErr w:type="spellStart"/>
      <w:r w:rsidRPr="00C65A0F">
        <w:rPr>
          <w:rFonts w:ascii="Times New Roman" w:hAnsi="Times New Roman" w:cs="Times New Roman"/>
        </w:rPr>
        <w:t>universalização</w:t>
      </w:r>
      <w:proofErr w:type="spellEnd"/>
      <w:r w:rsidRPr="00C65A0F">
        <w:rPr>
          <w:rFonts w:ascii="Times New Roman" w:hAnsi="Times New Roman" w:cs="Times New Roman"/>
        </w:rPr>
        <w:t xml:space="preserve"> da </w:t>
      </w:r>
      <w:proofErr w:type="spellStart"/>
      <w:r w:rsidRPr="00C65A0F">
        <w:rPr>
          <w:rFonts w:ascii="Times New Roman" w:hAnsi="Times New Roman" w:cs="Times New Roman"/>
        </w:rPr>
        <w:t>educação</w:t>
      </w:r>
      <w:proofErr w:type="spellEnd"/>
      <w:r w:rsidRPr="00C65A0F">
        <w:rPr>
          <w:rFonts w:ascii="Times New Roman" w:hAnsi="Times New Roman" w:cs="Times New Roman"/>
        </w:rPr>
        <w:t xml:space="preserve"> </w:t>
      </w:r>
      <w:proofErr w:type="spellStart"/>
      <w:r w:rsidRPr="00C65A0F">
        <w:rPr>
          <w:rFonts w:ascii="Times New Roman" w:hAnsi="Times New Roman" w:cs="Times New Roman"/>
        </w:rPr>
        <w:t>básica</w:t>
      </w:r>
      <w:proofErr w:type="spellEnd"/>
      <w:r w:rsidRPr="00C65A0F">
        <w:rPr>
          <w:rFonts w:ascii="Times New Roman" w:hAnsi="Times New Roman" w:cs="Times New Roman"/>
        </w:rPr>
        <w:t xml:space="preserve"> </w:t>
      </w:r>
      <w:proofErr w:type="spellStart"/>
      <w:r w:rsidRPr="00C65A0F">
        <w:rPr>
          <w:rFonts w:ascii="Times New Roman" w:hAnsi="Times New Roman" w:cs="Times New Roman"/>
        </w:rPr>
        <w:t>obrigatória</w:t>
      </w:r>
      <w:proofErr w:type="spellEnd"/>
      <w:r w:rsidRPr="00C65A0F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c</w:t>
      </w:r>
      <w:r w:rsidRPr="00C65A0F">
        <w:rPr>
          <w:rFonts w:ascii="Times New Roman" w:hAnsi="Times New Roman" w:cs="Times New Roman"/>
        </w:rPr>
        <w:t>onsiderando</w:t>
      </w:r>
      <w:proofErr w:type="spellEnd"/>
      <w:r w:rsidRPr="00C65A0F">
        <w:rPr>
          <w:rFonts w:ascii="Times New Roman" w:hAnsi="Times New Roman" w:cs="Times New Roman"/>
        </w:rPr>
        <w:t xml:space="preserve"> a </w:t>
      </w:r>
      <w:proofErr w:type="spellStart"/>
      <w:r w:rsidRPr="00C65A0F">
        <w:rPr>
          <w:rFonts w:ascii="Times New Roman" w:hAnsi="Times New Roman" w:cs="Times New Roman"/>
        </w:rPr>
        <w:t>responsabilidade</w:t>
      </w:r>
      <w:proofErr w:type="spellEnd"/>
      <w:r w:rsidRPr="00C65A0F">
        <w:rPr>
          <w:rFonts w:ascii="Times New Roman" w:hAnsi="Times New Roman" w:cs="Times New Roman"/>
        </w:rPr>
        <w:t xml:space="preserve"> do </w:t>
      </w:r>
      <w:proofErr w:type="spellStart"/>
      <w:r w:rsidRPr="00C65A0F">
        <w:rPr>
          <w:rFonts w:ascii="Times New Roman" w:hAnsi="Times New Roman" w:cs="Times New Roman"/>
        </w:rPr>
        <w:t>poder</w:t>
      </w:r>
      <w:proofErr w:type="spellEnd"/>
      <w:r w:rsidRPr="00C65A0F">
        <w:rPr>
          <w:rFonts w:ascii="Times New Roman" w:hAnsi="Times New Roman" w:cs="Times New Roman"/>
        </w:rPr>
        <w:t xml:space="preserve"> </w:t>
      </w:r>
      <w:proofErr w:type="spellStart"/>
      <w:r w:rsidRPr="00C65A0F">
        <w:rPr>
          <w:rFonts w:ascii="Times New Roman" w:hAnsi="Times New Roman" w:cs="Times New Roman"/>
        </w:rPr>
        <w:t>público</w:t>
      </w:r>
      <w:proofErr w:type="spellEnd"/>
      <w:r w:rsidRPr="00C65A0F">
        <w:rPr>
          <w:rFonts w:ascii="Times New Roman" w:hAnsi="Times New Roman" w:cs="Times New Roman"/>
        </w:rPr>
        <w:t xml:space="preserve"> municipal </w:t>
      </w:r>
      <w:proofErr w:type="spellStart"/>
      <w:r w:rsidRPr="00C65A0F">
        <w:rPr>
          <w:rFonts w:ascii="Times New Roman" w:hAnsi="Times New Roman" w:cs="Times New Roman"/>
        </w:rPr>
        <w:t>em</w:t>
      </w:r>
      <w:proofErr w:type="spellEnd"/>
      <w:r w:rsidRPr="00C65A0F">
        <w:rPr>
          <w:rFonts w:ascii="Times New Roman" w:hAnsi="Times New Roman" w:cs="Times New Roman"/>
        </w:rPr>
        <w:t xml:space="preserve"> </w:t>
      </w:r>
      <w:proofErr w:type="spellStart"/>
      <w:r w:rsidRPr="00C65A0F">
        <w:rPr>
          <w:rFonts w:ascii="Times New Roman" w:hAnsi="Times New Roman" w:cs="Times New Roman"/>
        </w:rPr>
        <w:t>garantir</w:t>
      </w:r>
      <w:proofErr w:type="spellEnd"/>
      <w:r w:rsidRPr="00C65A0F">
        <w:rPr>
          <w:rFonts w:ascii="Times New Roman" w:hAnsi="Times New Roman" w:cs="Times New Roman"/>
        </w:rPr>
        <w:t xml:space="preserve"> o </w:t>
      </w:r>
      <w:proofErr w:type="spellStart"/>
      <w:r w:rsidRPr="00C65A0F">
        <w:rPr>
          <w:rFonts w:ascii="Times New Roman" w:hAnsi="Times New Roman" w:cs="Times New Roman"/>
        </w:rPr>
        <w:t>acesso</w:t>
      </w:r>
      <w:proofErr w:type="spellEnd"/>
      <w:r w:rsidRPr="00C65A0F">
        <w:rPr>
          <w:rFonts w:ascii="Times New Roman" w:hAnsi="Times New Roman" w:cs="Times New Roman"/>
        </w:rPr>
        <w:t xml:space="preserve"> e a </w:t>
      </w:r>
      <w:proofErr w:type="spellStart"/>
      <w:r w:rsidRPr="00C65A0F">
        <w:rPr>
          <w:rFonts w:ascii="Times New Roman" w:hAnsi="Times New Roman" w:cs="Times New Roman"/>
        </w:rPr>
        <w:t>permanência</w:t>
      </w:r>
      <w:proofErr w:type="spellEnd"/>
      <w:r w:rsidRPr="00C65A0F">
        <w:rPr>
          <w:rFonts w:ascii="Times New Roman" w:hAnsi="Times New Roman" w:cs="Times New Roman"/>
        </w:rPr>
        <w:t xml:space="preserve"> de </w:t>
      </w:r>
      <w:proofErr w:type="spellStart"/>
      <w:r w:rsidRPr="00C65A0F">
        <w:rPr>
          <w:rFonts w:ascii="Times New Roman" w:hAnsi="Times New Roman" w:cs="Times New Roman"/>
        </w:rPr>
        <w:t>todas</w:t>
      </w:r>
      <w:proofErr w:type="spellEnd"/>
      <w:r w:rsidRPr="00C65A0F">
        <w:rPr>
          <w:rFonts w:ascii="Times New Roman" w:hAnsi="Times New Roman" w:cs="Times New Roman"/>
        </w:rPr>
        <w:t xml:space="preserve"> as </w:t>
      </w:r>
      <w:proofErr w:type="spellStart"/>
      <w:r w:rsidRPr="00C65A0F">
        <w:rPr>
          <w:rFonts w:ascii="Times New Roman" w:hAnsi="Times New Roman" w:cs="Times New Roman"/>
        </w:rPr>
        <w:t>crianças</w:t>
      </w:r>
      <w:proofErr w:type="spellEnd"/>
      <w:r w:rsidRPr="00C65A0F">
        <w:rPr>
          <w:rFonts w:ascii="Times New Roman" w:hAnsi="Times New Roman" w:cs="Times New Roman"/>
        </w:rPr>
        <w:t xml:space="preserve"> e </w:t>
      </w:r>
      <w:proofErr w:type="spellStart"/>
      <w:r w:rsidRPr="00C65A0F">
        <w:rPr>
          <w:rFonts w:ascii="Times New Roman" w:hAnsi="Times New Roman" w:cs="Times New Roman"/>
        </w:rPr>
        <w:t>adolescentes</w:t>
      </w:r>
      <w:proofErr w:type="spellEnd"/>
      <w:r w:rsidRPr="00C65A0F">
        <w:rPr>
          <w:rFonts w:ascii="Times New Roman" w:hAnsi="Times New Roman" w:cs="Times New Roman"/>
        </w:rPr>
        <w:t xml:space="preserve"> </w:t>
      </w:r>
      <w:proofErr w:type="spellStart"/>
      <w:r w:rsidRPr="00C65A0F">
        <w:rPr>
          <w:rFonts w:ascii="Times New Roman" w:hAnsi="Times New Roman" w:cs="Times New Roman"/>
        </w:rPr>
        <w:t>em</w:t>
      </w:r>
      <w:proofErr w:type="spellEnd"/>
      <w:r w:rsidRPr="00C65A0F">
        <w:rPr>
          <w:rFonts w:ascii="Times New Roman" w:hAnsi="Times New Roman" w:cs="Times New Roman"/>
        </w:rPr>
        <w:t xml:space="preserve"> </w:t>
      </w:r>
      <w:proofErr w:type="spellStart"/>
      <w:r w:rsidRPr="00C65A0F">
        <w:rPr>
          <w:rFonts w:ascii="Times New Roman" w:hAnsi="Times New Roman" w:cs="Times New Roman"/>
        </w:rPr>
        <w:t>idade</w:t>
      </w:r>
      <w:proofErr w:type="spellEnd"/>
      <w:r w:rsidRPr="00C65A0F">
        <w:rPr>
          <w:rFonts w:ascii="Times New Roman" w:hAnsi="Times New Roman" w:cs="Times New Roman"/>
        </w:rPr>
        <w:t xml:space="preserve"> </w:t>
      </w:r>
      <w:proofErr w:type="spellStart"/>
      <w:r w:rsidRPr="00C65A0F">
        <w:rPr>
          <w:rFonts w:ascii="Times New Roman" w:hAnsi="Times New Roman" w:cs="Times New Roman"/>
        </w:rPr>
        <w:t>obrigatória</w:t>
      </w:r>
      <w:proofErr w:type="spellEnd"/>
      <w:r w:rsidRPr="00C65A0F">
        <w:rPr>
          <w:rFonts w:ascii="Times New Roman" w:hAnsi="Times New Roman" w:cs="Times New Roman"/>
        </w:rPr>
        <w:t xml:space="preserve"> </w:t>
      </w:r>
      <w:proofErr w:type="spellStart"/>
      <w:r w:rsidRPr="00C65A0F">
        <w:rPr>
          <w:rFonts w:ascii="Times New Roman" w:hAnsi="Times New Roman" w:cs="Times New Roman"/>
        </w:rPr>
        <w:t>na</w:t>
      </w:r>
      <w:proofErr w:type="spellEnd"/>
      <w:r w:rsidRPr="00C65A0F">
        <w:rPr>
          <w:rFonts w:ascii="Times New Roman" w:hAnsi="Times New Roman" w:cs="Times New Roman"/>
        </w:rPr>
        <w:t xml:space="preserve"> </w:t>
      </w:r>
      <w:proofErr w:type="spellStart"/>
      <w:r w:rsidRPr="00C65A0F">
        <w:rPr>
          <w:rFonts w:ascii="Times New Roman" w:hAnsi="Times New Roman" w:cs="Times New Roman"/>
        </w:rPr>
        <w:t>escola</w:t>
      </w:r>
      <w:proofErr w:type="spellEnd"/>
      <w:r w:rsidRPr="00C65A0F">
        <w:rPr>
          <w:rFonts w:ascii="Times New Roman" w:hAnsi="Times New Roman" w:cs="Times New Roman"/>
        </w:rPr>
        <w:t>;</w:t>
      </w:r>
    </w:p>
    <w:p w14:paraId="07044E7B" w14:textId="77777777" w:rsidR="00C65A0F" w:rsidRDefault="00C65A0F" w:rsidP="00C65A0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A740C5D" w14:textId="1B86374D" w:rsidR="00823261" w:rsidRPr="00C546B2" w:rsidRDefault="00000000" w:rsidP="00C65A0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C546B2">
        <w:rPr>
          <w:rFonts w:ascii="Times New Roman" w:hAnsi="Times New Roman" w:cs="Times New Roman"/>
          <w:b/>
          <w:bCs/>
        </w:rPr>
        <w:t>RESOLVE:</w:t>
      </w:r>
    </w:p>
    <w:p w14:paraId="777C6205" w14:textId="77777777" w:rsidR="00C65A0F" w:rsidRDefault="00C65A0F" w:rsidP="00C65A0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10B0FE5" w14:textId="0813ED88" w:rsidR="00823261" w:rsidRDefault="00000000" w:rsidP="00C65A0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65A0F">
        <w:rPr>
          <w:rFonts w:ascii="Times New Roman" w:hAnsi="Times New Roman" w:cs="Times New Roman"/>
          <w:b/>
          <w:bCs/>
        </w:rPr>
        <w:t>Art. 1º</w:t>
      </w:r>
      <w:r w:rsidR="00C65A0F">
        <w:rPr>
          <w:rFonts w:ascii="Times New Roman" w:hAnsi="Times New Roman" w:cs="Times New Roman"/>
          <w:b/>
          <w:bCs/>
        </w:rPr>
        <w:t xml:space="preserve">. </w:t>
      </w:r>
      <w:proofErr w:type="spellStart"/>
      <w:r w:rsidRPr="00C65A0F">
        <w:rPr>
          <w:rFonts w:ascii="Times New Roman" w:hAnsi="Times New Roman" w:cs="Times New Roman"/>
        </w:rPr>
        <w:t>Instituir</w:t>
      </w:r>
      <w:proofErr w:type="spellEnd"/>
      <w:r w:rsidRPr="00C65A0F">
        <w:rPr>
          <w:rFonts w:ascii="Times New Roman" w:hAnsi="Times New Roman" w:cs="Times New Roman"/>
        </w:rPr>
        <w:t xml:space="preserve">, no </w:t>
      </w:r>
      <w:proofErr w:type="spellStart"/>
      <w:r w:rsidRPr="00C65A0F">
        <w:rPr>
          <w:rFonts w:ascii="Times New Roman" w:hAnsi="Times New Roman" w:cs="Times New Roman"/>
        </w:rPr>
        <w:t>âmbito</w:t>
      </w:r>
      <w:proofErr w:type="spellEnd"/>
      <w:r w:rsidRPr="00C65A0F">
        <w:rPr>
          <w:rFonts w:ascii="Times New Roman" w:hAnsi="Times New Roman" w:cs="Times New Roman"/>
        </w:rPr>
        <w:t xml:space="preserve"> da </w:t>
      </w:r>
      <w:proofErr w:type="spellStart"/>
      <w:r w:rsidRPr="00C65A0F">
        <w:rPr>
          <w:rFonts w:ascii="Times New Roman" w:hAnsi="Times New Roman" w:cs="Times New Roman"/>
        </w:rPr>
        <w:t>Secretaria</w:t>
      </w:r>
      <w:proofErr w:type="spellEnd"/>
      <w:r w:rsidRPr="00C65A0F">
        <w:rPr>
          <w:rFonts w:ascii="Times New Roman" w:hAnsi="Times New Roman" w:cs="Times New Roman"/>
        </w:rPr>
        <w:t xml:space="preserve"> Municipal de </w:t>
      </w:r>
      <w:proofErr w:type="spellStart"/>
      <w:r w:rsidRPr="00C65A0F">
        <w:rPr>
          <w:rFonts w:ascii="Times New Roman" w:hAnsi="Times New Roman" w:cs="Times New Roman"/>
        </w:rPr>
        <w:t>Educação</w:t>
      </w:r>
      <w:proofErr w:type="spellEnd"/>
      <w:r w:rsidRPr="00C65A0F">
        <w:rPr>
          <w:rFonts w:ascii="Times New Roman" w:hAnsi="Times New Roman" w:cs="Times New Roman"/>
        </w:rPr>
        <w:t xml:space="preserve"> e Cultura de </w:t>
      </w:r>
      <w:proofErr w:type="spellStart"/>
      <w:r w:rsidRPr="00C65A0F">
        <w:rPr>
          <w:rFonts w:ascii="Times New Roman" w:hAnsi="Times New Roman" w:cs="Times New Roman"/>
        </w:rPr>
        <w:t>Pranchita</w:t>
      </w:r>
      <w:proofErr w:type="spellEnd"/>
      <w:r w:rsidRPr="00C65A0F">
        <w:rPr>
          <w:rFonts w:ascii="Times New Roman" w:hAnsi="Times New Roman" w:cs="Times New Roman"/>
        </w:rPr>
        <w:t xml:space="preserve">, as </w:t>
      </w:r>
      <w:proofErr w:type="spellStart"/>
      <w:r w:rsidRPr="00C65A0F">
        <w:rPr>
          <w:rFonts w:ascii="Times New Roman" w:hAnsi="Times New Roman" w:cs="Times New Roman"/>
        </w:rPr>
        <w:t>ações</w:t>
      </w:r>
      <w:proofErr w:type="spellEnd"/>
      <w:r w:rsidRPr="00C65A0F">
        <w:rPr>
          <w:rFonts w:ascii="Times New Roman" w:hAnsi="Times New Roman" w:cs="Times New Roman"/>
        </w:rPr>
        <w:t xml:space="preserve"> de </w:t>
      </w:r>
      <w:proofErr w:type="spellStart"/>
      <w:r w:rsidRPr="00C65A0F">
        <w:rPr>
          <w:rFonts w:ascii="Times New Roman" w:hAnsi="Times New Roman" w:cs="Times New Roman"/>
        </w:rPr>
        <w:t>identificação</w:t>
      </w:r>
      <w:proofErr w:type="spellEnd"/>
      <w:r w:rsidRPr="00C65A0F">
        <w:rPr>
          <w:rFonts w:ascii="Times New Roman" w:hAnsi="Times New Roman" w:cs="Times New Roman"/>
        </w:rPr>
        <w:t xml:space="preserve"> e </w:t>
      </w:r>
      <w:proofErr w:type="spellStart"/>
      <w:r w:rsidRPr="00C65A0F">
        <w:rPr>
          <w:rFonts w:ascii="Times New Roman" w:hAnsi="Times New Roman" w:cs="Times New Roman"/>
        </w:rPr>
        <w:t>efetivação</w:t>
      </w:r>
      <w:proofErr w:type="spellEnd"/>
      <w:r w:rsidRPr="00C65A0F">
        <w:rPr>
          <w:rFonts w:ascii="Times New Roman" w:hAnsi="Times New Roman" w:cs="Times New Roman"/>
        </w:rPr>
        <w:t xml:space="preserve"> de </w:t>
      </w:r>
      <w:proofErr w:type="spellStart"/>
      <w:r w:rsidRPr="00C65A0F">
        <w:rPr>
          <w:rFonts w:ascii="Times New Roman" w:hAnsi="Times New Roman" w:cs="Times New Roman"/>
        </w:rPr>
        <w:t>matrícula</w:t>
      </w:r>
      <w:proofErr w:type="spellEnd"/>
      <w:r w:rsidRPr="00C65A0F">
        <w:rPr>
          <w:rFonts w:ascii="Times New Roman" w:hAnsi="Times New Roman" w:cs="Times New Roman"/>
        </w:rPr>
        <w:t xml:space="preserve"> de </w:t>
      </w:r>
      <w:proofErr w:type="spellStart"/>
      <w:r w:rsidRPr="00C65A0F">
        <w:rPr>
          <w:rFonts w:ascii="Times New Roman" w:hAnsi="Times New Roman" w:cs="Times New Roman"/>
        </w:rPr>
        <w:t>crianças</w:t>
      </w:r>
      <w:proofErr w:type="spellEnd"/>
      <w:r w:rsidRPr="00C65A0F">
        <w:rPr>
          <w:rFonts w:ascii="Times New Roman" w:hAnsi="Times New Roman" w:cs="Times New Roman"/>
        </w:rPr>
        <w:t xml:space="preserve"> </w:t>
      </w:r>
      <w:proofErr w:type="spellStart"/>
      <w:r w:rsidRPr="00C65A0F">
        <w:rPr>
          <w:rFonts w:ascii="Times New Roman" w:hAnsi="Times New Roman" w:cs="Times New Roman"/>
        </w:rPr>
        <w:t>em</w:t>
      </w:r>
      <w:proofErr w:type="spellEnd"/>
      <w:r w:rsidRPr="00C65A0F">
        <w:rPr>
          <w:rFonts w:ascii="Times New Roman" w:hAnsi="Times New Roman" w:cs="Times New Roman"/>
        </w:rPr>
        <w:t xml:space="preserve"> </w:t>
      </w:r>
      <w:proofErr w:type="spellStart"/>
      <w:r w:rsidRPr="00C65A0F">
        <w:rPr>
          <w:rFonts w:ascii="Times New Roman" w:hAnsi="Times New Roman" w:cs="Times New Roman"/>
        </w:rPr>
        <w:t>idade</w:t>
      </w:r>
      <w:proofErr w:type="spellEnd"/>
      <w:r w:rsidRPr="00C65A0F">
        <w:rPr>
          <w:rFonts w:ascii="Times New Roman" w:hAnsi="Times New Roman" w:cs="Times New Roman"/>
        </w:rPr>
        <w:t xml:space="preserve"> escolar </w:t>
      </w:r>
      <w:proofErr w:type="spellStart"/>
      <w:r w:rsidRPr="00C65A0F">
        <w:rPr>
          <w:rFonts w:ascii="Times New Roman" w:hAnsi="Times New Roman" w:cs="Times New Roman"/>
        </w:rPr>
        <w:t>obrigatória</w:t>
      </w:r>
      <w:proofErr w:type="spellEnd"/>
      <w:r w:rsidRPr="00C65A0F">
        <w:rPr>
          <w:rFonts w:ascii="Times New Roman" w:hAnsi="Times New Roman" w:cs="Times New Roman"/>
        </w:rPr>
        <w:t xml:space="preserve"> (4 a 17 </w:t>
      </w:r>
      <w:proofErr w:type="spellStart"/>
      <w:r w:rsidRPr="00C65A0F">
        <w:rPr>
          <w:rFonts w:ascii="Times New Roman" w:hAnsi="Times New Roman" w:cs="Times New Roman"/>
        </w:rPr>
        <w:t>anos</w:t>
      </w:r>
      <w:proofErr w:type="spellEnd"/>
      <w:r w:rsidRPr="00C65A0F">
        <w:rPr>
          <w:rFonts w:ascii="Times New Roman" w:hAnsi="Times New Roman" w:cs="Times New Roman"/>
        </w:rPr>
        <w:t xml:space="preserve">) que se </w:t>
      </w:r>
      <w:proofErr w:type="spellStart"/>
      <w:r w:rsidRPr="00C65A0F">
        <w:rPr>
          <w:rFonts w:ascii="Times New Roman" w:hAnsi="Times New Roman" w:cs="Times New Roman"/>
        </w:rPr>
        <w:t>encontram</w:t>
      </w:r>
      <w:proofErr w:type="spellEnd"/>
      <w:r w:rsidRPr="00C65A0F">
        <w:rPr>
          <w:rFonts w:ascii="Times New Roman" w:hAnsi="Times New Roman" w:cs="Times New Roman"/>
        </w:rPr>
        <w:t xml:space="preserve"> fora da </w:t>
      </w:r>
      <w:proofErr w:type="spellStart"/>
      <w:r w:rsidRPr="00C65A0F">
        <w:rPr>
          <w:rFonts w:ascii="Times New Roman" w:hAnsi="Times New Roman" w:cs="Times New Roman"/>
        </w:rPr>
        <w:t>escola</w:t>
      </w:r>
      <w:proofErr w:type="spellEnd"/>
      <w:r w:rsidRPr="00C65A0F">
        <w:rPr>
          <w:rFonts w:ascii="Times New Roman" w:hAnsi="Times New Roman" w:cs="Times New Roman"/>
        </w:rPr>
        <w:t>.</w:t>
      </w:r>
    </w:p>
    <w:p w14:paraId="40C03DA7" w14:textId="77777777" w:rsidR="00C65A0F" w:rsidRPr="00C65A0F" w:rsidRDefault="00C65A0F" w:rsidP="00C65A0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606DA24D" w14:textId="4D2DB099" w:rsidR="00823261" w:rsidRPr="00C65A0F" w:rsidRDefault="00000000" w:rsidP="00C65A0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C65A0F">
        <w:rPr>
          <w:rFonts w:ascii="Times New Roman" w:hAnsi="Times New Roman" w:cs="Times New Roman"/>
          <w:b/>
          <w:bCs/>
        </w:rPr>
        <w:t>Art. 2º</w:t>
      </w:r>
      <w:r w:rsidR="00C65A0F">
        <w:rPr>
          <w:rFonts w:ascii="Times New Roman" w:hAnsi="Times New Roman" w:cs="Times New Roman"/>
          <w:b/>
          <w:bCs/>
        </w:rPr>
        <w:t xml:space="preserve">. </w:t>
      </w:r>
      <w:r w:rsidRPr="00C65A0F">
        <w:rPr>
          <w:rFonts w:ascii="Times New Roman" w:hAnsi="Times New Roman" w:cs="Times New Roman"/>
        </w:rPr>
        <w:t xml:space="preserve">As </w:t>
      </w:r>
      <w:proofErr w:type="spellStart"/>
      <w:r w:rsidRPr="00C65A0F">
        <w:rPr>
          <w:rFonts w:ascii="Times New Roman" w:hAnsi="Times New Roman" w:cs="Times New Roman"/>
        </w:rPr>
        <w:t>ações</w:t>
      </w:r>
      <w:proofErr w:type="spellEnd"/>
      <w:r w:rsidRPr="00C65A0F">
        <w:rPr>
          <w:rFonts w:ascii="Times New Roman" w:hAnsi="Times New Roman" w:cs="Times New Roman"/>
        </w:rPr>
        <w:t xml:space="preserve"> </w:t>
      </w:r>
      <w:proofErr w:type="spellStart"/>
      <w:r w:rsidRPr="00C65A0F">
        <w:rPr>
          <w:rFonts w:ascii="Times New Roman" w:hAnsi="Times New Roman" w:cs="Times New Roman"/>
        </w:rPr>
        <w:t>terão</w:t>
      </w:r>
      <w:proofErr w:type="spellEnd"/>
      <w:r w:rsidRPr="00C65A0F">
        <w:rPr>
          <w:rFonts w:ascii="Times New Roman" w:hAnsi="Times New Roman" w:cs="Times New Roman"/>
        </w:rPr>
        <w:t xml:space="preserve"> </w:t>
      </w:r>
      <w:proofErr w:type="spellStart"/>
      <w:r w:rsidRPr="00C65A0F">
        <w:rPr>
          <w:rFonts w:ascii="Times New Roman" w:hAnsi="Times New Roman" w:cs="Times New Roman"/>
        </w:rPr>
        <w:t>como</w:t>
      </w:r>
      <w:proofErr w:type="spellEnd"/>
      <w:r w:rsidRPr="00C65A0F">
        <w:rPr>
          <w:rFonts w:ascii="Times New Roman" w:hAnsi="Times New Roman" w:cs="Times New Roman"/>
        </w:rPr>
        <w:t xml:space="preserve"> </w:t>
      </w:r>
      <w:proofErr w:type="spellStart"/>
      <w:r w:rsidRPr="00C65A0F">
        <w:rPr>
          <w:rFonts w:ascii="Times New Roman" w:hAnsi="Times New Roman" w:cs="Times New Roman"/>
        </w:rPr>
        <w:t>objetivos</w:t>
      </w:r>
      <w:proofErr w:type="spellEnd"/>
      <w:r w:rsidRPr="00C65A0F">
        <w:rPr>
          <w:rFonts w:ascii="Times New Roman" w:hAnsi="Times New Roman" w:cs="Times New Roman"/>
        </w:rPr>
        <w:t>:</w:t>
      </w:r>
    </w:p>
    <w:p w14:paraId="68F84334" w14:textId="77777777" w:rsidR="00823261" w:rsidRPr="00C65A0F" w:rsidRDefault="00000000" w:rsidP="00C65A0F">
      <w:pPr>
        <w:pStyle w:val="Commarcadores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65A0F">
        <w:rPr>
          <w:rFonts w:ascii="Times New Roman" w:hAnsi="Times New Roman" w:cs="Times New Roman"/>
        </w:rPr>
        <w:t xml:space="preserve">I – </w:t>
      </w:r>
      <w:proofErr w:type="spellStart"/>
      <w:r w:rsidRPr="00C65A0F">
        <w:rPr>
          <w:rFonts w:ascii="Times New Roman" w:hAnsi="Times New Roman" w:cs="Times New Roman"/>
        </w:rPr>
        <w:t>Localizar</w:t>
      </w:r>
      <w:proofErr w:type="spellEnd"/>
      <w:r w:rsidRPr="00C65A0F">
        <w:rPr>
          <w:rFonts w:ascii="Times New Roman" w:hAnsi="Times New Roman" w:cs="Times New Roman"/>
        </w:rPr>
        <w:t xml:space="preserve"> </w:t>
      </w:r>
      <w:proofErr w:type="spellStart"/>
      <w:r w:rsidRPr="00C65A0F">
        <w:rPr>
          <w:rFonts w:ascii="Times New Roman" w:hAnsi="Times New Roman" w:cs="Times New Roman"/>
        </w:rPr>
        <w:t>crianças</w:t>
      </w:r>
      <w:proofErr w:type="spellEnd"/>
      <w:r w:rsidRPr="00C65A0F">
        <w:rPr>
          <w:rFonts w:ascii="Times New Roman" w:hAnsi="Times New Roman" w:cs="Times New Roman"/>
        </w:rPr>
        <w:t xml:space="preserve"> e </w:t>
      </w:r>
      <w:proofErr w:type="spellStart"/>
      <w:r w:rsidRPr="00C65A0F">
        <w:rPr>
          <w:rFonts w:ascii="Times New Roman" w:hAnsi="Times New Roman" w:cs="Times New Roman"/>
        </w:rPr>
        <w:t>adolescentes</w:t>
      </w:r>
      <w:proofErr w:type="spellEnd"/>
      <w:r w:rsidRPr="00C65A0F">
        <w:rPr>
          <w:rFonts w:ascii="Times New Roman" w:hAnsi="Times New Roman" w:cs="Times New Roman"/>
        </w:rPr>
        <w:t xml:space="preserve"> </w:t>
      </w:r>
      <w:proofErr w:type="spellStart"/>
      <w:r w:rsidRPr="00C65A0F">
        <w:rPr>
          <w:rFonts w:ascii="Times New Roman" w:hAnsi="Times New Roman" w:cs="Times New Roman"/>
        </w:rPr>
        <w:t>em</w:t>
      </w:r>
      <w:proofErr w:type="spellEnd"/>
      <w:r w:rsidRPr="00C65A0F">
        <w:rPr>
          <w:rFonts w:ascii="Times New Roman" w:hAnsi="Times New Roman" w:cs="Times New Roman"/>
        </w:rPr>
        <w:t xml:space="preserve"> </w:t>
      </w:r>
      <w:proofErr w:type="spellStart"/>
      <w:r w:rsidRPr="00C65A0F">
        <w:rPr>
          <w:rFonts w:ascii="Times New Roman" w:hAnsi="Times New Roman" w:cs="Times New Roman"/>
        </w:rPr>
        <w:t>idade</w:t>
      </w:r>
      <w:proofErr w:type="spellEnd"/>
      <w:r w:rsidRPr="00C65A0F">
        <w:rPr>
          <w:rFonts w:ascii="Times New Roman" w:hAnsi="Times New Roman" w:cs="Times New Roman"/>
        </w:rPr>
        <w:t xml:space="preserve"> escolar </w:t>
      </w:r>
      <w:proofErr w:type="spellStart"/>
      <w:r w:rsidRPr="00C65A0F">
        <w:rPr>
          <w:rFonts w:ascii="Times New Roman" w:hAnsi="Times New Roman" w:cs="Times New Roman"/>
        </w:rPr>
        <w:t>obrigatória</w:t>
      </w:r>
      <w:proofErr w:type="spellEnd"/>
      <w:r w:rsidRPr="00C65A0F">
        <w:rPr>
          <w:rFonts w:ascii="Times New Roman" w:hAnsi="Times New Roman" w:cs="Times New Roman"/>
        </w:rPr>
        <w:t xml:space="preserve"> que </w:t>
      </w:r>
      <w:proofErr w:type="spellStart"/>
      <w:r w:rsidRPr="00C65A0F">
        <w:rPr>
          <w:rFonts w:ascii="Times New Roman" w:hAnsi="Times New Roman" w:cs="Times New Roman"/>
        </w:rPr>
        <w:t>não</w:t>
      </w:r>
      <w:proofErr w:type="spellEnd"/>
      <w:r w:rsidRPr="00C65A0F">
        <w:rPr>
          <w:rFonts w:ascii="Times New Roman" w:hAnsi="Times New Roman" w:cs="Times New Roman"/>
        </w:rPr>
        <w:t xml:space="preserve"> </w:t>
      </w:r>
      <w:proofErr w:type="spellStart"/>
      <w:r w:rsidRPr="00C65A0F">
        <w:rPr>
          <w:rFonts w:ascii="Times New Roman" w:hAnsi="Times New Roman" w:cs="Times New Roman"/>
        </w:rPr>
        <w:t>estejam</w:t>
      </w:r>
      <w:proofErr w:type="spellEnd"/>
      <w:r w:rsidRPr="00C65A0F">
        <w:rPr>
          <w:rFonts w:ascii="Times New Roman" w:hAnsi="Times New Roman" w:cs="Times New Roman"/>
        </w:rPr>
        <w:t xml:space="preserve"> </w:t>
      </w:r>
      <w:proofErr w:type="spellStart"/>
      <w:r w:rsidRPr="00C65A0F">
        <w:rPr>
          <w:rFonts w:ascii="Times New Roman" w:hAnsi="Times New Roman" w:cs="Times New Roman"/>
        </w:rPr>
        <w:t>matriculados</w:t>
      </w:r>
      <w:proofErr w:type="spellEnd"/>
      <w:r w:rsidRPr="00C65A0F">
        <w:rPr>
          <w:rFonts w:ascii="Times New Roman" w:hAnsi="Times New Roman" w:cs="Times New Roman"/>
        </w:rPr>
        <w:t xml:space="preserve"> </w:t>
      </w:r>
      <w:proofErr w:type="spellStart"/>
      <w:r w:rsidRPr="00C65A0F">
        <w:rPr>
          <w:rFonts w:ascii="Times New Roman" w:hAnsi="Times New Roman" w:cs="Times New Roman"/>
        </w:rPr>
        <w:t>em</w:t>
      </w:r>
      <w:proofErr w:type="spellEnd"/>
      <w:r w:rsidRPr="00C65A0F">
        <w:rPr>
          <w:rFonts w:ascii="Times New Roman" w:hAnsi="Times New Roman" w:cs="Times New Roman"/>
        </w:rPr>
        <w:t xml:space="preserve"> </w:t>
      </w:r>
      <w:proofErr w:type="spellStart"/>
      <w:r w:rsidRPr="00C65A0F">
        <w:rPr>
          <w:rFonts w:ascii="Times New Roman" w:hAnsi="Times New Roman" w:cs="Times New Roman"/>
        </w:rPr>
        <w:t>nenhuma</w:t>
      </w:r>
      <w:proofErr w:type="spellEnd"/>
      <w:r w:rsidRPr="00C65A0F">
        <w:rPr>
          <w:rFonts w:ascii="Times New Roman" w:hAnsi="Times New Roman" w:cs="Times New Roman"/>
        </w:rPr>
        <w:t xml:space="preserve"> </w:t>
      </w:r>
      <w:proofErr w:type="spellStart"/>
      <w:r w:rsidRPr="00C65A0F">
        <w:rPr>
          <w:rFonts w:ascii="Times New Roman" w:hAnsi="Times New Roman" w:cs="Times New Roman"/>
        </w:rPr>
        <w:t>instituição</w:t>
      </w:r>
      <w:proofErr w:type="spellEnd"/>
      <w:r w:rsidRPr="00C65A0F">
        <w:rPr>
          <w:rFonts w:ascii="Times New Roman" w:hAnsi="Times New Roman" w:cs="Times New Roman"/>
        </w:rPr>
        <w:t xml:space="preserve"> de </w:t>
      </w:r>
      <w:proofErr w:type="spellStart"/>
      <w:r w:rsidRPr="00C65A0F">
        <w:rPr>
          <w:rFonts w:ascii="Times New Roman" w:hAnsi="Times New Roman" w:cs="Times New Roman"/>
        </w:rPr>
        <w:t>ensino</w:t>
      </w:r>
      <w:proofErr w:type="spellEnd"/>
      <w:r w:rsidRPr="00C65A0F">
        <w:rPr>
          <w:rFonts w:ascii="Times New Roman" w:hAnsi="Times New Roman" w:cs="Times New Roman"/>
        </w:rPr>
        <w:t>;</w:t>
      </w:r>
    </w:p>
    <w:p w14:paraId="17371CED" w14:textId="77777777" w:rsidR="00823261" w:rsidRPr="00C65A0F" w:rsidRDefault="00000000" w:rsidP="00C65A0F">
      <w:pPr>
        <w:pStyle w:val="Commarcadores"/>
        <w:numPr>
          <w:ilvl w:val="0"/>
          <w:numId w:val="0"/>
        </w:numPr>
        <w:spacing w:after="0" w:line="240" w:lineRule="auto"/>
        <w:ind w:left="360" w:hanging="360"/>
        <w:jc w:val="both"/>
        <w:rPr>
          <w:rFonts w:ascii="Times New Roman" w:hAnsi="Times New Roman" w:cs="Times New Roman"/>
        </w:rPr>
      </w:pPr>
      <w:r w:rsidRPr="00C65A0F">
        <w:rPr>
          <w:rFonts w:ascii="Times New Roman" w:hAnsi="Times New Roman" w:cs="Times New Roman"/>
        </w:rPr>
        <w:t xml:space="preserve">II – </w:t>
      </w:r>
      <w:proofErr w:type="spellStart"/>
      <w:r w:rsidRPr="00C65A0F">
        <w:rPr>
          <w:rFonts w:ascii="Times New Roman" w:hAnsi="Times New Roman" w:cs="Times New Roman"/>
        </w:rPr>
        <w:t>Promover</w:t>
      </w:r>
      <w:proofErr w:type="spellEnd"/>
      <w:r w:rsidRPr="00C65A0F">
        <w:rPr>
          <w:rFonts w:ascii="Times New Roman" w:hAnsi="Times New Roman" w:cs="Times New Roman"/>
        </w:rPr>
        <w:t xml:space="preserve">, </w:t>
      </w:r>
      <w:proofErr w:type="spellStart"/>
      <w:r w:rsidRPr="00C65A0F">
        <w:rPr>
          <w:rFonts w:ascii="Times New Roman" w:hAnsi="Times New Roman" w:cs="Times New Roman"/>
        </w:rPr>
        <w:t>em</w:t>
      </w:r>
      <w:proofErr w:type="spellEnd"/>
      <w:r w:rsidRPr="00C65A0F">
        <w:rPr>
          <w:rFonts w:ascii="Times New Roman" w:hAnsi="Times New Roman" w:cs="Times New Roman"/>
        </w:rPr>
        <w:t xml:space="preserve"> </w:t>
      </w:r>
      <w:proofErr w:type="spellStart"/>
      <w:r w:rsidRPr="00C65A0F">
        <w:rPr>
          <w:rFonts w:ascii="Times New Roman" w:hAnsi="Times New Roman" w:cs="Times New Roman"/>
        </w:rPr>
        <w:t>parceria</w:t>
      </w:r>
      <w:proofErr w:type="spellEnd"/>
      <w:r w:rsidRPr="00C65A0F">
        <w:rPr>
          <w:rFonts w:ascii="Times New Roman" w:hAnsi="Times New Roman" w:cs="Times New Roman"/>
        </w:rPr>
        <w:t xml:space="preserve"> com as </w:t>
      </w:r>
      <w:proofErr w:type="spellStart"/>
      <w:r w:rsidRPr="00C65A0F">
        <w:rPr>
          <w:rFonts w:ascii="Times New Roman" w:hAnsi="Times New Roman" w:cs="Times New Roman"/>
        </w:rPr>
        <w:t>escolas</w:t>
      </w:r>
      <w:proofErr w:type="spellEnd"/>
      <w:r w:rsidRPr="00C65A0F">
        <w:rPr>
          <w:rFonts w:ascii="Times New Roman" w:hAnsi="Times New Roman" w:cs="Times New Roman"/>
        </w:rPr>
        <w:t xml:space="preserve">, o </w:t>
      </w:r>
      <w:proofErr w:type="spellStart"/>
      <w:r w:rsidRPr="00C65A0F">
        <w:rPr>
          <w:rFonts w:ascii="Times New Roman" w:hAnsi="Times New Roman" w:cs="Times New Roman"/>
        </w:rPr>
        <w:t>registro</w:t>
      </w:r>
      <w:proofErr w:type="spellEnd"/>
      <w:r w:rsidRPr="00C65A0F">
        <w:rPr>
          <w:rFonts w:ascii="Times New Roman" w:hAnsi="Times New Roman" w:cs="Times New Roman"/>
        </w:rPr>
        <w:t xml:space="preserve"> e </w:t>
      </w:r>
      <w:proofErr w:type="spellStart"/>
      <w:r w:rsidRPr="00C65A0F">
        <w:rPr>
          <w:rFonts w:ascii="Times New Roman" w:hAnsi="Times New Roman" w:cs="Times New Roman"/>
        </w:rPr>
        <w:t>acompanhamento</w:t>
      </w:r>
      <w:proofErr w:type="spellEnd"/>
      <w:r w:rsidRPr="00C65A0F">
        <w:rPr>
          <w:rFonts w:ascii="Times New Roman" w:hAnsi="Times New Roman" w:cs="Times New Roman"/>
        </w:rPr>
        <w:t xml:space="preserve"> </w:t>
      </w:r>
      <w:proofErr w:type="spellStart"/>
      <w:r w:rsidRPr="00C65A0F">
        <w:rPr>
          <w:rFonts w:ascii="Times New Roman" w:hAnsi="Times New Roman" w:cs="Times New Roman"/>
        </w:rPr>
        <w:t>sistemático</w:t>
      </w:r>
      <w:proofErr w:type="spellEnd"/>
      <w:r w:rsidRPr="00C65A0F">
        <w:rPr>
          <w:rFonts w:ascii="Times New Roman" w:hAnsi="Times New Roman" w:cs="Times New Roman"/>
        </w:rPr>
        <w:t xml:space="preserve"> da </w:t>
      </w:r>
      <w:proofErr w:type="spellStart"/>
      <w:r w:rsidRPr="00C65A0F">
        <w:rPr>
          <w:rFonts w:ascii="Times New Roman" w:hAnsi="Times New Roman" w:cs="Times New Roman"/>
        </w:rPr>
        <w:t>matrícula</w:t>
      </w:r>
      <w:proofErr w:type="spellEnd"/>
      <w:r w:rsidRPr="00C65A0F">
        <w:rPr>
          <w:rFonts w:ascii="Times New Roman" w:hAnsi="Times New Roman" w:cs="Times New Roman"/>
        </w:rPr>
        <w:t>;</w:t>
      </w:r>
    </w:p>
    <w:p w14:paraId="385D6D51" w14:textId="77777777" w:rsidR="00823261" w:rsidRPr="00C65A0F" w:rsidRDefault="00000000" w:rsidP="00C65A0F">
      <w:pPr>
        <w:pStyle w:val="Commarcadores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65A0F">
        <w:rPr>
          <w:rFonts w:ascii="Times New Roman" w:hAnsi="Times New Roman" w:cs="Times New Roman"/>
        </w:rPr>
        <w:t xml:space="preserve">III – </w:t>
      </w:r>
      <w:proofErr w:type="spellStart"/>
      <w:r w:rsidRPr="00C65A0F">
        <w:rPr>
          <w:rFonts w:ascii="Times New Roman" w:hAnsi="Times New Roman" w:cs="Times New Roman"/>
        </w:rPr>
        <w:t>Garantir</w:t>
      </w:r>
      <w:proofErr w:type="spellEnd"/>
      <w:r w:rsidRPr="00C65A0F">
        <w:rPr>
          <w:rFonts w:ascii="Times New Roman" w:hAnsi="Times New Roman" w:cs="Times New Roman"/>
        </w:rPr>
        <w:t xml:space="preserve"> a </w:t>
      </w:r>
      <w:proofErr w:type="spellStart"/>
      <w:r w:rsidRPr="00C65A0F">
        <w:rPr>
          <w:rFonts w:ascii="Times New Roman" w:hAnsi="Times New Roman" w:cs="Times New Roman"/>
        </w:rPr>
        <w:t>efetivação</w:t>
      </w:r>
      <w:proofErr w:type="spellEnd"/>
      <w:r w:rsidRPr="00C65A0F">
        <w:rPr>
          <w:rFonts w:ascii="Times New Roman" w:hAnsi="Times New Roman" w:cs="Times New Roman"/>
        </w:rPr>
        <w:t xml:space="preserve"> da </w:t>
      </w:r>
      <w:proofErr w:type="spellStart"/>
      <w:r w:rsidRPr="00C65A0F">
        <w:rPr>
          <w:rFonts w:ascii="Times New Roman" w:hAnsi="Times New Roman" w:cs="Times New Roman"/>
        </w:rPr>
        <w:t>matrícula</w:t>
      </w:r>
      <w:proofErr w:type="spellEnd"/>
      <w:r w:rsidRPr="00C65A0F">
        <w:rPr>
          <w:rFonts w:ascii="Times New Roman" w:hAnsi="Times New Roman" w:cs="Times New Roman"/>
        </w:rPr>
        <w:t xml:space="preserve"> </w:t>
      </w:r>
      <w:proofErr w:type="spellStart"/>
      <w:r w:rsidRPr="00C65A0F">
        <w:rPr>
          <w:rFonts w:ascii="Times New Roman" w:hAnsi="Times New Roman" w:cs="Times New Roman"/>
        </w:rPr>
        <w:t>em</w:t>
      </w:r>
      <w:proofErr w:type="spellEnd"/>
      <w:r w:rsidRPr="00C65A0F">
        <w:rPr>
          <w:rFonts w:ascii="Times New Roman" w:hAnsi="Times New Roman" w:cs="Times New Roman"/>
        </w:rPr>
        <w:t xml:space="preserve"> </w:t>
      </w:r>
      <w:proofErr w:type="spellStart"/>
      <w:r w:rsidRPr="00C65A0F">
        <w:rPr>
          <w:rFonts w:ascii="Times New Roman" w:hAnsi="Times New Roman" w:cs="Times New Roman"/>
        </w:rPr>
        <w:t>unidade</w:t>
      </w:r>
      <w:proofErr w:type="spellEnd"/>
      <w:r w:rsidRPr="00C65A0F">
        <w:rPr>
          <w:rFonts w:ascii="Times New Roman" w:hAnsi="Times New Roman" w:cs="Times New Roman"/>
        </w:rPr>
        <w:t xml:space="preserve"> escolar da Rede Municipal de Ensino, </w:t>
      </w:r>
      <w:proofErr w:type="spellStart"/>
      <w:r w:rsidRPr="00C65A0F">
        <w:rPr>
          <w:rFonts w:ascii="Times New Roman" w:hAnsi="Times New Roman" w:cs="Times New Roman"/>
        </w:rPr>
        <w:t>assegurando</w:t>
      </w:r>
      <w:proofErr w:type="spellEnd"/>
      <w:r w:rsidRPr="00C65A0F">
        <w:rPr>
          <w:rFonts w:ascii="Times New Roman" w:hAnsi="Times New Roman" w:cs="Times New Roman"/>
        </w:rPr>
        <w:t xml:space="preserve"> o </w:t>
      </w:r>
      <w:proofErr w:type="spellStart"/>
      <w:r w:rsidRPr="00C65A0F">
        <w:rPr>
          <w:rFonts w:ascii="Times New Roman" w:hAnsi="Times New Roman" w:cs="Times New Roman"/>
        </w:rPr>
        <w:t>direito</w:t>
      </w:r>
      <w:proofErr w:type="spellEnd"/>
      <w:r w:rsidRPr="00C65A0F">
        <w:rPr>
          <w:rFonts w:ascii="Times New Roman" w:hAnsi="Times New Roman" w:cs="Times New Roman"/>
        </w:rPr>
        <w:t xml:space="preserve"> </w:t>
      </w:r>
      <w:proofErr w:type="spellStart"/>
      <w:r w:rsidRPr="00C65A0F">
        <w:rPr>
          <w:rFonts w:ascii="Times New Roman" w:hAnsi="Times New Roman" w:cs="Times New Roman"/>
        </w:rPr>
        <w:t>constitucional</w:t>
      </w:r>
      <w:proofErr w:type="spellEnd"/>
      <w:r w:rsidRPr="00C65A0F">
        <w:rPr>
          <w:rFonts w:ascii="Times New Roman" w:hAnsi="Times New Roman" w:cs="Times New Roman"/>
        </w:rPr>
        <w:t xml:space="preserve"> à </w:t>
      </w:r>
      <w:proofErr w:type="spellStart"/>
      <w:r w:rsidRPr="00C65A0F">
        <w:rPr>
          <w:rFonts w:ascii="Times New Roman" w:hAnsi="Times New Roman" w:cs="Times New Roman"/>
        </w:rPr>
        <w:t>educação</w:t>
      </w:r>
      <w:proofErr w:type="spellEnd"/>
      <w:r w:rsidRPr="00C65A0F">
        <w:rPr>
          <w:rFonts w:ascii="Times New Roman" w:hAnsi="Times New Roman" w:cs="Times New Roman"/>
        </w:rPr>
        <w:t>;</w:t>
      </w:r>
    </w:p>
    <w:p w14:paraId="73377F42" w14:textId="77777777" w:rsidR="00823261" w:rsidRPr="00C65A0F" w:rsidRDefault="00000000" w:rsidP="00C65A0F">
      <w:pPr>
        <w:pStyle w:val="Commarcadores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65A0F">
        <w:rPr>
          <w:rFonts w:ascii="Times New Roman" w:hAnsi="Times New Roman" w:cs="Times New Roman"/>
        </w:rPr>
        <w:t xml:space="preserve">IV – Articular </w:t>
      </w:r>
      <w:proofErr w:type="spellStart"/>
      <w:r w:rsidRPr="00C65A0F">
        <w:rPr>
          <w:rFonts w:ascii="Times New Roman" w:hAnsi="Times New Roman" w:cs="Times New Roman"/>
        </w:rPr>
        <w:t>ações</w:t>
      </w:r>
      <w:proofErr w:type="spellEnd"/>
      <w:r w:rsidRPr="00C65A0F">
        <w:rPr>
          <w:rFonts w:ascii="Times New Roman" w:hAnsi="Times New Roman" w:cs="Times New Roman"/>
        </w:rPr>
        <w:t xml:space="preserve"> </w:t>
      </w:r>
      <w:proofErr w:type="spellStart"/>
      <w:r w:rsidRPr="00C65A0F">
        <w:rPr>
          <w:rFonts w:ascii="Times New Roman" w:hAnsi="Times New Roman" w:cs="Times New Roman"/>
        </w:rPr>
        <w:t>intersetoriais</w:t>
      </w:r>
      <w:proofErr w:type="spellEnd"/>
      <w:r w:rsidRPr="00C65A0F">
        <w:rPr>
          <w:rFonts w:ascii="Times New Roman" w:hAnsi="Times New Roman" w:cs="Times New Roman"/>
        </w:rPr>
        <w:t xml:space="preserve"> com </w:t>
      </w:r>
      <w:proofErr w:type="spellStart"/>
      <w:r w:rsidRPr="00C65A0F">
        <w:rPr>
          <w:rFonts w:ascii="Times New Roman" w:hAnsi="Times New Roman" w:cs="Times New Roman"/>
        </w:rPr>
        <w:t>saúde</w:t>
      </w:r>
      <w:proofErr w:type="spellEnd"/>
      <w:r w:rsidRPr="00C65A0F">
        <w:rPr>
          <w:rFonts w:ascii="Times New Roman" w:hAnsi="Times New Roman" w:cs="Times New Roman"/>
        </w:rPr>
        <w:t xml:space="preserve">, </w:t>
      </w:r>
      <w:proofErr w:type="spellStart"/>
      <w:r w:rsidRPr="00C65A0F">
        <w:rPr>
          <w:rFonts w:ascii="Times New Roman" w:hAnsi="Times New Roman" w:cs="Times New Roman"/>
        </w:rPr>
        <w:t>assistência</w:t>
      </w:r>
      <w:proofErr w:type="spellEnd"/>
      <w:r w:rsidRPr="00C65A0F">
        <w:rPr>
          <w:rFonts w:ascii="Times New Roman" w:hAnsi="Times New Roman" w:cs="Times New Roman"/>
        </w:rPr>
        <w:t xml:space="preserve"> social e </w:t>
      </w:r>
      <w:proofErr w:type="spellStart"/>
      <w:r w:rsidRPr="00C65A0F">
        <w:rPr>
          <w:rFonts w:ascii="Times New Roman" w:hAnsi="Times New Roman" w:cs="Times New Roman"/>
        </w:rPr>
        <w:t>conselho</w:t>
      </w:r>
      <w:proofErr w:type="spellEnd"/>
      <w:r w:rsidRPr="00C65A0F">
        <w:rPr>
          <w:rFonts w:ascii="Times New Roman" w:hAnsi="Times New Roman" w:cs="Times New Roman"/>
        </w:rPr>
        <w:t xml:space="preserve"> tutelar para </w:t>
      </w:r>
      <w:proofErr w:type="spellStart"/>
      <w:r w:rsidRPr="00C65A0F">
        <w:rPr>
          <w:rFonts w:ascii="Times New Roman" w:hAnsi="Times New Roman" w:cs="Times New Roman"/>
        </w:rPr>
        <w:t>assegurar</w:t>
      </w:r>
      <w:proofErr w:type="spellEnd"/>
      <w:r w:rsidRPr="00C65A0F">
        <w:rPr>
          <w:rFonts w:ascii="Times New Roman" w:hAnsi="Times New Roman" w:cs="Times New Roman"/>
        </w:rPr>
        <w:t xml:space="preserve"> a </w:t>
      </w:r>
      <w:proofErr w:type="spellStart"/>
      <w:r w:rsidRPr="00C65A0F">
        <w:rPr>
          <w:rFonts w:ascii="Times New Roman" w:hAnsi="Times New Roman" w:cs="Times New Roman"/>
        </w:rPr>
        <w:t>frequência</w:t>
      </w:r>
      <w:proofErr w:type="spellEnd"/>
      <w:r w:rsidRPr="00C65A0F">
        <w:rPr>
          <w:rFonts w:ascii="Times New Roman" w:hAnsi="Times New Roman" w:cs="Times New Roman"/>
        </w:rPr>
        <w:t xml:space="preserve"> escolar;</w:t>
      </w:r>
    </w:p>
    <w:p w14:paraId="331A0814" w14:textId="77777777" w:rsidR="00823261" w:rsidRPr="00C65A0F" w:rsidRDefault="00000000" w:rsidP="00C65A0F">
      <w:pPr>
        <w:pStyle w:val="Commarcadores"/>
        <w:numPr>
          <w:ilvl w:val="0"/>
          <w:numId w:val="0"/>
        </w:numPr>
        <w:spacing w:after="0" w:line="240" w:lineRule="auto"/>
        <w:ind w:left="360" w:hanging="360"/>
        <w:jc w:val="both"/>
        <w:rPr>
          <w:rFonts w:ascii="Times New Roman" w:hAnsi="Times New Roman" w:cs="Times New Roman"/>
        </w:rPr>
      </w:pPr>
      <w:r w:rsidRPr="00C65A0F">
        <w:rPr>
          <w:rFonts w:ascii="Times New Roman" w:hAnsi="Times New Roman" w:cs="Times New Roman"/>
        </w:rPr>
        <w:t xml:space="preserve">V – </w:t>
      </w:r>
      <w:proofErr w:type="spellStart"/>
      <w:r w:rsidRPr="00C65A0F">
        <w:rPr>
          <w:rFonts w:ascii="Times New Roman" w:hAnsi="Times New Roman" w:cs="Times New Roman"/>
        </w:rPr>
        <w:t>Elaborar</w:t>
      </w:r>
      <w:proofErr w:type="spellEnd"/>
      <w:r w:rsidRPr="00C65A0F">
        <w:rPr>
          <w:rFonts w:ascii="Times New Roman" w:hAnsi="Times New Roman" w:cs="Times New Roman"/>
        </w:rPr>
        <w:t xml:space="preserve"> </w:t>
      </w:r>
      <w:proofErr w:type="spellStart"/>
      <w:r w:rsidRPr="00C65A0F">
        <w:rPr>
          <w:rFonts w:ascii="Times New Roman" w:hAnsi="Times New Roman" w:cs="Times New Roman"/>
        </w:rPr>
        <w:t>relatórios</w:t>
      </w:r>
      <w:proofErr w:type="spellEnd"/>
      <w:r w:rsidRPr="00C65A0F">
        <w:rPr>
          <w:rFonts w:ascii="Times New Roman" w:hAnsi="Times New Roman" w:cs="Times New Roman"/>
        </w:rPr>
        <w:t xml:space="preserve"> </w:t>
      </w:r>
      <w:proofErr w:type="spellStart"/>
      <w:r w:rsidRPr="00C65A0F">
        <w:rPr>
          <w:rFonts w:ascii="Times New Roman" w:hAnsi="Times New Roman" w:cs="Times New Roman"/>
        </w:rPr>
        <w:t>periódicos</w:t>
      </w:r>
      <w:proofErr w:type="spellEnd"/>
      <w:r w:rsidRPr="00C65A0F">
        <w:rPr>
          <w:rFonts w:ascii="Times New Roman" w:hAnsi="Times New Roman" w:cs="Times New Roman"/>
        </w:rPr>
        <w:t xml:space="preserve"> </w:t>
      </w:r>
      <w:proofErr w:type="spellStart"/>
      <w:r w:rsidRPr="00C65A0F">
        <w:rPr>
          <w:rFonts w:ascii="Times New Roman" w:hAnsi="Times New Roman" w:cs="Times New Roman"/>
        </w:rPr>
        <w:t>sobre</w:t>
      </w:r>
      <w:proofErr w:type="spellEnd"/>
      <w:r w:rsidRPr="00C65A0F">
        <w:rPr>
          <w:rFonts w:ascii="Times New Roman" w:hAnsi="Times New Roman" w:cs="Times New Roman"/>
        </w:rPr>
        <w:t xml:space="preserve"> a </w:t>
      </w:r>
      <w:proofErr w:type="spellStart"/>
      <w:r w:rsidRPr="00C65A0F">
        <w:rPr>
          <w:rFonts w:ascii="Times New Roman" w:hAnsi="Times New Roman" w:cs="Times New Roman"/>
        </w:rPr>
        <w:t>situação</w:t>
      </w:r>
      <w:proofErr w:type="spellEnd"/>
      <w:r w:rsidRPr="00C65A0F">
        <w:rPr>
          <w:rFonts w:ascii="Times New Roman" w:hAnsi="Times New Roman" w:cs="Times New Roman"/>
        </w:rPr>
        <w:t xml:space="preserve"> da </w:t>
      </w:r>
      <w:proofErr w:type="spellStart"/>
      <w:r w:rsidRPr="00C65A0F">
        <w:rPr>
          <w:rFonts w:ascii="Times New Roman" w:hAnsi="Times New Roman" w:cs="Times New Roman"/>
        </w:rPr>
        <w:t>matrícula</w:t>
      </w:r>
      <w:proofErr w:type="spellEnd"/>
      <w:r w:rsidRPr="00C65A0F">
        <w:rPr>
          <w:rFonts w:ascii="Times New Roman" w:hAnsi="Times New Roman" w:cs="Times New Roman"/>
        </w:rPr>
        <w:t xml:space="preserve"> e da </w:t>
      </w:r>
      <w:proofErr w:type="spellStart"/>
      <w:r w:rsidRPr="00C65A0F">
        <w:rPr>
          <w:rFonts w:ascii="Times New Roman" w:hAnsi="Times New Roman" w:cs="Times New Roman"/>
        </w:rPr>
        <w:t>permanência</w:t>
      </w:r>
      <w:proofErr w:type="spellEnd"/>
      <w:r w:rsidRPr="00C65A0F">
        <w:rPr>
          <w:rFonts w:ascii="Times New Roman" w:hAnsi="Times New Roman" w:cs="Times New Roman"/>
        </w:rPr>
        <w:t xml:space="preserve"> escolar.</w:t>
      </w:r>
    </w:p>
    <w:p w14:paraId="08B4BFE9" w14:textId="3B155B79" w:rsidR="00823261" w:rsidRPr="00C65A0F" w:rsidRDefault="00000000" w:rsidP="00C65A0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65A0F">
        <w:rPr>
          <w:rFonts w:ascii="Times New Roman" w:hAnsi="Times New Roman" w:cs="Times New Roman"/>
        </w:rPr>
        <w:br/>
      </w:r>
      <w:r w:rsidRPr="00C65A0F">
        <w:rPr>
          <w:rFonts w:ascii="Times New Roman" w:hAnsi="Times New Roman" w:cs="Times New Roman"/>
          <w:b/>
          <w:bCs/>
        </w:rPr>
        <w:t>Art. 3º</w:t>
      </w:r>
      <w:r w:rsidR="00C65A0F">
        <w:rPr>
          <w:rFonts w:ascii="Times New Roman" w:hAnsi="Times New Roman" w:cs="Times New Roman"/>
          <w:b/>
          <w:bCs/>
        </w:rPr>
        <w:t xml:space="preserve">. </w:t>
      </w:r>
      <w:r w:rsidRPr="00C65A0F">
        <w:rPr>
          <w:rFonts w:ascii="Times New Roman" w:hAnsi="Times New Roman" w:cs="Times New Roman"/>
        </w:rPr>
        <w:t xml:space="preserve">Para </w:t>
      </w:r>
      <w:proofErr w:type="gramStart"/>
      <w:r w:rsidRPr="00C65A0F">
        <w:rPr>
          <w:rFonts w:ascii="Times New Roman" w:hAnsi="Times New Roman" w:cs="Times New Roman"/>
        </w:rPr>
        <w:t>a</w:t>
      </w:r>
      <w:proofErr w:type="gramEnd"/>
      <w:r w:rsidRPr="00C65A0F">
        <w:rPr>
          <w:rFonts w:ascii="Times New Roman" w:hAnsi="Times New Roman" w:cs="Times New Roman"/>
        </w:rPr>
        <w:t xml:space="preserve"> </w:t>
      </w:r>
      <w:proofErr w:type="spellStart"/>
      <w:r w:rsidRPr="00C65A0F">
        <w:rPr>
          <w:rFonts w:ascii="Times New Roman" w:hAnsi="Times New Roman" w:cs="Times New Roman"/>
        </w:rPr>
        <w:t>implementação</w:t>
      </w:r>
      <w:proofErr w:type="spellEnd"/>
      <w:r w:rsidRPr="00C65A0F">
        <w:rPr>
          <w:rFonts w:ascii="Times New Roman" w:hAnsi="Times New Roman" w:cs="Times New Roman"/>
        </w:rPr>
        <w:t xml:space="preserve"> </w:t>
      </w:r>
      <w:proofErr w:type="spellStart"/>
      <w:r w:rsidRPr="00C65A0F">
        <w:rPr>
          <w:rFonts w:ascii="Times New Roman" w:hAnsi="Times New Roman" w:cs="Times New Roman"/>
        </w:rPr>
        <w:t>destas</w:t>
      </w:r>
      <w:proofErr w:type="spellEnd"/>
      <w:r w:rsidRPr="00C65A0F">
        <w:rPr>
          <w:rFonts w:ascii="Times New Roman" w:hAnsi="Times New Roman" w:cs="Times New Roman"/>
        </w:rPr>
        <w:t xml:space="preserve"> </w:t>
      </w:r>
      <w:proofErr w:type="spellStart"/>
      <w:r w:rsidRPr="00C65A0F">
        <w:rPr>
          <w:rFonts w:ascii="Times New Roman" w:hAnsi="Times New Roman" w:cs="Times New Roman"/>
        </w:rPr>
        <w:t>ações</w:t>
      </w:r>
      <w:proofErr w:type="spellEnd"/>
      <w:r w:rsidRPr="00C65A0F">
        <w:rPr>
          <w:rFonts w:ascii="Times New Roman" w:hAnsi="Times New Roman" w:cs="Times New Roman"/>
        </w:rPr>
        <w:t xml:space="preserve">, a </w:t>
      </w:r>
      <w:proofErr w:type="spellStart"/>
      <w:r w:rsidRPr="00C65A0F">
        <w:rPr>
          <w:rFonts w:ascii="Times New Roman" w:hAnsi="Times New Roman" w:cs="Times New Roman"/>
        </w:rPr>
        <w:t>Secretaria</w:t>
      </w:r>
      <w:proofErr w:type="spellEnd"/>
      <w:r w:rsidRPr="00C65A0F">
        <w:rPr>
          <w:rFonts w:ascii="Times New Roman" w:hAnsi="Times New Roman" w:cs="Times New Roman"/>
        </w:rPr>
        <w:t xml:space="preserve"> Municipal de </w:t>
      </w:r>
      <w:proofErr w:type="spellStart"/>
      <w:r w:rsidRPr="00C65A0F">
        <w:rPr>
          <w:rFonts w:ascii="Times New Roman" w:hAnsi="Times New Roman" w:cs="Times New Roman"/>
        </w:rPr>
        <w:t>Educação</w:t>
      </w:r>
      <w:proofErr w:type="spellEnd"/>
      <w:r w:rsidRPr="00C65A0F">
        <w:rPr>
          <w:rFonts w:ascii="Times New Roman" w:hAnsi="Times New Roman" w:cs="Times New Roman"/>
        </w:rPr>
        <w:t xml:space="preserve"> e Cultura </w:t>
      </w:r>
      <w:proofErr w:type="spellStart"/>
      <w:r w:rsidRPr="00C65A0F">
        <w:rPr>
          <w:rFonts w:ascii="Times New Roman" w:hAnsi="Times New Roman" w:cs="Times New Roman"/>
        </w:rPr>
        <w:t>adotará</w:t>
      </w:r>
      <w:proofErr w:type="spellEnd"/>
      <w:r w:rsidRPr="00C65A0F">
        <w:rPr>
          <w:rFonts w:ascii="Times New Roman" w:hAnsi="Times New Roman" w:cs="Times New Roman"/>
        </w:rPr>
        <w:t xml:space="preserve"> as </w:t>
      </w:r>
      <w:proofErr w:type="spellStart"/>
      <w:r w:rsidRPr="00C65A0F">
        <w:rPr>
          <w:rFonts w:ascii="Times New Roman" w:hAnsi="Times New Roman" w:cs="Times New Roman"/>
        </w:rPr>
        <w:t>seguintes</w:t>
      </w:r>
      <w:proofErr w:type="spellEnd"/>
      <w:r w:rsidRPr="00C65A0F">
        <w:rPr>
          <w:rFonts w:ascii="Times New Roman" w:hAnsi="Times New Roman" w:cs="Times New Roman"/>
        </w:rPr>
        <w:t xml:space="preserve"> </w:t>
      </w:r>
      <w:proofErr w:type="spellStart"/>
      <w:r w:rsidRPr="00C65A0F">
        <w:rPr>
          <w:rFonts w:ascii="Times New Roman" w:hAnsi="Times New Roman" w:cs="Times New Roman"/>
        </w:rPr>
        <w:t>medidas</w:t>
      </w:r>
      <w:proofErr w:type="spellEnd"/>
      <w:r w:rsidRPr="00C65A0F">
        <w:rPr>
          <w:rFonts w:ascii="Times New Roman" w:hAnsi="Times New Roman" w:cs="Times New Roman"/>
        </w:rPr>
        <w:t>:</w:t>
      </w:r>
    </w:p>
    <w:p w14:paraId="1932FC8D" w14:textId="77777777" w:rsidR="00823261" w:rsidRPr="00C65A0F" w:rsidRDefault="00000000" w:rsidP="00C65A0F">
      <w:pPr>
        <w:pStyle w:val="Commarcadores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65A0F">
        <w:rPr>
          <w:rFonts w:ascii="Times New Roman" w:hAnsi="Times New Roman" w:cs="Times New Roman"/>
        </w:rPr>
        <w:t xml:space="preserve">I – </w:t>
      </w:r>
      <w:proofErr w:type="spellStart"/>
      <w:r w:rsidRPr="00C65A0F">
        <w:rPr>
          <w:rFonts w:ascii="Times New Roman" w:hAnsi="Times New Roman" w:cs="Times New Roman"/>
        </w:rPr>
        <w:t>Realizar</w:t>
      </w:r>
      <w:proofErr w:type="spellEnd"/>
      <w:r w:rsidRPr="00C65A0F">
        <w:rPr>
          <w:rFonts w:ascii="Times New Roman" w:hAnsi="Times New Roman" w:cs="Times New Roman"/>
        </w:rPr>
        <w:t xml:space="preserve"> </w:t>
      </w:r>
      <w:proofErr w:type="spellStart"/>
      <w:r w:rsidRPr="00C65A0F">
        <w:rPr>
          <w:rFonts w:ascii="Times New Roman" w:hAnsi="Times New Roman" w:cs="Times New Roman"/>
        </w:rPr>
        <w:t>busca</w:t>
      </w:r>
      <w:proofErr w:type="spellEnd"/>
      <w:r w:rsidRPr="00C65A0F">
        <w:rPr>
          <w:rFonts w:ascii="Times New Roman" w:hAnsi="Times New Roman" w:cs="Times New Roman"/>
        </w:rPr>
        <w:t xml:space="preserve"> </w:t>
      </w:r>
      <w:proofErr w:type="spellStart"/>
      <w:r w:rsidRPr="00C65A0F">
        <w:rPr>
          <w:rFonts w:ascii="Times New Roman" w:hAnsi="Times New Roman" w:cs="Times New Roman"/>
        </w:rPr>
        <w:t>ativa</w:t>
      </w:r>
      <w:proofErr w:type="spellEnd"/>
      <w:r w:rsidRPr="00C65A0F">
        <w:rPr>
          <w:rFonts w:ascii="Times New Roman" w:hAnsi="Times New Roman" w:cs="Times New Roman"/>
        </w:rPr>
        <w:t xml:space="preserve"> de </w:t>
      </w:r>
      <w:proofErr w:type="spellStart"/>
      <w:r w:rsidRPr="00C65A0F">
        <w:rPr>
          <w:rFonts w:ascii="Times New Roman" w:hAnsi="Times New Roman" w:cs="Times New Roman"/>
        </w:rPr>
        <w:t>crianças</w:t>
      </w:r>
      <w:proofErr w:type="spellEnd"/>
      <w:r w:rsidRPr="00C65A0F">
        <w:rPr>
          <w:rFonts w:ascii="Times New Roman" w:hAnsi="Times New Roman" w:cs="Times New Roman"/>
        </w:rPr>
        <w:t xml:space="preserve"> e </w:t>
      </w:r>
      <w:proofErr w:type="spellStart"/>
      <w:r w:rsidRPr="00C65A0F">
        <w:rPr>
          <w:rFonts w:ascii="Times New Roman" w:hAnsi="Times New Roman" w:cs="Times New Roman"/>
        </w:rPr>
        <w:t>adolescentes</w:t>
      </w:r>
      <w:proofErr w:type="spellEnd"/>
      <w:r w:rsidRPr="00C65A0F">
        <w:rPr>
          <w:rFonts w:ascii="Times New Roman" w:hAnsi="Times New Roman" w:cs="Times New Roman"/>
        </w:rPr>
        <w:t xml:space="preserve"> fora da </w:t>
      </w:r>
      <w:proofErr w:type="spellStart"/>
      <w:r w:rsidRPr="00C65A0F">
        <w:rPr>
          <w:rFonts w:ascii="Times New Roman" w:hAnsi="Times New Roman" w:cs="Times New Roman"/>
        </w:rPr>
        <w:t>escola</w:t>
      </w:r>
      <w:proofErr w:type="spellEnd"/>
      <w:r w:rsidRPr="00C65A0F">
        <w:rPr>
          <w:rFonts w:ascii="Times New Roman" w:hAnsi="Times New Roman" w:cs="Times New Roman"/>
        </w:rPr>
        <w:t xml:space="preserve">, com </w:t>
      </w:r>
      <w:proofErr w:type="spellStart"/>
      <w:r w:rsidRPr="00C65A0F">
        <w:rPr>
          <w:rFonts w:ascii="Times New Roman" w:hAnsi="Times New Roman" w:cs="Times New Roman"/>
        </w:rPr>
        <w:t>apoio</w:t>
      </w:r>
      <w:proofErr w:type="spellEnd"/>
      <w:r w:rsidRPr="00C65A0F">
        <w:rPr>
          <w:rFonts w:ascii="Times New Roman" w:hAnsi="Times New Roman" w:cs="Times New Roman"/>
        </w:rPr>
        <w:t xml:space="preserve"> das equipes </w:t>
      </w:r>
      <w:proofErr w:type="spellStart"/>
      <w:r w:rsidRPr="00C65A0F">
        <w:rPr>
          <w:rFonts w:ascii="Times New Roman" w:hAnsi="Times New Roman" w:cs="Times New Roman"/>
        </w:rPr>
        <w:t>escolares</w:t>
      </w:r>
      <w:proofErr w:type="spellEnd"/>
      <w:r w:rsidRPr="00C65A0F">
        <w:rPr>
          <w:rFonts w:ascii="Times New Roman" w:hAnsi="Times New Roman" w:cs="Times New Roman"/>
        </w:rPr>
        <w:t xml:space="preserve">, </w:t>
      </w:r>
      <w:proofErr w:type="spellStart"/>
      <w:r w:rsidRPr="00C65A0F">
        <w:rPr>
          <w:rFonts w:ascii="Times New Roman" w:hAnsi="Times New Roman" w:cs="Times New Roman"/>
        </w:rPr>
        <w:t>agentes</w:t>
      </w:r>
      <w:proofErr w:type="spellEnd"/>
      <w:r w:rsidRPr="00C65A0F">
        <w:rPr>
          <w:rFonts w:ascii="Times New Roman" w:hAnsi="Times New Roman" w:cs="Times New Roman"/>
        </w:rPr>
        <w:t xml:space="preserve"> </w:t>
      </w:r>
      <w:proofErr w:type="spellStart"/>
      <w:r w:rsidRPr="00C65A0F">
        <w:rPr>
          <w:rFonts w:ascii="Times New Roman" w:hAnsi="Times New Roman" w:cs="Times New Roman"/>
        </w:rPr>
        <w:t>comunitários</w:t>
      </w:r>
      <w:proofErr w:type="spellEnd"/>
      <w:r w:rsidRPr="00C65A0F">
        <w:rPr>
          <w:rFonts w:ascii="Times New Roman" w:hAnsi="Times New Roman" w:cs="Times New Roman"/>
        </w:rPr>
        <w:t xml:space="preserve"> de </w:t>
      </w:r>
      <w:proofErr w:type="spellStart"/>
      <w:r w:rsidRPr="00C65A0F">
        <w:rPr>
          <w:rFonts w:ascii="Times New Roman" w:hAnsi="Times New Roman" w:cs="Times New Roman"/>
        </w:rPr>
        <w:t>saúde</w:t>
      </w:r>
      <w:proofErr w:type="spellEnd"/>
      <w:r w:rsidRPr="00C65A0F">
        <w:rPr>
          <w:rFonts w:ascii="Times New Roman" w:hAnsi="Times New Roman" w:cs="Times New Roman"/>
        </w:rPr>
        <w:t xml:space="preserve"> e </w:t>
      </w:r>
      <w:proofErr w:type="spellStart"/>
      <w:r w:rsidRPr="00C65A0F">
        <w:rPr>
          <w:rFonts w:ascii="Times New Roman" w:hAnsi="Times New Roman" w:cs="Times New Roman"/>
        </w:rPr>
        <w:t>demais</w:t>
      </w:r>
      <w:proofErr w:type="spellEnd"/>
      <w:r w:rsidRPr="00C65A0F">
        <w:rPr>
          <w:rFonts w:ascii="Times New Roman" w:hAnsi="Times New Roman" w:cs="Times New Roman"/>
        </w:rPr>
        <w:t xml:space="preserve"> </w:t>
      </w:r>
      <w:proofErr w:type="spellStart"/>
      <w:r w:rsidRPr="00C65A0F">
        <w:rPr>
          <w:rFonts w:ascii="Times New Roman" w:hAnsi="Times New Roman" w:cs="Times New Roman"/>
        </w:rPr>
        <w:t>órgãos</w:t>
      </w:r>
      <w:proofErr w:type="spellEnd"/>
      <w:r w:rsidRPr="00C65A0F">
        <w:rPr>
          <w:rFonts w:ascii="Times New Roman" w:hAnsi="Times New Roman" w:cs="Times New Roman"/>
        </w:rPr>
        <w:t xml:space="preserve"> </w:t>
      </w:r>
      <w:proofErr w:type="spellStart"/>
      <w:r w:rsidRPr="00C65A0F">
        <w:rPr>
          <w:rFonts w:ascii="Times New Roman" w:hAnsi="Times New Roman" w:cs="Times New Roman"/>
        </w:rPr>
        <w:t>municipais</w:t>
      </w:r>
      <w:proofErr w:type="spellEnd"/>
      <w:r w:rsidRPr="00C65A0F">
        <w:rPr>
          <w:rFonts w:ascii="Times New Roman" w:hAnsi="Times New Roman" w:cs="Times New Roman"/>
        </w:rPr>
        <w:t>;</w:t>
      </w:r>
    </w:p>
    <w:p w14:paraId="540F7BD2" w14:textId="77777777" w:rsidR="00823261" w:rsidRPr="00C65A0F" w:rsidRDefault="00000000" w:rsidP="00C65A0F">
      <w:pPr>
        <w:pStyle w:val="Commarcadores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65A0F">
        <w:rPr>
          <w:rFonts w:ascii="Times New Roman" w:hAnsi="Times New Roman" w:cs="Times New Roman"/>
        </w:rPr>
        <w:t xml:space="preserve">II – </w:t>
      </w:r>
      <w:proofErr w:type="spellStart"/>
      <w:r w:rsidRPr="00C65A0F">
        <w:rPr>
          <w:rFonts w:ascii="Times New Roman" w:hAnsi="Times New Roman" w:cs="Times New Roman"/>
        </w:rPr>
        <w:t>Estabelecer</w:t>
      </w:r>
      <w:proofErr w:type="spellEnd"/>
      <w:r w:rsidRPr="00C65A0F">
        <w:rPr>
          <w:rFonts w:ascii="Times New Roman" w:hAnsi="Times New Roman" w:cs="Times New Roman"/>
        </w:rPr>
        <w:t xml:space="preserve"> </w:t>
      </w:r>
      <w:proofErr w:type="spellStart"/>
      <w:r w:rsidRPr="00C65A0F">
        <w:rPr>
          <w:rFonts w:ascii="Times New Roman" w:hAnsi="Times New Roman" w:cs="Times New Roman"/>
        </w:rPr>
        <w:t>canais</w:t>
      </w:r>
      <w:proofErr w:type="spellEnd"/>
      <w:r w:rsidRPr="00C65A0F">
        <w:rPr>
          <w:rFonts w:ascii="Times New Roman" w:hAnsi="Times New Roman" w:cs="Times New Roman"/>
        </w:rPr>
        <w:t xml:space="preserve"> de </w:t>
      </w:r>
      <w:proofErr w:type="spellStart"/>
      <w:r w:rsidRPr="00C65A0F">
        <w:rPr>
          <w:rFonts w:ascii="Times New Roman" w:hAnsi="Times New Roman" w:cs="Times New Roman"/>
        </w:rPr>
        <w:t>comunicação</w:t>
      </w:r>
      <w:proofErr w:type="spellEnd"/>
      <w:r w:rsidRPr="00C65A0F">
        <w:rPr>
          <w:rFonts w:ascii="Times New Roman" w:hAnsi="Times New Roman" w:cs="Times New Roman"/>
        </w:rPr>
        <w:t xml:space="preserve"> com a </w:t>
      </w:r>
      <w:proofErr w:type="spellStart"/>
      <w:r w:rsidRPr="00C65A0F">
        <w:rPr>
          <w:rFonts w:ascii="Times New Roman" w:hAnsi="Times New Roman" w:cs="Times New Roman"/>
        </w:rPr>
        <w:t>comunidade</w:t>
      </w:r>
      <w:proofErr w:type="spellEnd"/>
      <w:r w:rsidRPr="00C65A0F">
        <w:rPr>
          <w:rFonts w:ascii="Times New Roman" w:hAnsi="Times New Roman" w:cs="Times New Roman"/>
        </w:rPr>
        <w:t xml:space="preserve"> para </w:t>
      </w:r>
      <w:proofErr w:type="spellStart"/>
      <w:r w:rsidRPr="00C65A0F">
        <w:rPr>
          <w:rFonts w:ascii="Times New Roman" w:hAnsi="Times New Roman" w:cs="Times New Roman"/>
        </w:rPr>
        <w:t>recebimento</w:t>
      </w:r>
      <w:proofErr w:type="spellEnd"/>
      <w:r w:rsidRPr="00C65A0F">
        <w:rPr>
          <w:rFonts w:ascii="Times New Roman" w:hAnsi="Times New Roman" w:cs="Times New Roman"/>
        </w:rPr>
        <w:t xml:space="preserve"> de </w:t>
      </w:r>
      <w:proofErr w:type="spellStart"/>
      <w:r w:rsidRPr="00C65A0F">
        <w:rPr>
          <w:rFonts w:ascii="Times New Roman" w:hAnsi="Times New Roman" w:cs="Times New Roman"/>
        </w:rPr>
        <w:t>informações</w:t>
      </w:r>
      <w:proofErr w:type="spellEnd"/>
      <w:r w:rsidRPr="00C65A0F">
        <w:rPr>
          <w:rFonts w:ascii="Times New Roman" w:hAnsi="Times New Roman" w:cs="Times New Roman"/>
        </w:rPr>
        <w:t xml:space="preserve"> </w:t>
      </w:r>
      <w:proofErr w:type="spellStart"/>
      <w:r w:rsidRPr="00C65A0F">
        <w:rPr>
          <w:rFonts w:ascii="Times New Roman" w:hAnsi="Times New Roman" w:cs="Times New Roman"/>
        </w:rPr>
        <w:t>sobre</w:t>
      </w:r>
      <w:proofErr w:type="spellEnd"/>
      <w:r w:rsidRPr="00C65A0F">
        <w:rPr>
          <w:rFonts w:ascii="Times New Roman" w:hAnsi="Times New Roman" w:cs="Times New Roman"/>
        </w:rPr>
        <w:t xml:space="preserve"> </w:t>
      </w:r>
      <w:proofErr w:type="spellStart"/>
      <w:r w:rsidRPr="00C65A0F">
        <w:rPr>
          <w:rFonts w:ascii="Times New Roman" w:hAnsi="Times New Roman" w:cs="Times New Roman"/>
        </w:rPr>
        <w:t>casos</w:t>
      </w:r>
      <w:proofErr w:type="spellEnd"/>
      <w:r w:rsidRPr="00C65A0F">
        <w:rPr>
          <w:rFonts w:ascii="Times New Roman" w:hAnsi="Times New Roman" w:cs="Times New Roman"/>
        </w:rPr>
        <w:t xml:space="preserve"> de </w:t>
      </w:r>
      <w:proofErr w:type="spellStart"/>
      <w:r w:rsidRPr="00C65A0F">
        <w:rPr>
          <w:rFonts w:ascii="Times New Roman" w:hAnsi="Times New Roman" w:cs="Times New Roman"/>
        </w:rPr>
        <w:t>crianças</w:t>
      </w:r>
      <w:proofErr w:type="spellEnd"/>
      <w:r w:rsidRPr="00C65A0F">
        <w:rPr>
          <w:rFonts w:ascii="Times New Roman" w:hAnsi="Times New Roman" w:cs="Times New Roman"/>
        </w:rPr>
        <w:t xml:space="preserve"> </w:t>
      </w:r>
      <w:proofErr w:type="spellStart"/>
      <w:r w:rsidRPr="00C65A0F">
        <w:rPr>
          <w:rFonts w:ascii="Times New Roman" w:hAnsi="Times New Roman" w:cs="Times New Roman"/>
        </w:rPr>
        <w:t>não</w:t>
      </w:r>
      <w:proofErr w:type="spellEnd"/>
      <w:r w:rsidRPr="00C65A0F">
        <w:rPr>
          <w:rFonts w:ascii="Times New Roman" w:hAnsi="Times New Roman" w:cs="Times New Roman"/>
        </w:rPr>
        <w:t xml:space="preserve"> </w:t>
      </w:r>
      <w:proofErr w:type="spellStart"/>
      <w:r w:rsidRPr="00C65A0F">
        <w:rPr>
          <w:rFonts w:ascii="Times New Roman" w:hAnsi="Times New Roman" w:cs="Times New Roman"/>
        </w:rPr>
        <w:t>matriculadas</w:t>
      </w:r>
      <w:proofErr w:type="spellEnd"/>
      <w:r w:rsidRPr="00C65A0F">
        <w:rPr>
          <w:rFonts w:ascii="Times New Roman" w:hAnsi="Times New Roman" w:cs="Times New Roman"/>
        </w:rPr>
        <w:t>;</w:t>
      </w:r>
    </w:p>
    <w:p w14:paraId="710E15E1" w14:textId="77777777" w:rsidR="00823261" w:rsidRPr="00C65A0F" w:rsidRDefault="00000000" w:rsidP="00C65A0F">
      <w:pPr>
        <w:pStyle w:val="Commarcadores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65A0F">
        <w:rPr>
          <w:rFonts w:ascii="Times New Roman" w:hAnsi="Times New Roman" w:cs="Times New Roman"/>
        </w:rPr>
        <w:t xml:space="preserve">III – </w:t>
      </w:r>
      <w:proofErr w:type="spellStart"/>
      <w:r w:rsidRPr="00C65A0F">
        <w:rPr>
          <w:rFonts w:ascii="Times New Roman" w:hAnsi="Times New Roman" w:cs="Times New Roman"/>
        </w:rPr>
        <w:t>Instituir</w:t>
      </w:r>
      <w:proofErr w:type="spellEnd"/>
      <w:r w:rsidRPr="00C65A0F">
        <w:rPr>
          <w:rFonts w:ascii="Times New Roman" w:hAnsi="Times New Roman" w:cs="Times New Roman"/>
        </w:rPr>
        <w:t xml:space="preserve"> </w:t>
      </w:r>
      <w:proofErr w:type="spellStart"/>
      <w:r w:rsidRPr="00C65A0F">
        <w:rPr>
          <w:rFonts w:ascii="Times New Roman" w:hAnsi="Times New Roman" w:cs="Times New Roman"/>
        </w:rPr>
        <w:t>comissões</w:t>
      </w:r>
      <w:proofErr w:type="spellEnd"/>
      <w:r w:rsidRPr="00C65A0F">
        <w:rPr>
          <w:rFonts w:ascii="Times New Roman" w:hAnsi="Times New Roman" w:cs="Times New Roman"/>
        </w:rPr>
        <w:t xml:space="preserve"> </w:t>
      </w:r>
      <w:proofErr w:type="spellStart"/>
      <w:r w:rsidRPr="00C65A0F">
        <w:rPr>
          <w:rFonts w:ascii="Times New Roman" w:hAnsi="Times New Roman" w:cs="Times New Roman"/>
        </w:rPr>
        <w:t>locais</w:t>
      </w:r>
      <w:proofErr w:type="spellEnd"/>
      <w:r w:rsidRPr="00C65A0F">
        <w:rPr>
          <w:rFonts w:ascii="Times New Roman" w:hAnsi="Times New Roman" w:cs="Times New Roman"/>
        </w:rPr>
        <w:t xml:space="preserve"> de </w:t>
      </w:r>
      <w:proofErr w:type="spellStart"/>
      <w:r w:rsidRPr="00C65A0F">
        <w:rPr>
          <w:rFonts w:ascii="Times New Roman" w:hAnsi="Times New Roman" w:cs="Times New Roman"/>
        </w:rPr>
        <w:t>acompanhamento</w:t>
      </w:r>
      <w:proofErr w:type="spellEnd"/>
      <w:r w:rsidRPr="00C65A0F">
        <w:rPr>
          <w:rFonts w:ascii="Times New Roman" w:hAnsi="Times New Roman" w:cs="Times New Roman"/>
        </w:rPr>
        <w:t xml:space="preserve"> da </w:t>
      </w:r>
      <w:proofErr w:type="spellStart"/>
      <w:r w:rsidRPr="00C65A0F">
        <w:rPr>
          <w:rFonts w:ascii="Times New Roman" w:hAnsi="Times New Roman" w:cs="Times New Roman"/>
        </w:rPr>
        <w:t>matrícula</w:t>
      </w:r>
      <w:proofErr w:type="spellEnd"/>
      <w:r w:rsidRPr="00C65A0F">
        <w:rPr>
          <w:rFonts w:ascii="Times New Roman" w:hAnsi="Times New Roman" w:cs="Times New Roman"/>
        </w:rPr>
        <w:t xml:space="preserve"> </w:t>
      </w:r>
      <w:proofErr w:type="spellStart"/>
      <w:r w:rsidRPr="00C65A0F">
        <w:rPr>
          <w:rFonts w:ascii="Times New Roman" w:hAnsi="Times New Roman" w:cs="Times New Roman"/>
        </w:rPr>
        <w:t>em</w:t>
      </w:r>
      <w:proofErr w:type="spellEnd"/>
      <w:r w:rsidRPr="00C65A0F">
        <w:rPr>
          <w:rFonts w:ascii="Times New Roman" w:hAnsi="Times New Roman" w:cs="Times New Roman"/>
        </w:rPr>
        <w:t xml:space="preserve"> </w:t>
      </w:r>
      <w:proofErr w:type="spellStart"/>
      <w:r w:rsidRPr="00C65A0F">
        <w:rPr>
          <w:rFonts w:ascii="Times New Roman" w:hAnsi="Times New Roman" w:cs="Times New Roman"/>
        </w:rPr>
        <w:t>cada</w:t>
      </w:r>
      <w:proofErr w:type="spellEnd"/>
      <w:r w:rsidRPr="00C65A0F">
        <w:rPr>
          <w:rFonts w:ascii="Times New Roman" w:hAnsi="Times New Roman" w:cs="Times New Roman"/>
        </w:rPr>
        <w:t xml:space="preserve"> </w:t>
      </w:r>
      <w:proofErr w:type="spellStart"/>
      <w:r w:rsidRPr="00C65A0F">
        <w:rPr>
          <w:rFonts w:ascii="Times New Roman" w:hAnsi="Times New Roman" w:cs="Times New Roman"/>
        </w:rPr>
        <w:t>escola</w:t>
      </w:r>
      <w:proofErr w:type="spellEnd"/>
      <w:r w:rsidRPr="00C65A0F">
        <w:rPr>
          <w:rFonts w:ascii="Times New Roman" w:hAnsi="Times New Roman" w:cs="Times New Roman"/>
        </w:rPr>
        <w:t xml:space="preserve"> da Rede Municipal;</w:t>
      </w:r>
    </w:p>
    <w:p w14:paraId="446A5CD6" w14:textId="77777777" w:rsidR="00823261" w:rsidRPr="00C65A0F" w:rsidRDefault="00000000" w:rsidP="00C65A0F">
      <w:pPr>
        <w:pStyle w:val="Commarcadores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65A0F">
        <w:rPr>
          <w:rFonts w:ascii="Times New Roman" w:hAnsi="Times New Roman" w:cs="Times New Roman"/>
        </w:rPr>
        <w:t xml:space="preserve">IV – </w:t>
      </w:r>
      <w:proofErr w:type="spellStart"/>
      <w:r w:rsidRPr="00C65A0F">
        <w:rPr>
          <w:rFonts w:ascii="Times New Roman" w:hAnsi="Times New Roman" w:cs="Times New Roman"/>
        </w:rPr>
        <w:t>Promover</w:t>
      </w:r>
      <w:proofErr w:type="spellEnd"/>
      <w:r w:rsidRPr="00C65A0F">
        <w:rPr>
          <w:rFonts w:ascii="Times New Roman" w:hAnsi="Times New Roman" w:cs="Times New Roman"/>
        </w:rPr>
        <w:t xml:space="preserve"> </w:t>
      </w:r>
      <w:proofErr w:type="spellStart"/>
      <w:r w:rsidRPr="00C65A0F">
        <w:rPr>
          <w:rFonts w:ascii="Times New Roman" w:hAnsi="Times New Roman" w:cs="Times New Roman"/>
        </w:rPr>
        <w:t>campanhas</w:t>
      </w:r>
      <w:proofErr w:type="spellEnd"/>
      <w:r w:rsidRPr="00C65A0F">
        <w:rPr>
          <w:rFonts w:ascii="Times New Roman" w:hAnsi="Times New Roman" w:cs="Times New Roman"/>
        </w:rPr>
        <w:t xml:space="preserve"> de </w:t>
      </w:r>
      <w:proofErr w:type="spellStart"/>
      <w:r w:rsidRPr="00C65A0F">
        <w:rPr>
          <w:rFonts w:ascii="Times New Roman" w:hAnsi="Times New Roman" w:cs="Times New Roman"/>
        </w:rPr>
        <w:t>sensibilização</w:t>
      </w:r>
      <w:proofErr w:type="spellEnd"/>
      <w:r w:rsidRPr="00C65A0F">
        <w:rPr>
          <w:rFonts w:ascii="Times New Roman" w:hAnsi="Times New Roman" w:cs="Times New Roman"/>
        </w:rPr>
        <w:t xml:space="preserve"> junto </w:t>
      </w:r>
      <w:proofErr w:type="spellStart"/>
      <w:r w:rsidRPr="00C65A0F">
        <w:rPr>
          <w:rFonts w:ascii="Times New Roman" w:hAnsi="Times New Roman" w:cs="Times New Roman"/>
        </w:rPr>
        <w:t>às</w:t>
      </w:r>
      <w:proofErr w:type="spellEnd"/>
      <w:r w:rsidRPr="00C65A0F">
        <w:rPr>
          <w:rFonts w:ascii="Times New Roman" w:hAnsi="Times New Roman" w:cs="Times New Roman"/>
        </w:rPr>
        <w:t xml:space="preserve"> </w:t>
      </w:r>
      <w:proofErr w:type="spellStart"/>
      <w:r w:rsidRPr="00C65A0F">
        <w:rPr>
          <w:rFonts w:ascii="Times New Roman" w:hAnsi="Times New Roman" w:cs="Times New Roman"/>
        </w:rPr>
        <w:t>famílias</w:t>
      </w:r>
      <w:proofErr w:type="spellEnd"/>
      <w:r w:rsidRPr="00C65A0F">
        <w:rPr>
          <w:rFonts w:ascii="Times New Roman" w:hAnsi="Times New Roman" w:cs="Times New Roman"/>
        </w:rPr>
        <w:t xml:space="preserve"> </w:t>
      </w:r>
      <w:proofErr w:type="spellStart"/>
      <w:r w:rsidRPr="00C65A0F">
        <w:rPr>
          <w:rFonts w:ascii="Times New Roman" w:hAnsi="Times New Roman" w:cs="Times New Roman"/>
        </w:rPr>
        <w:t>sobre</w:t>
      </w:r>
      <w:proofErr w:type="spellEnd"/>
      <w:r w:rsidRPr="00C65A0F">
        <w:rPr>
          <w:rFonts w:ascii="Times New Roman" w:hAnsi="Times New Roman" w:cs="Times New Roman"/>
        </w:rPr>
        <w:t xml:space="preserve"> </w:t>
      </w:r>
      <w:proofErr w:type="gramStart"/>
      <w:r w:rsidRPr="00C65A0F">
        <w:rPr>
          <w:rFonts w:ascii="Times New Roman" w:hAnsi="Times New Roman" w:cs="Times New Roman"/>
        </w:rPr>
        <w:t>a</w:t>
      </w:r>
      <w:proofErr w:type="gramEnd"/>
      <w:r w:rsidRPr="00C65A0F">
        <w:rPr>
          <w:rFonts w:ascii="Times New Roman" w:hAnsi="Times New Roman" w:cs="Times New Roman"/>
        </w:rPr>
        <w:t xml:space="preserve"> </w:t>
      </w:r>
      <w:proofErr w:type="spellStart"/>
      <w:r w:rsidRPr="00C65A0F">
        <w:rPr>
          <w:rFonts w:ascii="Times New Roman" w:hAnsi="Times New Roman" w:cs="Times New Roman"/>
        </w:rPr>
        <w:t>obrigatoriedade</w:t>
      </w:r>
      <w:proofErr w:type="spellEnd"/>
      <w:r w:rsidRPr="00C65A0F">
        <w:rPr>
          <w:rFonts w:ascii="Times New Roman" w:hAnsi="Times New Roman" w:cs="Times New Roman"/>
        </w:rPr>
        <w:t xml:space="preserve"> da </w:t>
      </w:r>
      <w:proofErr w:type="spellStart"/>
      <w:r w:rsidRPr="00C65A0F">
        <w:rPr>
          <w:rFonts w:ascii="Times New Roman" w:hAnsi="Times New Roman" w:cs="Times New Roman"/>
        </w:rPr>
        <w:t>matrícula</w:t>
      </w:r>
      <w:proofErr w:type="spellEnd"/>
      <w:r w:rsidRPr="00C65A0F">
        <w:rPr>
          <w:rFonts w:ascii="Times New Roman" w:hAnsi="Times New Roman" w:cs="Times New Roman"/>
        </w:rPr>
        <w:t xml:space="preserve"> e da </w:t>
      </w:r>
      <w:proofErr w:type="spellStart"/>
      <w:r w:rsidRPr="00C65A0F">
        <w:rPr>
          <w:rFonts w:ascii="Times New Roman" w:hAnsi="Times New Roman" w:cs="Times New Roman"/>
        </w:rPr>
        <w:t>frequência</w:t>
      </w:r>
      <w:proofErr w:type="spellEnd"/>
      <w:r w:rsidRPr="00C65A0F">
        <w:rPr>
          <w:rFonts w:ascii="Times New Roman" w:hAnsi="Times New Roman" w:cs="Times New Roman"/>
        </w:rPr>
        <w:t xml:space="preserve"> escolar;</w:t>
      </w:r>
    </w:p>
    <w:p w14:paraId="3F786093" w14:textId="77777777" w:rsidR="00823261" w:rsidRPr="00C65A0F" w:rsidRDefault="00000000" w:rsidP="00C65A0F">
      <w:pPr>
        <w:pStyle w:val="Commarcadores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65A0F">
        <w:rPr>
          <w:rFonts w:ascii="Times New Roman" w:hAnsi="Times New Roman" w:cs="Times New Roman"/>
        </w:rPr>
        <w:t xml:space="preserve">V – </w:t>
      </w:r>
      <w:proofErr w:type="spellStart"/>
      <w:r w:rsidRPr="00C65A0F">
        <w:rPr>
          <w:rFonts w:ascii="Times New Roman" w:hAnsi="Times New Roman" w:cs="Times New Roman"/>
        </w:rPr>
        <w:t>Encaminhar</w:t>
      </w:r>
      <w:proofErr w:type="spellEnd"/>
      <w:r w:rsidRPr="00C65A0F">
        <w:rPr>
          <w:rFonts w:ascii="Times New Roman" w:hAnsi="Times New Roman" w:cs="Times New Roman"/>
        </w:rPr>
        <w:t xml:space="preserve"> </w:t>
      </w:r>
      <w:proofErr w:type="spellStart"/>
      <w:r w:rsidRPr="00C65A0F">
        <w:rPr>
          <w:rFonts w:ascii="Times New Roman" w:hAnsi="Times New Roman" w:cs="Times New Roman"/>
        </w:rPr>
        <w:t>casos</w:t>
      </w:r>
      <w:proofErr w:type="spellEnd"/>
      <w:r w:rsidRPr="00C65A0F">
        <w:rPr>
          <w:rFonts w:ascii="Times New Roman" w:hAnsi="Times New Roman" w:cs="Times New Roman"/>
        </w:rPr>
        <w:t xml:space="preserve"> de </w:t>
      </w:r>
      <w:proofErr w:type="spellStart"/>
      <w:r w:rsidRPr="00C65A0F">
        <w:rPr>
          <w:rFonts w:ascii="Times New Roman" w:hAnsi="Times New Roman" w:cs="Times New Roman"/>
        </w:rPr>
        <w:t>recusa</w:t>
      </w:r>
      <w:proofErr w:type="spellEnd"/>
      <w:r w:rsidRPr="00C65A0F">
        <w:rPr>
          <w:rFonts w:ascii="Times New Roman" w:hAnsi="Times New Roman" w:cs="Times New Roman"/>
        </w:rPr>
        <w:t xml:space="preserve"> </w:t>
      </w:r>
      <w:proofErr w:type="spellStart"/>
      <w:r w:rsidRPr="00C65A0F">
        <w:rPr>
          <w:rFonts w:ascii="Times New Roman" w:hAnsi="Times New Roman" w:cs="Times New Roman"/>
        </w:rPr>
        <w:t>ou</w:t>
      </w:r>
      <w:proofErr w:type="spellEnd"/>
      <w:r w:rsidRPr="00C65A0F">
        <w:rPr>
          <w:rFonts w:ascii="Times New Roman" w:hAnsi="Times New Roman" w:cs="Times New Roman"/>
        </w:rPr>
        <w:t xml:space="preserve"> </w:t>
      </w:r>
      <w:proofErr w:type="spellStart"/>
      <w:r w:rsidRPr="00C65A0F">
        <w:rPr>
          <w:rFonts w:ascii="Times New Roman" w:hAnsi="Times New Roman" w:cs="Times New Roman"/>
        </w:rPr>
        <w:t>negligência</w:t>
      </w:r>
      <w:proofErr w:type="spellEnd"/>
      <w:r w:rsidRPr="00C65A0F">
        <w:rPr>
          <w:rFonts w:ascii="Times New Roman" w:hAnsi="Times New Roman" w:cs="Times New Roman"/>
        </w:rPr>
        <w:t xml:space="preserve"> familiar </w:t>
      </w:r>
      <w:proofErr w:type="spellStart"/>
      <w:r w:rsidRPr="00C65A0F">
        <w:rPr>
          <w:rFonts w:ascii="Times New Roman" w:hAnsi="Times New Roman" w:cs="Times New Roman"/>
        </w:rPr>
        <w:t>ao</w:t>
      </w:r>
      <w:proofErr w:type="spellEnd"/>
      <w:r w:rsidRPr="00C65A0F">
        <w:rPr>
          <w:rFonts w:ascii="Times New Roman" w:hAnsi="Times New Roman" w:cs="Times New Roman"/>
        </w:rPr>
        <w:t xml:space="preserve"> </w:t>
      </w:r>
      <w:proofErr w:type="spellStart"/>
      <w:r w:rsidRPr="00C65A0F">
        <w:rPr>
          <w:rFonts w:ascii="Times New Roman" w:hAnsi="Times New Roman" w:cs="Times New Roman"/>
        </w:rPr>
        <w:t>Conselho</w:t>
      </w:r>
      <w:proofErr w:type="spellEnd"/>
      <w:r w:rsidRPr="00C65A0F">
        <w:rPr>
          <w:rFonts w:ascii="Times New Roman" w:hAnsi="Times New Roman" w:cs="Times New Roman"/>
        </w:rPr>
        <w:t xml:space="preserve"> Tutelar, </w:t>
      </w:r>
      <w:proofErr w:type="spellStart"/>
      <w:r w:rsidRPr="00C65A0F">
        <w:rPr>
          <w:rFonts w:ascii="Times New Roman" w:hAnsi="Times New Roman" w:cs="Times New Roman"/>
        </w:rPr>
        <w:t>conforme</w:t>
      </w:r>
      <w:proofErr w:type="spellEnd"/>
      <w:r w:rsidRPr="00C65A0F">
        <w:rPr>
          <w:rFonts w:ascii="Times New Roman" w:hAnsi="Times New Roman" w:cs="Times New Roman"/>
        </w:rPr>
        <w:t xml:space="preserve"> </w:t>
      </w:r>
      <w:proofErr w:type="spellStart"/>
      <w:r w:rsidRPr="00C65A0F">
        <w:rPr>
          <w:rFonts w:ascii="Times New Roman" w:hAnsi="Times New Roman" w:cs="Times New Roman"/>
        </w:rPr>
        <w:t>previsto</w:t>
      </w:r>
      <w:proofErr w:type="spellEnd"/>
      <w:r w:rsidRPr="00C65A0F">
        <w:rPr>
          <w:rFonts w:ascii="Times New Roman" w:hAnsi="Times New Roman" w:cs="Times New Roman"/>
        </w:rPr>
        <w:t xml:space="preserve"> no </w:t>
      </w:r>
      <w:proofErr w:type="spellStart"/>
      <w:r w:rsidRPr="00C65A0F">
        <w:rPr>
          <w:rFonts w:ascii="Times New Roman" w:hAnsi="Times New Roman" w:cs="Times New Roman"/>
        </w:rPr>
        <w:t>Estatuto</w:t>
      </w:r>
      <w:proofErr w:type="spellEnd"/>
      <w:r w:rsidRPr="00C65A0F">
        <w:rPr>
          <w:rFonts w:ascii="Times New Roman" w:hAnsi="Times New Roman" w:cs="Times New Roman"/>
        </w:rPr>
        <w:t xml:space="preserve"> da </w:t>
      </w:r>
      <w:proofErr w:type="spellStart"/>
      <w:r w:rsidRPr="00C65A0F">
        <w:rPr>
          <w:rFonts w:ascii="Times New Roman" w:hAnsi="Times New Roman" w:cs="Times New Roman"/>
        </w:rPr>
        <w:t>Criança</w:t>
      </w:r>
      <w:proofErr w:type="spellEnd"/>
      <w:r w:rsidRPr="00C65A0F">
        <w:rPr>
          <w:rFonts w:ascii="Times New Roman" w:hAnsi="Times New Roman" w:cs="Times New Roman"/>
        </w:rPr>
        <w:t xml:space="preserve"> e do </w:t>
      </w:r>
      <w:proofErr w:type="spellStart"/>
      <w:r w:rsidRPr="00C65A0F">
        <w:rPr>
          <w:rFonts w:ascii="Times New Roman" w:hAnsi="Times New Roman" w:cs="Times New Roman"/>
        </w:rPr>
        <w:t>Adolescente</w:t>
      </w:r>
      <w:proofErr w:type="spellEnd"/>
      <w:r w:rsidRPr="00C65A0F">
        <w:rPr>
          <w:rFonts w:ascii="Times New Roman" w:hAnsi="Times New Roman" w:cs="Times New Roman"/>
        </w:rPr>
        <w:t xml:space="preserve"> (Lei nº 8.069/1990).</w:t>
      </w:r>
    </w:p>
    <w:p w14:paraId="23522737" w14:textId="77777777" w:rsidR="00C65A0F" w:rsidRDefault="00C65A0F" w:rsidP="00C65A0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81DB149" w14:textId="4D3F89C4" w:rsidR="00823261" w:rsidRPr="00C65A0F" w:rsidRDefault="00000000" w:rsidP="00C65A0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65A0F">
        <w:rPr>
          <w:rFonts w:ascii="Times New Roman" w:hAnsi="Times New Roman" w:cs="Times New Roman"/>
          <w:b/>
          <w:bCs/>
        </w:rPr>
        <w:t>Art. 4º</w:t>
      </w:r>
      <w:r w:rsidR="00C65A0F" w:rsidRPr="00C65A0F">
        <w:rPr>
          <w:rFonts w:ascii="Times New Roman" w:hAnsi="Times New Roman" w:cs="Times New Roman"/>
          <w:b/>
          <w:bCs/>
        </w:rPr>
        <w:t>.</w:t>
      </w:r>
      <w:r w:rsidRPr="00C65A0F">
        <w:rPr>
          <w:rFonts w:ascii="Times New Roman" w:hAnsi="Times New Roman" w:cs="Times New Roman"/>
        </w:rPr>
        <w:t xml:space="preserve"> A Equipe de </w:t>
      </w:r>
      <w:proofErr w:type="spellStart"/>
      <w:r w:rsidRPr="00C65A0F">
        <w:rPr>
          <w:rFonts w:ascii="Times New Roman" w:hAnsi="Times New Roman" w:cs="Times New Roman"/>
        </w:rPr>
        <w:t>Assessoramento</w:t>
      </w:r>
      <w:proofErr w:type="spellEnd"/>
      <w:r w:rsidRPr="00C65A0F">
        <w:rPr>
          <w:rFonts w:ascii="Times New Roman" w:hAnsi="Times New Roman" w:cs="Times New Roman"/>
        </w:rPr>
        <w:t xml:space="preserve"> </w:t>
      </w:r>
      <w:proofErr w:type="spellStart"/>
      <w:r w:rsidRPr="00C65A0F">
        <w:rPr>
          <w:rFonts w:ascii="Times New Roman" w:hAnsi="Times New Roman" w:cs="Times New Roman"/>
        </w:rPr>
        <w:t>Pedagógico</w:t>
      </w:r>
      <w:proofErr w:type="spellEnd"/>
      <w:r w:rsidRPr="00C65A0F">
        <w:rPr>
          <w:rFonts w:ascii="Times New Roman" w:hAnsi="Times New Roman" w:cs="Times New Roman"/>
        </w:rPr>
        <w:t xml:space="preserve"> da </w:t>
      </w:r>
      <w:proofErr w:type="spellStart"/>
      <w:r w:rsidRPr="00C65A0F">
        <w:rPr>
          <w:rFonts w:ascii="Times New Roman" w:hAnsi="Times New Roman" w:cs="Times New Roman"/>
        </w:rPr>
        <w:t>Secretaria</w:t>
      </w:r>
      <w:proofErr w:type="spellEnd"/>
      <w:r w:rsidRPr="00C65A0F">
        <w:rPr>
          <w:rFonts w:ascii="Times New Roman" w:hAnsi="Times New Roman" w:cs="Times New Roman"/>
        </w:rPr>
        <w:t xml:space="preserve"> Municipal de </w:t>
      </w:r>
      <w:proofErr w:type="spellStart"/>
      <w:r w:rsidRPr="00C65A0F">
        <w:rPr>
          <w:rFonts w:ascii="Times New Roman" w:hAnsi="Times New Roman" w:cs="Times New Roman"/>
        </w:rPr>
        <w:t>Educação</w:t>
      </w:r>
      <w:proofErr w:type="spellEnd"/>
      <w:r w:rsidRPr="00C65A0F">
        <w:rPr>
          <w:rFonts w:ascii="Times New Roman" w:hAnsi="Times New Roman" w:cs="Times New Roman"/>
        </w:rPr>
        <w:t xml:space="preserve"> e Cultura </w:t>
      </w:r>
      <w:proofErr w:type="spellStart"/>
      <w:r w:rsidRPr="00C65A0F">
        <w:rPr>
          <w:rFonts w:ascii="Times New Roman" w:hAnsi="Times New Roman" w:cs="Times New Roman"/>
        </w:rPr>
        <w:t>será</w:t>
      </w:r>
      <w:proofErr w:type="spellEnd"/>
      <w:r w:rsidRPr="00C65A0F">
        <w:rPr>
          <w:rFonts w:ascii="Times New Roman" w:hAnsi="Times New Roman" w:cs="Times New Roman"/>
        </w:rPr>
        <w:t xml:space="preserve"> </w:t>
      </w:r>
      <w:proofErr w:type="spellStart"/>
      <w:r w:rsidRPr="00C65A0F">
        <w:rPr>
          <w:rFonts w:ascii="Times New Roman" w:hAnsi="Times New Roman" w:cs="Times New Roman"/>
        </w:rPr>
        <w:t>responsável</w:t>
      </w:r>
      <w:proofErr w:type="spellEnd"/>
      <w:r w:rsidRPr="00C65A0F">
        <w:rPr>
          <w:rFonts w:ascii="Times New Roman" w:hAnsi="Times New Roman" w:cs="Times New Roman"/>
        </w:rPr>
        <w:t xml:space="preserve"> </w:t>
      </w:r>
      <w:proofErr w:type="spellStart"/>
      <w:r w:rsidRPr="00C65A0F">
        <w:rPr>
          <w:rFonts w:ascii="Times New Roman" w:hAnsi="Times New Roman" w:cs="Times New Roman"/>
        </w:rPr>
        <w:t>pelo</w:t>
      </w:r>
      <w:proofErr w:type="spellEnd"/>
      <w:r w:rsidRPr="00C65A0F">
        <w:rPr>
          <w:rFonts w:ascii="Times New Roman" w:hAnsi="Times New Roman" w:cs="Times New Roman"/>
        </w:rPr>
        <w:t xml:space="preserve"> </w:t>
      </w:r>
      <w:proofErr w:type="spellStart"/>
      <w:r w:rsidRPr="00C65A0F">
        <w:rPr>
          <w:rFonts w:ascii="Times New Roman" w:hAnsi="Times New Roman" w:cs="Times New Roman"/>
        </w:rPr>
        <w:t>monitoramento</w:t>
      </w:r>
      <w:proofErr w:type="spellEnd"/>
      <w:r w:rsidRPr="00C65A0F">
        <w:rPr>
          <w:rFonts w:ascii="Times New Roman" w:hAnsi="Times New Roman" w:cs="Times New Roman"/>
        </w:rPr>
        <w:t xml:space="preserve"> das </w:t>
      </w:r>
      <w:proofErr w:type="spellStart"/>
      <w:r w:rsidRPr="00C65A0F">
        <w:rPr>
          <w:rFonts w:ascii="Times New Roman" w:hAnsi="Times New Roman" w:cs="Times New Roman"/>
        </w:rPr>
        <w:t>ações</w:t>
      </w:r>
      <w:proofErr w:type="spellEnd"/>
      <w:r w:rsidRPr="00C65A0F">
        <w:rPr>
          <w:rFonts w:ascii="Times New Roman" w:hAnsi="Times New Roman" w:cs="Times New Roman"/>
        </w:rPr>
        <w:t xml:space="preserve"> </w:t>
      </w:r>
      <w:proofErr w:type="spellStart"/>
      <w:r w:rsidRPr="00C65A0F">
        <w:rPr>
          <w:rFonts w:ascii="Times New Roman" w:hAnsi="Times New Roman" w:cs="Times New Roman"/>
        </w:rPr>
        <w:t>previstas</w:t>
      </w:r>
      <w:proofErr w:type="spellEnd"/>
      <w:r w:rsidRPr="00C65A0F">
        <w:rPr>
          <w:rFonts w:ascii="Times New Roman" w:hAnsi="Times New Roman" w:cs="Times New Roman"/>
        </w:rPr>
        <w:t xml:space="preserve"> </w:t>
      </w:r>
      <w:proofErr w:type="spellStart"/>
      <w:r w:rsidRPr="00C65A0F">
        <w:rPr>
          <w:rFonts w:ascii="Times New Roman" w:hAnsi="Times New Roman" w:cs="Times New Roman"/>
        </w:rPr>
        <w:t>nesta</w:t>
      </w:r>
      <w:proofErr w:type="spellEnd"/>
      <w:r w:rsidRPr="00C65A0F">
        <w:rPr>
          <w:rFonts w:ascii="Times New Roman" w:hAnsi="Times New Roman" w:cs="Times New Roman"/>
        </w:rPr>
        <w:t xml:space="preserve"> </w:t>
      </w:r>
      <w:proofErr w:type="spellStart"/>
      <w:r w:rsidRPr="00C65A0F">
        <w:rPr>
          <w:rFonts w:ascii="Times New Roman" w:hAnsi="Times New Roman" w:cs="Times New Roman"/>
        </w:rPr>
        <w:t>normativa</w:t>
      </w:r>
      <w:proofErr w:type="spellEnd"/>
      <w:r w:rsidRPr="00C65A0F">
        <w:rPr>
          <w:rFonts w:ascii="Times New Roman" w:hAnsi="Times New Roman" w:cs="Times New Roman"/>
        </w:rPr>
        <w:t>,</w:t>
      </w:r>
      <w:r w:rsidR="00C65A0F">
        <w:rPr>
          <w:rFonts w:ascii="Times New Roman" w:hAnsi="Times New Roman" w:cs="Times New Roman"/>
        </w:rPr>
        <w:t xml:space="preserve"> </w:t>
      </w:r>
      <w:r w:rsidRPr="00C65A0F">
        <w:rPr>
          <w:rFonts w:ascii="Times New Roman" w:hAnsi="Times New Roman" w:cs="Times New Roman"/>
        </w:rPr>
        <w:t xml:space="preserve">com </w:t>
      </w:r>
      <w:proofErr w:type="spellStart"/>
      <w:r w:rsidRPr="00C65A0F">
        <w:rPr>
          <w:rFonts w:ascii="Times New Roman" w:hAnsi="Times New Roman" w:cs="Times New Roman"/>
        </w:rPr>
        <w:t>apresentação</w:t>
      </w:r>
      <w:proofErr w:type="spellEnd"/>
      <w:r w:rsidRPr="00C65A0F">
        <w:rPr>
          <w:rFonts w:ascii="Times New Roman" w:hAnsi="Times New Roman" w:cs="Times New Roman"/>
        </w:rPr>
        <w:t xml:space="preserve"> de </w:t>
      </w:r>
      <w:proofErr w:type="spellStart"/>
      <w:r w:rsidRPr="00C65A0F">
        <w:rPr>
          <w:rFonts w:ascii="Times New Roman" w:hAnsi="Times New Roman" w:cs="Times New Roman"/>
        </w:rPr>
        <w:t>relatórios</w:t>
      </w:r>
      <w:proofErr w:type="spellEnd"/>
      <w:r w:rsidRPr="00C65A0F">
        <w:rPr>
          <w:rFonts w:ascii="Times New Roman" w:hAnsi="Times New Roman" w:cs="Times New Roman"/>
        </w:rPr>
        <w:t xml:space="preserve"> </w:t>
      </w:r>
      <w:proofErr w:type="spellStart"/>
      <w:r w:rsidRPr="00C65A0F">
        <w:rPr>
          <w:rFonts w:ascii="Times New Roman" w:hAnsi="Times New Roman" w:cs="Times New Roman"/>
        </w:rPr>
        <w:t>semestrais</w:t>
      </w:r>
      <w:proofErr w:type="spellEnd"/>
      <w:r w:rsidRPr="00C65A0F">
        <w:rPr>
          <w:rFonts w:ascii="Times New Roman" w:hAnsi="Times New Roman" w:cs="Times New Roman"/>
        </w:rPr>
        <w:t>.</w:t>
      </w:r>
    </w:p>
    <w:p w14:paraId="0386C1CF" w14:textId="77777777" w:rsidR="00C65A0F" w:rsidRDefault="00C65A0F" w:rsidP="00C65A0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2D8FAE6" w14:textId="4DB1DA8C" w:rsidR="00C65A0F" w:rsidRDefault="00000000" w:rsidP="00C65A0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65A0F">
        <w:rPr>
          <w:rFonts w:ascii="Times New Roman" w:hAnsi="Times New Roman" w:cs="Times New Roman"/>
          <w:b/>
          <w:bCs/>
        </w:rPr>
        <w:t>Art. 5º</w:t>
      </w:r>
      <w:r w:rsidR="00C65A0F" w:rsidRPr="00C65A0F">
        <w:rPr>
          <w:rFonts w:ascii="Times New Roman" w:hAnsi="Times New Roman" w:cs="Times New Roman"/>
          <w:b/>
          <w:bCs/>
        </w:rPr>
        <w:t>.</w:t>
      </w:r>
      <w:r w:rsidRPr="00C65A0F">
        <w:rPr>
          <w:rFonts w:ascii="Times New Roman" w:hAnsi="Times New Roman" w:cs="Times New Roman"/>
        </w:rPr>
        <w:t xml:space="preserve"> </w:t>
      </w:r>
      <w:r w:rsidR="000E019B">
        <w:rPr>
          <w:rFonts w:ascii="Times New Roman" w:hAnsi="Times New Roman" w:cs="Times New Roman"/>
        </w:rPr>
        <w:t xml:space="preserve">Esta </w:t>
      </w:r>
      <w:proofErr w:type="spellStart"/>
      <w:r w:rsidR="000E019B">
        <w:rPr>
          <w:rFonts w:ascii="Times New Roman" w:hAnsi="Times New Roman" w:cs="Times New Roman"/>
        </w:rPr>
        <w:t>Instrução</w:t>
      </w:r>
      <w:proofErr w:type="spellEnd"/>
      <w:r w:rsidR="000E019B">
        <w:rPr>
          <w:rFonts w:ascii="Times New Roman" w:hAnsi="Times New Roman" w:cs="Times New Roman"/>
        </w:rPr>
        <w:t xml:space="preserve"> </w:t>
      </w:r>
      <w:proofErr w:type="spellStart"/>
      <w:r w:rsidR="000E019B">
        <w:rPr>
          <w:rFonts w:ascii="Times New Roman" w:hAnsi="Times New Roman" w:cs="Times New Roman"/>
        </w:rPr>
        <w:t>Normativa</w:t>
      </w:r>
      <w:proofErr w:type="spellEnd"/>
      <w:r w:rsidRPr="00C65A0F">
        <w:rPr>
          <w:rFonts w:ascii="Times New Roman" w:hAnsi="Times New Roman" w:cs="Times New Roman"/>
        </w:rPr>
        <w:t xml:space="preserve"> </w:t>
      </w:r>
      <w:proofErr w:type="spellStart"/>
      <w:r w:rsidRPr="00C65A0F">
        <w:rPr>
          <w:rFonts w:ascii="Times New Roman" w:hAnsi="Times New Roman" w:cs="Times New Roman"/>
        </w:rPr>
        <w:t>entra</w:t>
      </w:r>
      <w:proofErr w:type="spellEnd"/>
      <w:r w:rsidRPr="00C65A0F">
        <w:rPr>
          <w:rFonts w:ascii="Times New Roman" w:hAnsi="Times New Roman" w:cs="Times New Roman"/>
        </w:rPr>
        <w:t xml:space="preserve"> </w:t>
      </w:r>
      <w:proofErr w:type="spellStart"/>
      <w:r w:rsidRPr="00C65A0F">
        <w:rPr>
          <w:rFonts w:ascii="Times New Roman" w:hAnsi="Times New Roman" w:cs="Times New Roman"/>
        </w:rPr>
        <w:t>em</w:t>
      </w:r>
      <w:proofErr w:type="spellEnd"/>
      <w:r w:rsidRPr="00C65A0F">
        <w:rPr>
          <w:rFonts w:ascii="Times New Roman" w:hAnsi="Times New Roman" w:cs="Times New Roman"/>
        </w:rPr>
        <w:t xml:space="preserve"> vigor </w:t>
      </w:r>
      <w:proofErr w:type="spellStart"/>
      <w:r w:rsidRPr="00C65A0F">
        <w:rPr>
          <w:rFonts w:ascii="Times New Roman" w:hAnsi="Times New Roman" w:cs="Times New Roman"/>
        </w:rPr>
        <w:t>na</w:t>
      </w:r>
      <w:proofErr w:type="spellEnd"/>
      <w:r w:rsidRPr="00C65A0F">
        <w:rPr>
          <w:rFonts w:ascii="Times New Roman" w:hAnsi="Times New Roman" w:cs="Times New Roman"/>
        </w:rPr>
        <w:t xml:space="preserve"> data de </w:t>
      </w:r>
      <w:proofErr w:type="spellStart"/>
      <w:r w:rsidRPr="00C65A0F">
        <w:rPr>
          <w:rFonts w:ascii="Times New Roman" w:hAnsi="Times New Roman" w:cs="Times New Roman"/>
        </w:rPr>
        <w:t>sua</w:t>
      </w:r>
      <w:proofErr w:type="spellEnd"/>
      <w:r w:rsidRPr="00C65A0F">
        <w:rPr>
          <w:rFonts w:ascii="Times New Roman" w:hAnsi="Times New Roman" w:cs="Times New Roman"/>
        </w:rPr>
        <w:t xml:space="preserve"> </w:t>
      </w:r>
      <w:proofErr w:type="spellStart"/>
      <w:r w:rsidRPr="00C65A0F">
        <w:rPr>
          <w:rFonts w:ascii="Times New Roman" w:hAnsi="Times New Roman" w:cs="Times New Roman"/>
        </w:rPr>
        <w:t>publicação</w:t>
      </w:r>
      <w:proofErr w:type="spellEnd"/>
      <w:r w:rsidRPr="00C65A0F">
        <w:rPr>
          <w:rFonts w:ascii="Times New Roman" w:hAnsi="Times New Roman" w:cs="Times New Roman"/>
        </w:rPr>
        <w:t xml:space="preserve">, </w:t>
      </w:r>
      <w:proofErr w:type="spellStart"/>
      <w:r w:rsidRPr="00C65A0F">
        <w:rPr>
          <w:rFonts w:ascii="Times New Roman" w:hAnsi="Times New Roman" w:cs="Times New Roman"/>
        </w:rPr>
        <w:t>revogadas</w:t>
      </w:r>
      <w:proofErr w:type="spellEnd"/>
      <w:r w:rsidRPr="00C65A0F">
        <w:rPr>
          <w:rFonts w:ascii="Times New Roman" w:hAnsi="Times New Roman" w:cs="Times New Roman"/>
        </w:rPr>
        <w:t xml:space="preserve"> as </w:t>
      </w:r>
      <w:proofErr w:type="spellStart"/>
      <w:r w:rsidRPr="00C65A0F">
        <w:rPr>
          <w:rFonts w:ascii="Times New Roman" w:hAnsi="Times New Roman" w:cs="Times New Roman"/>
        </w:rPr>
        <w:t>disposições</w:t>
      </w:r>
      <w:proofErr w:type="spellEnd"/>
      <w:r w:rsidRPr="00C65A0F">
        <w:rPr>
          <w:rFonts w:ascii="Times New Roman" w:hAnsi="Times New Roman" w:cs="Times New Roman"/>
        </w:rPr>
        <w:t xml:space="preserve"> </w:t>
      </w:r>
      <w:proofErr w:type="spellStart"/>
      <w:r w:rsidRPr="00C65A0F">
        <w:rPr>
          <w:rFonts w:ascii="Times New Roman" w:hAnsi="Times New Roman" w:cs="Times New Roman"/>
        </w:rPr>
        <w:t>em</w:t>
      </w:r>
      <w:proofErr w:type="spellEnd"/>
      <w:r w:rsidRPr="00C65A0F">
        <w:rPr>
          <w:rFonts w:ascii="Times New Roman" w:hAnsi="Times New Roman" w:cs="Times New Roman"/>
        </w:rPr>
        <w:t xml:space="preserve"> </w:t>
      </w:r>
      <w:proofErr w:type="spellStart"/>
      <w:r w:rsidRPr="00C65A0F">
        <w:rPr>
          <w:rFonts w:ascii="Times New Roman" w:hAnsi="Times New Roman" w:cs="Times New Roman"/>
        </w:rPr>
        <w:t>contrário</w:t>
      </w:r>
      <w:proofErr w:type="spellEnd"/>
      <w:r w:rsidRPr="00C65A0F">
        <w:rPr>
          <w:rFonts w:ascii="Times New Roman" w:hAnsi="Times New Roman" w:cs="Times New Roman"/>
        </w:rPr>
        <w:t>.</w:t>
      </w:r>
      <w:r w:rsidRPr="00C65A0F">
        <w:rPr>
          <w:rFonts w:ascii="Times New Roman" w:hAnsi="Times New Roman" w:cs="Times New Roman"/>
        </w:rPr>
        <w:br/>
      </w:r>
    </w:p>
    <w:p w14:paraId="32DAEB98" w14:textId="7B9EC563" w:rsidR="00C65A0F" w:rsidRDefault="00E278EB" w:rsidP="00C65A0F">
      <w:pPr>
        <w:spacing w:after="0" w:line="240" w:lineRule="auto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Pranchita</w:t>
      </w:r>
      <w:proofErr w:type="spellEnd"/>
      <w:r w:rsidR="00C65A0F">
        <w:rPr>
          <w:rFonts w:ascii="Times New Roman" w:hAnsi="Times New Roman" w:cs="Times New Roman"/>
        </w:rPr>
        <w:t xml:space="preserve">-PR, </w:t>
      </w:r>
      <w:proofErr w:type="spellStart"/>
      <w:r>
        <w:rPr>
          <w:rFonts w:ascii="Times New Roman" w:hAnsi="Times New Roman" w:cs="Times New Roman"/>
        </w:rPr>
        <w:t>em</w:t>
      </w:r>
      <w:proofErr w:type="spellEnd"/>
      <w:r w:rsidR="00C65A0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16 de </w:t>
      </w:r>
      <w:proofErr w:type="spellStart"/>
      <w:r>
        <w:rPr>
          <w:rFonts w:ascii="Times New Roman" w:hAnsi="Times New Roman" w:cs="Times New Roman"/>
        </w:rPr>
        <w:t>setembro</w:t>
      </w:r>
      <w:proofErr w:type="spellEnd"/>
      <w:r w:rsidR="00C65A0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de</w:t>
      </w:r>
      <w:r w:rsidR="00C65A0F">
        <w:rPr>
          <w:rFonts w:ascii="Times New Roman" w:hAnsi="Times New Roman" w:cs="Times New Roman"/>
        </w:rPr>
        <w:t xml:space="preserve"> 2025.</w:t>
      </w:r>
    </w:p>
    <w:p w14:paraId="2D55B6A0" w14:textId="4D60AFB4" w:rsidR="00823261" w:rsidRPr="00C65A0F" w:rsidRDefault="00000000" w:rsidP="00C65A0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65A0F">
        <w:rPr>
          <w:rFonts w:ascii="Times New Roman" w:hAnsi="Times New Roman" w:cs="Times New Roman"/>
        </w:rPr>
        <w:br/>
        <w:t>__________________________________</w:t>
      </w:r>
    </w:p>
    <w:p w14:paraId="21C0BCEF" w14:textId="77777777" w:rsidR="00C65A0F" w:rsidRDefault="00000000" w:rsidP="00C65A0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65A0F">
        <w:rPr>
          <w:rFonts w:ascii="Times New Roman" w:hAnsi="Times New Roman" w:cs="Times New Roman"/>
        </w:rPr>
        <w:t>Ana Claudia Canzi Duran</w:t>
      </w:r>
    </w:p>
    <w:p w14:paraId="4C4BD2B8" w14:textId="41BD059F" w:rsidR="00823261" w:rsidRPr="00C65A0F" w:rsidRDefault="00000000" w:rsidP="00C65A0F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C65A0F">
        <w:rPr>
          <w:rFonts w:ascii="Times New Roman" w:hAnsi="Times New Roman" w:cs="Times New Roman"/>
        </w:rPr>
        <w:t>Secretária</w:t>
      </w:r>
      <w:proofErr w:type="spellEnd"/>
      <w:r w:rsidRPr="00C65A0F">
        <w:rPr>
          <w:rFonts w:ascii="Times New Roman" w:hAnsi="Times New Roman" w:cs="Times New Roman"/>
        </w:rPr>
        <w:t xml:space="preserve"> Municipal de </w:t>
      </w:r>
      <w:proofErr w:type="spellStart"/>
      <w:r w:rsidRPr="00C65A0F">
        <w:rPr>
          <w:rFonts w:ascii="Times New Roman" w:hAnsi="Times New Roman" w:cs="Times New Roman"/>
        </w:rPr>
        <w:t>Educação</w:t>
      </w:r>
      <w:proofErr w:type="spellEnd"/>
      <w:r w:rsidR="0024141C" w:rsidRPr="00C65A0F">
        <w:rPr>
          <w:rFonts w:ascii="Times New Roman" w:hAnsi="Times New Roman" w:cs="Times New Roman"/>
        </w:rPr>
        <w:t>,</w:t>
      </w:r>
      <w:r w:rsidRPr="00C65A0F">
        <w:rPr>
          <w:rFonts w:ascii="Times New Roman" w:hAnsi="Times New Roman" w:cs="Times New Roman"/>
        </w:rPr>
        <w:t xml:space="preserve"> Cultura</w:t>
      </w:r>
      <w:r w:rsidR="0024141C" w:rsidRPr="00C65A0F">
        <w:rPr>
          <w:rFonts w:ascii="Times New Roman" w:hAnsi="Times New Roman" w:cs="Times New Roman"/>
        </w:rPr>
        <w:t xml:space="preserve"> e </w:t>
      </w:r>
      <w:proofErr w:type="spellStart"/>
      <w:r w:rsidR="0024141C" w:rsidRPr="00C65A0F">
        <w:rPr>
          <w:rFonts w:ascii="Times New Roman" w:hAnsi="Times New Roman" w:cs="Times New Roman"/>
        </w:rPr>
        <w:t>Esporte</w:t>
      </w:r>
      <w:proofErr w:type="spellEnd"/>
    </w:p>
    <w:sectPr w:rsidR="00823261" w:rsidRPr="00C65A0F" w:rsidSect="00C546B2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04004507">
    <w:abstractNumId w:val="8"/>
  </w:num>
  <w:num w:numId="2" w16cid:durableId="1595670697">
    <w:abstractNumId w:val="6"/>
  </w:num>
  <w:num w:numId="3" w16cid:durableId="1491016306">
    <w:abstractNumId w:val="5"/>
  </w:num>
  <w:num w:numId="4" w16cid:durableId="1047995999">
    <w:abstractNumId w:val="4"/>
  </w:num>
  <w:num w:numId="5" w16cid:durableId="1029531340">
    <w:abstractNumId w:val="7"/>
  </w:num>
  <w:num w:numId="6" w16cid:durableId="1557543999">
    <w:abstractNumId w:val="3"/>
  </w:num>
  <w:num w:numId="7" w16cid:durableId="1162160513">
    <w:abstractNumId w:val="2"/>
  </w:num>
  <w:num w:numId="8" w16cid:durableId="913003755">
    <w:abstractNumId w:val="1"/>
  </w:num>
  <w:num w:numId="9" w16cid:durableId="1472213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6482"/>
    <w:rsid w:val="0006063C"/>
    <w:rsid w:val="000E019B"/>
    <w:rsid w:val="0015074B"/>
    <w:rsid w:val="0023530B"/>
    <w:rsid w:val="0024141C"/>
    <w:rsid w:val="0029639D"/>
    <w:rsid w:val="00297ABA"/>
    <w:rsid w:val="00326F90"/>
    <w:rsid w:val="004F34F8"/>
    <w:rsid w:val="0050370E"/>
    <w:rsid w:val="00565A3E"/>
    <w:rsid w:val="006142FC"/>
    <w:rsid w:val="007B49C4"/>
    <w:rsid w:val="00803E09"/>
    <w:rsid w:val="00823261"/>
    <w:rsid w:val="008B27F4"/>
    <w:rsid w:val="009D4C8D"/>
    <w:rsid w:val="00AA1D8D"/>
    <w:rsid w:val="00B47730"/>
    <w:rsid w:val="00C546B2"/>
    <w:rsid w:val="00C65A0F"/>
    <w:rsid w:val="00C81564"/>
    <w:rsid w:val="00CB0664"/>
    <w:rsid w:val="00DD250D"/>
    <w:rsid w:val="00DE73C4"/>
    <w:rsid w:val="00DF062F"/>
    <w:rsid w:val="00E278EB"/>
    <w:rsid w:val="00F149F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10697B"/>
  <w14:defaultImageDpi w14:val="300"/>
  <w15:docId w15:val="{02DFE34F-D63C-450B-82D5-B3C5B519C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472</Words>
  <Characters>2550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Stephanny Amorim</cp:lastModifiedBy>
  <cp:revision>7</cp:revision>
  <cp:lastPrinted>2025-09-16T11:09:00Z</cp:lastPrinted>
  <dcterms:created xsi:type="dcterms:W3CDTF">2025-09-16T16:23:00Z</dcterms:created>
  <dcterms:modified xsi:type="dcterms:W3CDTF">2025-09-16T17:12:00Z</dcterms:modified>
  <cp:category/>
</cp:coreProperties>
</file>