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894537" w14:textId="7684E301" w:rsidR="004677EB" w:rsidRPr="00231EC5" w:rsidRDefault="00AC558E" w:rsidP="00E46EB1">
      <w:pPr>
        <w:pStyle w:val="Ttulo1"/>
        <w:spacing w:before="0" w:line="240" w:lineRule="auto"/>
        <w:jc w:val="center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</w:rPr>
        <w:t>INSTRUÇÃO NORMATIVA</w:t>
      </w:r>
      <w:r w:rsidRPr="00231EC5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Nº </w:t>
      </w:r>
      <w:r w:rsidR="004677EB" w:rsidRPr="00231EC5">
        <w:rPr>
          <w:rFonts w:ascii="Times New Roman" w:hAnsi="Times New Roman" w:cs="Times New Roman"/>
          <w:color w:val="000000" w:themeColor="text1"/>
          <w:sz w:val="22"/>
          <w:szCs w:val="22"/>
        </w:rPr>
        <w:t>0</w:t>
      </w:r>
      <w:r w:rsidR="00BD7C4E" w:rsidRPr="00231EC5">
        <w:rPr>
          <w:rFonts w:ascii="Times New Roman" w:hAnsi="Times New Roman" w:cs="Times New Roman"/>
          <w:color w:val="000000" w:themeColor="text1"/>
          <w:sz w:val="22"/>
          <w:szCs w:val="22"/>
        </w:rPr>
        <w:t>9</w:t>
      </w:r>
      <w:r w:rsidRPr="00231EC5">
        <w:rPr>
          <w:rFonts w:ascii="Times New Roman" w:hAnsi="Times New Roman" w:cs="Times New Roman"/>
          <w:color w:val="000000" w:themeColor="text1"/>
          <w:sz w:val="22"/>
          <w:szCs w:val="22"/>
        </w:rPr>
        <w:t>/2025</w:t>
      </w:r>
    </w:p>
    <w:p w14:paraId="3503B095" w14:textId="77777777" w:rsidR="004677EB" w:rsidRPr="00231EC5" w:rsidRDefault="004677EB" w:rsidP="00E46EB1">
      <w:pPr>
        <w:spacing w:after="0" w:line="240" w:lineRule="auto"/>
      </w:pPr>
    </w:p>
    <w:p w14:paraId="6C3C88E9" w14:textId="77777777" w:rsidR="00E46EB1" w:rsidRPr="00231EC5" w:rsidRDefault="00E46EB1" w:rsidP="00E46EB1">
      <w:pPr>
        <w:spacing w:after="0" w:line="240" w:lineRule="auto"/>
        <w:rPr>
          <w:rFonts w:ascii="Times New Roman" w:hAnsi="Times New Roman" w:cs="Times New Roman"/>
        </w:rPr>
      </w:pPr>
    </w:p>
    <w:p w14:paraId="1B607B40" w14:textId="0B3C17C9" w:rsidR="00B272D6" w:rsidRPr="00231EC5" w:rsidRDefault="00000000" w:rsidP="0051031A">
      <w:pPr>
        <w:spacing w:after="0" w:line="240" w:lineRule="auto"/>
        <w:ind w:left="5103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231EC5">
        <w:rPr>
          <w:rFonts w:ascii="Times New Roman" w:hAnsi="Times New Roman" w:cs="Times New Roman"/>
          <w:sz w:val="20"/>
          <w:szCs w:val="20"/>
        </w:rPr>
        <w:t>Institui</w:t>
      </w:r>
      <w:proofErr w:type="spellEnd"/>
      <w:r w:rsidRPr="00231EC5">
        <w:rPr>
          <w:rFonts w:ascii="Times New Roman" w:hAnsi="Times New Roman" w:cs="Times New Roman"/>
          <w:sz w:val="20"/>
          <w:szCs w:val="20"/>
        </w:rPr>
        <w:t xml:space="preserve"> a Política Municipal de </w:t>
      </w:r>
      <w:proofErr w:type="spellStart"/>
      <w:r w:rsidRPr="00231EC5">
        <w:rPr>
          <w:rFonts w:ascii="Times New Roman" w:hAnsi="Times New Roman" w:cs="Times New Roman"/>
          <w:sz w:val="20"/>
          <w:szCs w:val="20"/>
        </w:rPr>
        <w:t>Formação</w:t>
      </w:r>
      <w:proofErr w:type="spellEnd"/>
      <w:r w:rsidRPr="00231EC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31EC5">
        <w:rPr>
          <w:rFonts w:ascii="Times New Roman" w:hAnsi="Times New Roman" w:cs="Times New Roman"/>
          <w:sz w:val="20"/>
          <w:szCs w:val="20"/>
        </w:rPr>
        <w:t>Continuada</w:t>
      </w:r>
      <w:proofErr w:type="spellEnd"/>
      <w:r w:rsidRPr="00231EC5">
        <w:rPr>
          <w:rFonts w:ascii="Times New Roman" w:hAnsi="Times New Roman" w:cs="Times New Roman"/>
          <w:sz w:val="20"/>
          <w:szCs w:val="20"/>
        </w:rPr>
        <w:t xml:space="preserve"> dos </w:t>
      </w:r>
      <w:proofErr w:type="spellStart"/>
      <w:r w:rsidRPr="00231EC5">
        <w:rPr>
          <w:rFonts w:ascii="Times New Roman" w:hAnsi="Times New Roman" w:cs="Times New Roman"/>
          <w:sz w:val="20"/>
          <w:szCs w:val="20"/>
        </w:rPr>
        <w:t>Profissionais</w:t>
      </w:r>
      <w:proofErr w:type="spellEnd"/>
      <w:r w:rsidRPr="00231EC5">
        <w:rPr>
          <w:rFonts w:ascii="Times New Roman" w:hAnsi="Times New Roman" w:cs="Times New Roman"/>
          <w:sz w:val="20"/>
          <w:szCs w:val="20"/>
        </w:rPr>
        <w:t xml:space="preserve"> da </w:t>
      </w:r>
      <w:proofErr w:type="spellStart"/>
      <w:r w:rsidRPr="00231EC5">
        <w:rPr>
          <w:rFonts w:ascii="Times New Roman" w:hAnsi="Times New Roman" w:cs="Times New Roman"/>
          <w:sz w:val="20"/>
          <w:szCs w:val="20"/>
        </w:rPr>
        <w:t>Educação</w:t>
      </w:r>
      <w:proofErr w:type="spellEnd"/>
      <w:r w:rsidRPr="00231EC5">
        <w:rPr>
          <w:rFonts w:ascii="Times New Roman" w:hAnsi="Times New Roman" w:cs="Times New Roman"/>
          <w:sz w:val="20"/>
          <w:szCs w:val="20"/>
        </w:rPr>
        <w:t xml:space="preserve"> da Rede Municipal de Ensino de </w:t>
      </w:r>
      <w:proofErr w:type="spellStart"/>
      <w:r w:rsidRPr="00231EC5">
        <w:rPr>
          <w:rFonts w:ascii="Times New Roman" w:hAnsi="Times New Roman" w:cs="Times New Roman"/>
          <w:sz w:val="20"/>
          <w:szCs w:val="20"/>
        </w:rPr>
        <w:t>Pranchita</w:t>
      </w:r>
      <w:proofErr w:type="spellEnd"/>
      <w:r w:rsidRPr="00231EC5">
        <w:rPr>
          <w:rFonts w:ascii="Times New Roman" w:hAnsi="Times New Roman" w:cs="Times New Roman"/>
          <w:sz w:val="20"/>
          <w:szCs w:val="20"/>
        </w:rPr>
        <w:t>.</w:t>
      </w:r>
    </w:p>
    <w:p w14:paraId="5F650F9A" w14:textId="77777777" w:rsidR="00B272D6" w:rsidRPr="00231EC5" w:rsidRDefault="00B272D6" w:rsidP="00E46EB1">
      <w:pPr>
        <w:spacing w:after="0" w:line="240" w:lineRule="auto"/>
        <w:rPr>
          <w:rFonts w:ascii="Times New Roman" w:hAnsi="Times New Roman" w:cs="Times New Roman"/>
        </w:rPr>
      </w:pPr>
    </w:p>
    <w:p w14:paraId="56EFD69D" w14:textId="77777777" w:rsidR="004677EB" w:rsidRPr="00231EC5" w:rsidRDefault="004677EB" w:rsidP="00E46EB1">
      <w:pPr>
        <w:spacing w:after="0" w:line="240" w:lineRule="auto"/>
        <w:rPr>
          <w:rFonts w:ascii="Times New Roman" w:hAnsi="Times New Roman" w:cs="Times New Roman"/>
        </w:rPr>
      </w:pPr>
    </w:p>
    <w:p w14:paraId="479CBE79" w14:textId="58C532A5" w:rsidR="001E1E08" w:rsidRPr="00231EC5" w:rsidRDefault="001E1E08" w:rsidP="001E1E08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231EC5">
        <w:rPr>
          <w:rFonts w:ascii="Times New Roman" w:hAnsi="Times New Roman" w:cs="Times New Roman"/>
        </w:rPr>
        <w:t>A SECRETÁRIA MUNICIPAL DE EDUCAÇÃO,</w:t>
      </w:r>
      <w:r w:rsidR="0051031A" w:rsidRPr="00231EC5">
        <w:rPr>
          <w:rFonts w:ascii="Times New Roman" w:hAnsi="Times New Roman" w:cs="Times New Roman"/>
        </w:rPr>
        <w:t xml:space="preserve"> CULTURA E ESPORTE,</w:t>
      </w:r>
      <w:r w:rsidRPr="00231EC5">
        <w:rPr>
          <w:rFonts w:ascii="Times New Roman" w:hAnsi="Times New Roman" w:cs="Times New Roman"/>
        </w:rPr>
        <w:t xml:space="preserve"> </w:t>
      </w:r>
      <w:r w:rsidR="0071127B" w:rsidRPr="00231EC5">
        <w:rPr>
          <w:rFonts w:ascii="Times New Roman" w:hAnsi="Times New Roman" w:cs="Times New Roman"/>
        </w:rPr>
        <w:t xml:space="preserve">Ana Claudia </w:t>
      </w:r>
      <w:r w:rsidR="004677EB" w:rsidRPr="00231EC5">
        <w:rPr>
          <w:rFonts w:ascii="Times New Roman" w:hAnsi="Times New Roman" w:cs="Times New Roman"/>
        </w:rPr>
        <w:t xml:space="preserve">Canzi </w:t>
      </w:r>
      <w:r w:rsidR="0071127B" w:rsidRPr="00231EC5">
        <w:rPr>
          <w:rFonts w:ascii="Times New Roman" w:hAnsi="Times New Roman" w:cs="Times New Roman"/>
        </w:rPr>
        <w:t xml:space="preserve">Duran, no </w:t>
      </w:r>
      <w:proofErr w:type="spellStart"/>
      <w:r w:rsidR="0071127B" w:rsidRPr="00231EC5">
        <w:rPr>
          <w:rFonts w:ascii="Times New Roman" w:hAnsi="Times New Roman" w:cs="Times New Roman"/>
        </w:rPr>
        <w:t>uso</w:t>
      </w:r>
      <w:proofErr w:type="spellEnd"/>
      <w:r w:rsidR="0071127B" w:rsidRPr="00231EC5">
        <w:rPr>
          <w:rFonts w:ascii="Times New Roman" w:hAnsi="Times New Roman" w:cs="Times New Roman"/>
        </w:rPr>
        <w:t xml:space="preserve"> de </w:t>
      </w:r>
      <w:proofErr w:type="spellStart"/>
      <w:r w:rsidR="0071127B" w:rsidRPr="00231EC5">
        <w:rPr>
          <w:rFonts w:ascii="Times New Roman" w:hAnsi="Times New Roman" w:cs="Times New Roman"/>
        </w:rPr>
        <w:t>suas</w:t>
      </w:r>
      <w:proofErr w:type="spellEnd"/>
      <w:r w:rsidR="0071127B" w:rsidRPr="00231EC5">
        <w:rPr>
          <w:rFonts w:ascii="Times New Roman" w:hAnsi="Times New Roman" w:cs="Times New Roman"/>
        </w:rPr>
        <w:t xml:space="preserve"> </w:t>
      </w:r>
      <w:proofErr w:type="spellStart"/>
      <w:r w:rsidR="0071127B" w:rsidRPr="00231EC5">
        <w:rPr>
          <w:rFonts w:ascii="Times New Roman" w:hAnsi="Times New Roman" w:cs="Times New Roman"/>
        </w:rPr>
        <w:t>atribuições</w:t>
      </w:r>
      <w:proofErr w:type="spellEnd"/>
      <w:r w:rsidR="0071127B" w:rsidRPr="00231EC5">
        <w:rPr>
          <w:rFonts w:ascii="Times New Roman" w:hAnsi="Times New Roman" w:cs="Times New Roman"/>
        </w:rPr>
        <w:t xml:space="preserve"> </w:t>
      </w:r>
      <w:proofErr w:type="spellStart"/>
      <w:r w:rsidR="0071127B" w:rsidRPr="00231EC5">
        <w:rPr>
          <w:rFonts w:ascii="Times New Roman" w:hAnsi="Times New Roman" w:cs="Times New Roman"/>
        </w:rPr>
        <w:t>legais</w:t>
      </w:r>
      <w:proofErr w:type="spellEnd"/>
      <w:r w:rsidRPr="00231EC5">
        <w:rPr>
          <w:rFonts w:ascii="Times New Roman" w:hAnsi="Times New Roman" w:cs="Times New Roman"/>
        </w:rPr>
        <w:t xml:space="preserve">, </w:t>
      </w:r>
      <w:proofErr w:type="spellStart"/>
      <w:r w:rsidR="0071127B" w:rsidRPr="00231EC5">
        <w:rPr>
          <w:rFonts w:ascii="Times New Roman" w:hAnsi="Times New Roman" w:cs="Times New Roman"/>
        </w:rPr>
        <w:t>considerando</w:t>
      </w:r>
      <w:proofErr w:type="spellEnd"/>
      <w:r w:rsidRPr="00231EC5">
        <w:rPr>
          <w:rFonts w:ascii="Times New Roman" w:hAnsi="Times New Roman" w:cs="Times New Roman"/>
        </w:rPr>
        <w:t xml:space="preserve"> a</w:t>
      </w:r>
      <w:r w:rsidR="0071127B" w:rsidRPr="00231EC5">
        <w:rPr>
          <w:rFonts w:ascii="Times New Roman" w:hAnsi="Times New Roman" w:cs="Times New Roman"/>
        </w:rPr>
        <w:t xml:space="preserve"> </w:t>
      </w:r>
      <w:proofErr w:type="spellStart"/>
      <w:r w:rsidR="0071127B" w:rsidRPr="00231EC5">
        <w:rPr>
          <w:rFonts w:ascii="Times New Roman" w:hAnsi="Times New Roman" w:cs="Times New Roman"/>
        </w:rPr>
        <w:t>necessidade</w:t>
      </w:r>
      <w:proofErr w:type="spellEnd"/>
      <w:r w:rsidR="0071127B" w:rsidRPr="00231EC5">
        <w:rPr>
          <w:rFonts w:ascii="Times New Roman" w:hAnsi="Times New Roman" w:cs="Times New Roman"/>
        </w:rPr>
        <w:t xml:space="preserve"> de </w:t>
      </w:r>
      <w:proofErr w:type="spellStart"/>
      <w:r w:rsidR="0071127B" w:rsidRPr="00231EC5">
        <w:rPr>
          <w:rFonts w:ascii="Times New Roman" w:hAnsi="Times New Roman" w:cs="Times New Roman"/>
        </w:rPr>
        <w:t>assegurar</w:t>
      </w:r>
      <w:proofErr w:type="spellEnd"/>
      <w:r w:rsidR="0071127B" w:rsidRPr="00231EC5">
        <w:rPr>
          <w:rFonts w:ascii="Times New Roman" w:hAnsi="Times New Roman" w:cs="Times New Roman"/>
        </w:rPr>
        <w:t xml:space="preserve"> </w:t>
      </w:r>
      <w:proofErr w:type="spellStart"/>
      <w:r w:rsidR="0071127B" w:rsidRPr="00231EC5">
        <w:rPr>
          <w:rFonts w:ascii="Times New Roman" w:hAnsi="Times New Roman" w:cs="Times New Roman"/>
        </w:rPr>
        <w:t>formação</w:t>
      </w:r>
      <w:proofErr w:type="spellEnd"/>
      <w:r w:rsidR="0071127B" w:rsidRPr="00231EC5">
        <w:rPr>
          <w:rFonts w:ascii="Times New Roman" w:hAnsi="Times New Roman" w:cs="Times New Roman"/>
        </w:rPr>
        <w:t xml:space="preserve"> </w:t>
      </w:r>
      <w:proofErr w:type="spellStart"/>
      <w:r w:rsidR="0071127B" w:rsidRPr="00231EC5">
        <w:rPr>
          <w:rFonts w:ascii="Times New Roman" w:hAnsi="Times New Roman" w:cs="Times New Roman"/>
        </w:rPr>
        <w:t>continuada</w:t>
      </w:r>
      <w:proofErr w:type="spellEnd"/>
      <w:r w:rsidR="0071127B" w:rsidRPr="00231EC5">
        <w:rPr>
          <w:rFonts w:ascii="Times New Roman" w:hAnsi="Times New Roman" w:cs="Times New Roman"/>
        </w:rPr>
        <w:t xml:space="preserve"> </w:t>
      </w:r>
      <w:proofErr w:type="spellStart"/>
      <w:r w:rsidR="0071127B" w:rsidRPr="00231EC5">
        <w:rPr>
          <w:rFonts w:ascii="Times New Roman" w:hAnsi="Times New Roman" w:cs="Times New Roman"/>
        </w:rPr>
        <w:t>aos</w:t>
      </w:r>
      <w:proofErr w:type="spellEnd"/>
      <w:r w:rsidR="0071127B" w:rsidRPr="00231EC5">
        <w:rPr>
          <w:rFonts w:ascii="Times New Roman" w:hAnsi="Times New Roman" w:cs="Times New Roman"/>
        </w:rPr>
        <w:t xml:space="preserve"> </w:t>
      </w:r>
      <w:proofErr w:type="spellStart"/>
      <w:r w:rsidR="0071127B" w:rsidRPr="00231EC5">
        <w:rPr>
          <w:rFonts w:ascii="Times New Roman" w:hAnsi="Times New Roman" w:cs="Times New Roman"/>
        </w:rPr>
        <w:t>profissionais</w:t>
      </w:r>
      <w:proofErr w:type="spellEnd"/>
      <w:r w:rsidR="0071127B" w:rsidRPr="00231EC5">
        <w:rPr>
          <w:rFonts w:ascii="Times New Roman" w:hAnsi="Times New Roman" w:cs="Times New Roman"/>
        </w:rPr>
        <w:t xml:space="preserve"> da </w:t>
      </w:r>
      <w:proofErr w:type="spellStart"/>
      <w:r w:rsidR="0071127B" w:rsidRPr="00231EC5">
        <w:rPr>
          <w:rFonts w:ascii="Times New Roman" w:hAnsi="Times New Roman" w:cs="Times New Roman"/>
        </w:rPr>
        <w:t>educação</w:t>
      </w:r>
      <w:proofErr w:type="spellEnd"/>
      <w:r w:rsidR="0071127B" w:rsidRPr="00231EC5">
        <w:rPr>
          <w:rFonts w:ascii="Times New Roman" w:hAnsi="Times New Roman" w:cs="Times New Roman"/>
        </w:rPr>
        <w:t xml:space="preserve">, </w:t>
      </w:r>
      <w:proofErr w:type="spellStart"/>
      <w:r w:rsidR="0071127B" w:rsidRPr="00231EC5">
        <w:rPr>
          <w:rFonts w:ascii="Times New Roman" w:hAnsi="Times New Roman" w:cs="Times New Roman"/>
        </w:rPr>
        <w:t>em</w:t>
      </w:r>
      <w:proofErr w:type="spellEnd"/>
      <w:r w:rsidR="0071127B" w:rsidRPr="00231EC5">
        <w:rPr>
          <w:rFonts w:ascii="Times New Roman" w:hAnsi="Times New Roman" w:cs="Times New Roman"/>
        </w:rPr>
        <w:t xml:space="preserve"> </w:t>
      </w:r>
      <w:proofErr w:type="spellStart"/>
      <w:r w:rsidR="0071127B" w:rsidRPr="00231EC5">
        <w:rPr>
          <w:rFonts w:ascii="Times New Roman" w:hAnsi="Times New Roman" w:cs="Times New Roman"/>
        </w:rPr>
        <w:t>conformidade</w:t>
      </w:r>
      <w:proofErr w:type="spellEnd"/>
      <w:r w:rsidR="0071127B" w:rsidRPr="00231EC5">
        <w:rPr>
          <w:rFonts w:ascii="Times New Roman" w:hAnsi="Times New Roman" w:cs="Times New Roman"/>
        </w:rPr>
        <w:t xml:space="preserve"> com as </w:t>
      </w:r>
      <w:proofErr w:type="spellStart"/>
      <w:r w:rsidR="0071127B" w:rsidRPr="00231EC5">
        <w:rPr>
          <w:rFonts w:ascii="Times New Roman" w:hAnsi="Times New Roman" w:cs="Times New Roman"/>
        </w:rPr>
        <w:t>diretrizes</w:t>
      </w:r>
      <w:proofErr w:type="spellEnd"/>
      <w:r w:rsidR="0071127B" w:rsidRPr="00231EC5">
        <w:rPr>
          <w:rFonts w:ascii="Times New Roman" w:hAnsi="Times New Roman" w:cs="Times New Roman"/>
        </w:rPr>
        <w:t xml:space="preserve"> da Lei de </w:t>
      </w:r>
      <w:proofErr w:type="spellStart"/>
      <w:r w:rsidR="0071127B" w:rsidRPr="00231EC5">
        <w:rPr>
          <w:rFonts w:ascii="Times New Roman" w:hAnsi="Times New Roman" w:cs="Times New Roman"/>
        </w:rPr>
        <w:t>Diretrizes</w:t>
      </w:r>
      <w:proofErr w:type="spellEnd"/>
      <w:r w:rsidR="0071127B" w:rsidRPr="00231EC5">
        <w:rPr>
          <w:rFonts w:ascii="Times New Roman" w:hAnsi="Times New Roman" w:cs="Times New Roman"/>
        </w:rPr>
        <w:t xml:space="preserve"> e Bases da </w:t>
      </w:r>
      <w:proofErr w:type="spellStart"/>
      <w:r w:rsidR="0071127B" w:rsidRPr="00231EC5">
        <w:rPr>
          <w:rFonts w:ascii="Times New Roman" w:hAnsi="Times New Roman" w:cs="Times New Roman"/>
        </w:rPr>
        <w:t>Educação</w:t>
      </w:r>
      <w:proofErr w:type="spellEnd"/>
      <w:r w:rsidR="0071127B" w:rsidRPr="00231EC5">
        <w:rPr>
          <w:rFonts w:ascii="Times New Roman" w:hAnsi="Times New Roman" w:cs="Times New Roman"/>
        </w:rPr>
        <w:t xml:space="preserve"> Nacional (Lei nº 9.394/1996);</w:t>
      </w:r>
      <w:r w:rsidRPr="00231EC5">
        <w:rPr>
          <w:rFonts w:ascii="Times New Roman" w:hAnsi="Times New Roman" w:cs="Times New Roman"/>
        </w:rPr>
        <w:t xml:space="preserve"> </w:t>
      </w:r>
      <w:proofErr w:type="spellStart"/>
      <w:r w:rsidRPr="00231EC5">
        <w:rPr>
          <w:rFonts w:ascii="Times New Roman" w:hAnsi="Times New Roman" w:cs="Times New Roman"/>
        </w:rPr>
        <w:t>considerando</w:t>
      </w:r>
      <w:proofErr w:type="spellEnd"/>
      <w:r w:rsidRPr="00231EC5">
        <w:rPr>
          <w:rFonts w:ascii="Times New Roman" w:hAnsi="Times New Roman" w:cs="Times New Roman"/>
        </w:rPr>
        <w:t xml:space="preserve"> a</w:t>
      </w:r>
      <w:r w:rsidR="0071127B" w:rsidRPr="00231EC5">
        <w:rPr>
          <w:rFonts w:ascii="Times New Roman" w:hAnsi="Times New Roman" w:cs="Times New Roman"/>
        </w:rPr>
        <w:t xml:space="preserve"> </w:t>
      </w:r>
      <w:proofErr w:type="spellStart"/>
      <w:r w:rsidR="0071127B" w:rsidRPr="00231EC5">
        <w:rPr>
          <w:rFonts w:ascii="Times New Roman" w:hAnsi="Times New Roman" w:cs="Times New Roman"/>
        </w:rPr>
        <w:t>importância</w:t>
      </w:r>
      <w:proofErr w:type="spellEnd"/>
      <w:r w:rsidR="0071127B" w:rsidRPr="00231EC5">
        <w:rPr>
          <w:rFonts w:ascii="Times New Roman" w:hAnsi="Times New Roman" w:cs="Times New Roman"/>
        </w:rPr>
        <w:t xml:space="preserve"> de </w:t>
      </w:r>
      <w:proofErr w:type="spellStart"/>
      <w:r w:rsidR="0071127B" w:rsidRPr="00231EC5">
        <w:rPr>
          <w:rFonts w:ascii="Times New Roman" w:hAnsi="Times New Roman" w:cs="Times New Roman"/>
        </w:rPr>
        <w:t>promover</w:t>
      </w:r>
      <w:proofErr w:type="spellEnd"/>
      <w:r w:rsidR="0071127B" w:rsidRPr="00231EC5">
        <w:rPr>
          <w:rFonts w:ascii="Times New Roman" w:hAnsi="Times New Roman" w:cs="Times New Roman"/>
        </w:rPr>
        <w:t xml:space="preserve"> </w:t>
      </w:r>
      <w:proofErr w:type="spellStart"/>
      <w:r w:rsidR="0071127B" w:rsidRPr="00231EC5">
        <w:rPr>
          <w:rFonts w:ascii="Times New Roman" w:hAnsi="Times New Roman" w:cs="Times New Roman"/>
        </w:rPr>
        <w:t>processos</w:t>
      </w:r>
      <w:proofErr w:type="spellEnd"/>
      <w:r w:rsidR="0071127B" w:rsidRPr="00231EC5">
        <w:rPr>
          <w:rFonts w:ascii="Times New Roman" w:hAnsi="Times New Roman" w:cs="Times New Roman"/>
        </w:rPr>
        <w:t xml:space="preserve"> de </w:t>
      </w:r>
      <w:proofErr w:type="spellStart"/>
      <w:r w:rsidR="0071127B" w:rsidRPr="00231EC5">
        <w:rPr>
          <w:rFonts w:ascii="Times New Roman" w:hAnsi="Times New Roman" w:cs="Times New Roman"/>
        </w:rPr>
        <w:t>aperfeiçoamento</w:t>
      </w:r>
      <w:proofErr w:type="spellEnd"/>
      <w:r w:rsidR="0071127B" w:rsidRPr="00231EC5">
        <w:rPr>
          <w:rFonts w:ascii="Times New Roman" w:hAnsi="Times New Roman" w:cs="Times New Roman"/>
        </w:rPr>
        <w:t xml:space="preserve">, </w:t>
      </w:r>
      <w:proofErr w:type="spellStart"/>
      <w:r w:rsidR="0071127B" w:rsidRPr="00231EC5">
        <w:rPr>
          <w:rFonts w:ascii="Times New Roman" w:hAnsi="Times New Roman" w:cs="Times New Roman"/>
        </w:rPr>
        <w:t>atualização</w:t>
      </w:r>
      <w:proofErr w:type="spellEnd"/>
      <w:r w:rsidR="0071127B" w:rsidRPr="00231EC5">
        <w:rPr>
          <w:rFonts w:ascii="Times New Roman" w:hAnsi="Times New Roman" w:cs="Times New Roman"/>
        </w:rPr>
        <w:t xml:space="preserve"> e </w:t>
      </w:r>
      <w:proofErr w:type="spellStart"/>
      <w:r w:rsidR="0071127B" w:rsidRPr="00231EC5">
        <w:rPr>
          <w:rFonts w:ascii="Times New Roman" w:hAnsi="Times New Roman" w:cs="Times New Roman"/>
        </w:rPr>
        <w:t>desenvolvimento</w:t>
      </w:r>
      <w:proofErr w:type="spellEnd"/>
      <w:r w:rsidR="0071127B" w:rsidRPr="00231EC5">
        <w:rPr>
          <w:rFonts w:ascii="Times New Roman" w:hAnsi="Times New Roman" w:cs="Times New Roman"/>
        </w:rPr>
        <w:t xml:space="preserve"> </w:t>
      </w:r>
      <w:proofErr w:type="spellStart"/>
      <w:r w:rsidR="0071127B" w:rsidRPr="00231EC5">
        <w:rPr>
          <w:rFonts w:ascii="Times New Roman" w:hAnsi="Times New Roman" w:cs="Times New Roman"/>
        </w:rPr>
        <w:t>profissional</w:t>
      </w:r>
      <w:proofErr w:type="spellEnd"/>
      <w:r w:rsidR="0071127B" w:rsidRPr="00231EC5">
        <w:rPr>
          <w:rFonts w:ascii="Times New Roman" w:hAnsi="Times New Roman" w:cs="Times New Roman"/>
        </w:rPr>
        <w:t xml:space="preserve"> </w:t>
      </w:r>
      <w:proofErr w:type="spellStart"/>
      <w:r w:rsidR="0071127B" w:rsidRPr="00231EC5">
        <w:rPr>
          <w:rFonts w:ascii="Times New Roman" w:hAnsi="Times New Roman" w:cs="Times New Roman"/>
        </w:rPr>
        <w:t>docente</w:t>
      </w:r>
      <w:proofErr w:type="spellEnd"/>
      <w:r w:rsidR="0071127B" w:rsidRPr="00231EC5">
        <w:rPr>
          <w:rFonts w:ascii="Times New Roman" w:hAnsi="Times New Roman" w:cs="Times New Roman"/>
        </w:rPr>
        <w:t xml:space="preserve"> e </w:t>
      </w:r>
      <w:proofErr w:type="spellStart"/>
      <w:r w:rsidR="0071127B" w:rsidRPr="00231EC5">
        <w:rPr>
          <w:rFonts w:ascii="Times New Roman" w:hAnsi="Times New Roman" w:cs="Times New Roman"/>
        </w:rPr>
        <w:t>não</w:t>
      </w:r>
      <w:proofErr w:type="spellEnd"/>
      <w:r w:rsidR="0071127B" w:rsidRPr="00231EC5">
        <w:rPr>
          <w:rFonts w:ascii="Times New Roman" w:hAnsi="Times New Roman" w:cs="Times New Roman"/>
        </w:rPr>
        <w:t xml:space="preserve"> </w:t>
      </w:r>
      <w:proofErr w:type="spellStart"/>
      <w:r w:rsidR="0071127B" w:rsidRPr="00231EC5">
        <w:rPr>
          <w:rFonts w:ascii="Times New Roman" w:hAnsi="Times New Roman" w:cs="Times New Roman"/>
        </w:rPr>
        <w:t>docente</w:t>
      </w:r>
      <w:proofErr w:type="spellEnd"/>
      <w:r w:rsidR="0071127B" w:rsidRPr="00231EC5">
        <w:rPr>
          <w:rFonts w:ascii="Times New Roman" w:hAnsi="Times New Roman" w:cs="Times New Roman"/>
        </w:rPr>
        <w:t>;</w:t>
      </w:r>
      <w:r w:rsidRPr="00231EC5">
        <w:rPr>
          <w:rFonts w:ascii="Times New Roman" w:hAnsi="Times New Roman" w:cs="Times New Roman"/>
        </w:rPr>
        <w:t xml:space="preserve"> e </w:t>
      </w:r>
      <w:proofErr w:type="spellStart"/>
      <w:r w:rsidRPr="00231EC5">
        <w:rPr>
          <w:rFonts w:ascii="Times New Roman" w:hAnsi="Times New Roman" w:cs="Times New Roman"/>
        </w:rPr>
        <w:t>considerando</w:t>
      </w:r>
      <w:proofErr w:type="spellEnd"/>
      <w:r w:rsidRPr="00231EC5">
        <w:rPr>
          <w:rFonts w:ascii="Times New Roman" w:hAnsi="Times New Roman" w:cs="Times New Roman"/>
        </w:rPr>
        <w:t xml:space="preserve"> o </w:t>
      </w:r>
      <w:proofErr w:type="spellStart"/>
      <w:r w:rsidR="0071127B" w:rsidRPr="00231EC5">
        <w:rPr>
          <w:rFonts w:ascii="Times New Roman" w:hAnsi="Times New Roman" w:cs="Times New Roman"/>
        </w:rPr>
        <w:t>compromisso</w:t>
      </w:r>
      <w:proofErr w:type="spellEnd"/>
      <w:r w:rsidR="0071127B" w:rsidRPr="00231EC5">
        <w:rPr>
          <w:rFonts w:ascii="Times New Roman" w:hAnsi="Times New Roman" w:cs="Times New Roman"/>
        </w:rPr>
        <w:t xml:space="preserve"> com a </w:t>
      </w:r>
      <w:proofErr w:type="spellStart"/>
      <w:r w:rsidR="0071127B" w:rsidRPr="00231EC5">
        <w:rPr>
          <w:rFonts w:ascii="Times New Roman" w:hAnsi="Times New Roman" w:cs="Times New Roman"/>
        </w:rPr>
        <w:t>melhoria</w:t>
      </w:r>
      <w:proofErr w:type="spellEnd"/>
      <w:r w:rsidR="0071127B" w:rsidRPr="00231EC5">
        <w:rPr>
          <w:rFonts w:ascii="Times New Roman" w:hAnsi="Times New Roman" w:cs="Times New Roman"/>
        </w:rPr>
        <w:t xml:space="preserve"> da </w:t>
      </w:r>
      <w:proofErr w:type="spellStart"/>
      <w:r w:rsidR="0071127B" w:rsidRPr="00231EC5">
        <w:rPr>
          <w:rFonts w:ascii="Times New Roman" w:hAnsi="Times New Roman" w:cs="Times New Roman"/>
        </w:rPr>
        <w:t>qualidade</w:t>
      </w:r>
      <w:proofErr w:type="spellEnd"/>
      <w:r w:rsidR="0071127B" w:rsidRPr="00231EC5">
        <w:rPr>
          <w:rFonts w:ascii="Times New Roman" w:hAnsi="Times New Roman" w:cs="Times New Roman"/>
        </w:rPr>
        <w:t xml:space="preserve"> da </w:t>
      </w:r>
      <w:proofErr w:type="spellStart"/>
      <w:r w:rsidR="0071127B" w:rsidRPr="00231EC5">
        <w:rPr>
          <w:rFonts w:ascii="Times New Roman" w:hAnsi="Times New Roman" w:cs="Times New Roman"/>
        </w:rPr>
        <w:t>educação</w:t>
      </w:r>
      <w:proofErr w:type="spellEnd"/>
      <w:r w:rsidR="0071127B" w:rsidRPr="00231EC5">
        <w:rPr>
          <w:rFonts w:ascii="Times New Roman" w:hAnsi="Times New Roman" w:cs="Times New Roman"/>
        </w:rPr>
        <w:t xml:space="preserve"> no </w:t>
      </w:r>
      <w:proofErr w:type="spellStart"/>
      <w:r w:rsidR="0071127B" w:rsidRPr="00231EC5">
        <w:rPr>
          <w:rFonts w:ascii="Times New Roman" w:hAnsi="Times New Roman" w:cs="Times New Roman"/>
        </w:rPr>
        <w:t>âmbito</w:t>
      </w:r>
      <w:proofErr w:type="spellEnd"/>
      <w:r w:rsidR="0071127B" w:rsidRPr="00231EC5">
        <w:rPr>
          <w:rFonts w:ascii="Times New Roman" w:hAnsi="Times New Roman" w:cs="Times New Roman"/>
        </w:rPr>
        <w:t xml:space="preserve"> da Rede Municipal de Ensino;</w:t>
      </w:r>
      <w:r w:rsidRPr="00231EC5">
        <w:rPr>
          <w:rFonts w:ascii="Times New Roman" w:hAnsi="Times New Roman" w:cs="Times New Roman"/>
        </w:rPr>
        <w:t xml:space="preserve"> </w:t>
      </w:r>
    </w:p>
    <w:p w14:paraId="44367313" w14:textId="77777777" w:rsidR="001E1E08" w:rsidRPr="00231EC5" w:rsidRDefault="001E1E08" w:rsidP="001E1E08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491B9FE" w14:textId="634409BD" w:rsidR="00B272D6" w:rsidRPr="00231EC5" w:rsidRDefault="001E1E08" w:rsidP="001E1E0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31EC5">
        <w:rPr>
          <w:rFonts w:ascii="Times New Roman" w:hAnsi="Times New Roman" w:cs="Times New Roman"/>
          <w:b/>
          <w:bCs/>
        </w:rPr>
        <w:t>RESOLVE</w:t>
      </w:r>
      <w:r w:rsidR="0071127B" w:rsidRPr="00231EC5">
        <w:rPr>
          <w:rFonts w:ascii="Times New Roman" w:hAnsi="Times New Roman" w:cs="Times New Roman"/>
          <w:b/>
          <w:bCs/>
        </w:rPr>
        <w:t>:</w:t>
      </w:r>
    </w:p>
    <w:p w14:paraId="0B6A8B83" w14:textId="77777777" w:rsidR="00670DC8" w:rsidRPr="00231EC5" w:rsidRDefault="00670DC8" w:rsidP="00E46EB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9F68EC4" w14:textId="38F4EFF7" w:rsidR="00E46EB1" w:rsidRPr="00231EC5" w:rsidRDefault="00000000" w:rsidP="00E46EB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31EC5">
        <w:rPr>
          <w:rFonts w:ascii="Times New Roman" w:hAnsi="Times New Roman" w:cs="Times New Roman"/>
          <w:b/>
          <w:bCs/>
        </w:rPr>
        <w:t>Art. 1º</w:t>
      </w:r>
      <w:r w:rsidR="004677EB" w:rsidRPr="00231EC5">
        <w:rPr>
          <w:rFonts w:ascii="Times New Roman" w:hAnsi="Times New Roman" w:cs="Times New Roman"/>
          <w:b/>
          <w:bCs/>
        </w:rPr>
        <w:t>.</w:t>
      </w:r>
      <w:r w:rsidRPr="00231EC5">
        <w:rPr>
          <w:rFonts w:ascii="Times New Roman" w:hAnsi="Times New Roman" w:cs="Times New Roman"/>
        </w:rPr>
        <w:t xml:space="preserve"> </w:t>
      </w:r>
      <w:proofErr w:type="spellStart"/>
      <w:r w:rsidRPr="00231EC5">
        <w:rPr>
          <w:rFonts w:ascii="Times New Roman" w:hAnsi="Times New Roman" w:cs="Times New Roman"/>
        </w:rPr>
        <w:t>Fica</w:t>
      </w:r>
      <w:proofErr w:type="spellEnd"/>
      <w:r w:rsidRPr="00231EC5">
        <w:rPr>
          <w:rFonts w:ascii="Times New Roman" w:hAnsi="Times New Roman" w:cs="Times New Roman"/>
        </w:rPr>
        <w:t xml:space="preserve"> </w:t>
      </w:r>
      <w:proofErr w:type="spellStart"/>
      <w:r w:rsidRPr="00231EC5">
        <w:rPr>
          <w:rFonts w:ascii="Times New Roman" w:hAnsi="Times New Roman" w:cs="Times New Roman"/>
        </w:rPr>
        <w:t>instituída</w:t>
      </w:r>
      <w:proofErr w:type="spellEnd"/>
      <w:r w:rsidRPr="00231EC5">
        <w:rPr>
          <w:rFonts w:ascii="Times New Roman" w:hAnsi="Times New Roman" w:cs="Times New Roman"/>
        </w:rPr>
        <w:t xml:space="preserve"> a Política Municipal de </w:t>
      </w:r>
      <w:proofErr w:type="spellStart"/>
      <w:r w:rsidRPr="00231EC5">
        <w:rPr>
          <w:rFonts w:ascii="Times New Roman" w:hAnsi="Times New Roman" w:cs="Times New Roman"/>
        </w:rPr>
        <w:t>Formação</w:t>
      </w:r>
      <w:proofErr w:type="spellEnd"/>
      <w:r w:rsidRPr="00231EC5">
        <w:rPr>
          <w:rFonts w:ascii="Times New Roman" w:hAnsi="Times New Roman" w:cs="Times New Roman"/>
        </w:rPr>
        <w:t xml:space="preserve"> </w:t>
      </w:r>
      <w:proofErr w:type="spellStart"/>
      <w:r w:rsidRPr="00231EC5">
        <w:rPr>
          <w:rFonts w:ascii="Times New Roman" w:hAnsi="Times New Roman" w:cs="Times New Roman"/>
        </w:rPr>
        <w:t>Continuada</w:t>
      </w:r>
      <w:proofErr w:type="spellEnd"/>
      <w:r w:rsidRPr="00231EC5">
        <w:rPr>
          <w:rFonts w:ascii="Times New Roman" w:hAnsi="Times New Roman" w:cs="Times New Roman"/>
        </w:rPr>
        <w:t xml:space="preserve">, </w:t>
      </w:r>
      <w:proofErr w:type="spellStart"/>
      <w:r w:rsidRPr="00231EC5">
        <w:rPr>
          <w:rFonts w:ascii="Times New Roman" w:hAnsi="Times New Roman" w:cs="Times New Roman"/>
        </w:rPr>
        <w:t>destinada</w:t>
      </w:r>
      <w:proofErr w:type="spellEnd"/>
      <w:r w:rsidRPr="00231EC5">
        <w:rPr>
          <w:rFonts w:ascii="Times New Roman" w:hAnsi="Times New Roman" w:cs="Times New Roman"/>
        </w:rPr>
        <w:t xml:space="preserve"> </w:t>
      </w:r>
      <w:proofErr w:type="spellStart"/>
      <w:r w:rsidRPr="00231EC5">
        <w:rPr>
          <w:rFonts w:ascii="Times New Roman" w:hAnsi="Times New Roman" w:cs="Times New Roman"/>
        </w:rPr>
        <w:t>aos</w:t>
      </w:r>
      <w:proofErr w:type="spellEnd"/>
      <w:r w:rsidRPr="00231EC5">
        <w:rPr>
          <w:rFonts w:ascii="Times New Roman" w:hAnsi="Times New Roman" w:cs="Times New Roman"/>
        </w:rPr>
        <w:t xml:space="preserve"> </w:t>
      </w:r>
      <w:proofErr w:type="spellStart"/>
      <w:r w:rsidRPr="00231EC5">
        <w:rPr>
          <w:rFonts w:ascii="Times New Roman" w:hAnsi="Times New Roman" w:cs="Times New Roman"/>
        </w:rPr>
        <w:t>profissionais</w:t>
      </w:r>
      <w:proofErr w:type="spellEnd"/>
      <w:r w:rsidRPr="00231EC5">
        <w:rPr>
          <w:rFonts w:ascii="Times New Roman" w:hAnsi="Times New Roman" w:cs="Times New Roman"/>
        </w:rPr>
        <w:t xml:space="preserve"> da </w:t>
      </w:r>
      <w:proofErr w:type="spellStart"/>
      <w:r w:rsidRPr="00231EC5">
        <w:rPr>
          <w:rFonts w:ascii="Times New Roman" w:hAnsi="Times New Roman" w:cs="Times New Roman"/>
        </w:rPr>
        <w:t>educação</w:t>
      </w:r>
      <w:proofErr w:type="spellEnd"/>
      <w:r w:rsidRPr="00231EC5">
        <w:rPr>
          <w:rFonts w:ascii="Times New Roman" w:hAnsi="Times New Roman" w:cs="Times New Roman"/>
        </w:rPr>
        <w:t xml:space="preserve"> da Rede Municipal de Ensino de </w:t>
      </w:r>
      <w:proofErr w:type="spellStart"/>
      <w:r w:rsidRPr="00231EC5">
        <w:rPr>
          <w:rFonts w:ascii="Times New Roman" w:hAnsi="Times New Roman" w:cs="Times New Roman"/>
        </w:rPr>
        <w:t>Pranchita</w:t>
      </w:r>
      <w:proofErr w:type="spellEnd"/>
      <w:r w:rsidR="00E46EB1" w:rsidRPr="00231EC5">
        <w:rPr>
          <w:rFonts w:ascii="Times New Roman" w:hAnsi="Times New Roman" w:cs="Times New Roman"/>
        </w:rPr>
        <w:t>.</w:t>
      </w:r>
    </w:p>
    <w:p w14:paraId="4DA849E4" w14:textId="77777777" w:rsidR="00E46EB1" w:rsidRPr="00231EC5" w:rsidRDefault="00E46EB1" w:rsidP="00E46EB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D358BAA" w14:textId="0A3BFF7C" w:rsidR="00E46EB1" w:rsidRPr="00231EC5" w:rsidRDefault="00000000" w:rsidP="00E46EB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31EC5">
        <w:rPr>
          <w:rFonts w:ascii="Times New Roman" w:hAnsi="Times New Roman" w:cs="Times New Roman"/>
          <w:b/>
          <w:bCs/>
        </w:rPr>
        <w:t>Art. 2º</w:t>
      </w:r>
      <w:r w:rsidR="00E46EB1" w:rsidRPr="00231EC5">
        <w:rPr>
          <w:rFonts w:ascii="Times New Roman" w:hAnsi="Times New Roman" w:cs="Times New Roman"/>
          <w:b/>
          <w:bCs/>
        </w:rPr>
        <w:t>.</w:t>
      </w:r>
      <w:r w:rsidRPr="00231EC5">
        <w:rPr>
          <w:rFonts w:ascii="Times New Roman" w:hAnsi="Times New Roman" w:cs="Times New Roman"/>
        </w:rPr>
        <w:t xml:space="preserve"> A </w:t>
      </w:r>
      <w:proofErr w:type="spellStart"/>
      <w:r w:rsidRPr="00231EC5">
        <w:rPr>
          <w:rFonts w:ascii="Times New Roman" w:hAnsi="Times New Roman" w:cs="Times New Roman"/>
        </w:rPr>
        <w:t>formação</w:t>
      </w:r>
      <w:proofErr w:type="spellEnd"/>
      <w:r w:rsidRPr="00231EC5">
        <w:rPr>
          <w:rFonts w:ascii="Times New Roman" w:hAnsi="Times New Roman" w:cs="Times New Roman"/>
        </w:rPr>
        <w:t xml:space="preserve"> </w:t>
      </w:r>
      <w:proofErr w:type="spellStart"/>
      <w:r w:rsidRPr="00231EC5">
        <w:rPr>
          <w:rFonts w:ascii="Times New Roman" w:hAnsi="Times New Roman" w:cs="Times New Roman"/>
        </w:rPr>
        <w:t>continuada</w:t>
      </w:r>
      <w:proofErr w:type="spellEnd"/>
      <w:r w:rsidRPr="00231EC5">
        <w:rPr>
          <w:rFonts w:ascii="Times New Roman" w:hAnsi="Times New Roman" w:cs="Times New Roman"/>
        </w:rPr>
        <w:t xml:space="preserve"> </w:t>
      </w:r>
      <w:proofErr w:type="spellStart"/>
      <w:r w:rsidRPr="00231EC5">
        <w:rPr>
          <w:rFonts w:ascii="Times New Roman" w:hAnsi="Times New Roman" w:cs="Times New Roman"/>
        </w:rPr>
        <w:t>tem</w:t>
      </w:r>
      <w:proofErr w:type="spellEnd"/>
      <w:r w:rsidRPr="00231EC5">
        <w:rPr>
          <w:rFonts w:ascii="Times New Roman" w:hAnsi="Times New Roman" w:cs="Times New Roman"/>
        </w:rPr>
        <w:t xml:space="preserve"> </w:t>
      </w:r>
      <w:proofErr w:type="spellStart"/>
      <w:r w:rsidRPr="00231EC5">
        <w:rPr>
          <w:rFonts w:ascii="Times New Roman" w:hAnsi="Times New Roman" w:cs="Times New Roman"/>
        </w:rPr>
        <w:t>como</w:t>
      </w:r>
      <w:proofErr w:type="spellEnd"/>
      <w:r w:rsidRPr="00231EC5">
        <w:rPr>
          <w:rFonts w:ascii="Times New Roman" w:hAnsi="Times New Roman" w:cs="Times New Roman"/>
        </w:rPr>
        <w:t xml:space="preserve"> </w:t>
      </w:r>
      <w:proofErr w:type="spellStart"/>
      <w:r w:rsidRPr="00231EC5">
        <w:rPr>
          <w:rFonts w:ascii="Times New Roman" w:hAnsi="Times New Roman" w:cs="Times New Roman"/>
        </w:rPr>
        <w:t>objetivo</w:t>
      </w:r>
      <w:proofErr w:type="spellEnd"/>
      <w:r w:rsidRPr="00231EC5">
        <w:rPr>
          <w:rFonts w:ascii="Times New Roman" w:hAnsi="Times New Roman" w:cs="Times New Roman"/>
        </w:rPr>
        <w:t>:</w:t>
      </w:r>
    </w:p>
    <w:p w14:paraId="664D8081" w14:textId="4802F5AE" w:rsidR="00E46EB1" w:rsidRPr="00231EC5" w:rsidRDefault="00000000" w:rsidP="00E46EB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31EC5">
        <w:rPr>
          <w:rFonts w:ascii="Times New Roman" w:hAnsi="Times New Roman" w:cs="Times New Roman"/>
        </w:rPr>
        <w:t>I</w:t>
      </w:r>
      <w:r w:rsidR="00E46EB1" w:rsidRPr="00231EC5">
        <w:rPr>
          <w:rFonts w:ascii="Times New Roman" w:hAnsi="Times New Roman" w:cs="Times New Roman"/>
        </w:rPr>
        <w:t xml:space="preserve"> </w:t>
      </w:r>
      <w:r w:rsidRPr="00231EC5">
        <w:rPr>
          <w:rFonts w:ascii="Times New Roman" w:hAnsi="Times New Roman" w:cs="Times New Roman"/>
        </w:rPr>
        <w:t>–</w:t>
      </w:r>
      <w:r w:rsidR="00E46EB1" w:rsidRPr="00231EC5">
        <w:rPr>
          <w:rFonts w:ascii="Times New Roman" w:hAnsi="Times New Roman" w:cs="Times New Roman"/>
        </w:rPr>
        <w:t xml:space="preserve"> </w:t>
      </w:r>
      <w:proofErr w:type="spellStart"/>
      <w:r w:rsidR="00E46EB1" w:rsidRPr="00231EC5">
        <w:rPr>
          <w:rFonts w:ascii="Times New Roman" w:hAnsi="Times New Roman" w:cs="Times New Roman"/>
        </w:rPr>
        <w:t>V</w:t>
      </w:r>
      <w:r w:rsidRPr="00231EC5">
        <w:rPr>
          <w:rFonts w:ascii="Times New Roman" w:hAnsi="Times New Roman" w:cs="Times New Roman"/>
        </w:rPr>
        <w:t>alorizar</w:t>
      </w:r>
      <w:proofErr w:type="spellEnd"/>
      <w:r w:rsidRPr="00231EC5">
        <w:rPr>
          <w:rFonts w:ascii="Times New Roman" w:hAnsi="Times New Roman" w:cs="Times New Roman"/>
        </w:rPr>
        <w:t xml:space="preserve"> </w:t>
      </w:r>
      <w:proofErr w:type="spellStart"/>
      <w:r w:rsidRPr="00231EC5">
        <w:rPr>
          <w:rFonts w:ascii="Times New Roman" w:hAnsi="Times New Roman" w:cs="Times New Roman"/>
        </w:rPr>
        <w:t>os</w:t>
      </w:r>
      <w:proofErr w:type="spellEnd"/>
      <w:r w:rsidRPr="00231EC5">
        <w:rPr>
          <w:rFonts w:ascii="Times New Roman" w:hAnsi="Times New Roman" w:cs="Times New Roman"/>
        </w:rPr>
        <w:t xml:space="preserve"> </w:t>
      </w:r>
      <w:proofErr w:type="spellStart"/>
      <w:r w:rsidRPr="00231EC5">
        <w:rPr>
          <w:rFonts w:ascii="Times New Roman" w:hAnsi="Times New Roman" w:cs="Times New Roman"/>
        </w:rPr>
        <w:t>profissionais</w:t>
      </w:r>
      <w:proofErr w:type="spellEnd"/>
      <w:r w:rsidRPr="00231EC5">
        <w:rPr>
          <w:rFonts w:ascii="Times New Roman" w:hAnsi="Times New Roman" w:cs="Times New Roman"/>
        </w:rPr>
        <w:t xml:space="preserve"> da </w:t>
      </w:r>
      <w:proofErr w:type="spellStart"/>
      <w:r w:rsidRPr="00231EC5">
        <w:rPr>
          <w:rFonts w:ascii="Times New Roman" w:hAnsi="Times New Roman" w:cs="Times New Roman"/>
        </w:rPr>
        <w:t>educação</w:t>
      </w:r>
      <w:proofErr w:type="spellEnd"/>
      <w:r w:rsidRPr="00231EC5">
        <w:rPr>
          <w:rFonts w:ascii="Times New Roman" w:hAnsi="Times New Roman" w:cs="Times New Roman"/>
        </w:rPr>
        <w:t>;</w:t>
      </w:r>
    </w:p>
    <w:p w14:paraId="496B656A" w14:textId="77777777" w:rsidR="00E46EB1" w:rsidRPr="00231EC5" w:rsidRDefault="00000000" w:rsidP="00E46EB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31EC5">
        <w:rPr>
          <w:rFonts w:ascii="Times New Roman" w:hAnsi="Times New Roman" w:cs="Times New Roman"/>
        </w:rPr>
        <w:t xml:space="preserve">II – </w:t>
      </w:r>
      <w:proofErr w:type="spellStart"/>
      <w:r w:rsidR="00E46EB1" w:rsidRPr="00231EC5">
        <w:rPr>
          <w:rFonts w:ascii="Times New Roman" w:hAnsi="Times New Roman" w:cs="Times New Roman"/>
        </w:rPr>
        <w:t>C</w:t>
      </w:r>
      <w:r w:rsidRPr="00231EC5">
        <w:rPr>
          <w:rFonts w:ascii="Times New Roman" w:hAnsi="Times New Roman" w:cs="Times New Roman"/>
        </w:rPr>
        <w:t>ontribuir</w:t>
      </w:r>
      <w:proofErr w:type="spellEnd"/>
      <w:r w:rsidRPr="00231EC5">
        <w:rPr>
          <w:rFonts w:ascii="Times New Roman" w:hAnsi="Times New Roman" w:cs="Times New Roman"/>
        </w:rPr>
        <w:t xml:space="preserve"> para o </w:t>
      </w:r>
      <w:proofErr w:type="spellStart"/>
      <w:r w:rsidRPr="00231EC5">
        <w:rPr>
          <w:rFonts w:ascii="Times New Roman" w:hAnsi="Times New Roman" w:cs="Times New Roman"/>
        </w:rPr>
        <w:t>desenvolvimento</w:t>
      </w:r>
      <w:proofErr w:type="spellEnd"/>
      <w:r w:rsidRPr="00231EC5">
        <w:rPr>
          <w:rFonts w:ascii="Times New Roman" w:hAnsi="Times New Roman" w:cs="Times New Roman"/>
        </w:rPr>
        <w:t xml:space="preserve"> de </w:t>
      </w:r>
      <w:proofErr w:type="spellStart"/>
      <w:r w:rsidRPr="00231EC5">
        <w:rPr>
          <w:rFonts w:ascii="Times New Roman" w:hAnsi="Times New Roman" w:cs="Times New Roman"/>
        </w:rPr>
        <w:t>práticas</w:t>
      </w:r>
      <w:proofErr w:type="spellEnd"/>
      <w:r w:rsidRPr="00231EC5">
        <w:rPr>
          <w:rFonts w:ascii="Times New Roman" w:hAnsi="Times New Roman" w:cs="Times New Roman"/>
        </w:rPr>
        <w:t xml:space="preserve"> </w:t>
      </w:r>
      <w:proofErr w:type="spellStart"/>
      <w:r w:rsidRPr="00231EC5">
        <w:rPr>
          <w:rFonts w:ascii="Times New Roman" w:hAnsi="Times New Roman" w:cs="Times New Roman"/>
        </w:rPr>
        <w:t>pedagógicas</w:t>
      </w:r>
      <w:proofErr w:type="spellEnd"/>
      <w:r w:rsidRPr="00231EC5">
        <w:rPr>
          <w:rFonts w:ascii="Times New Roman" w:hAnsi="Times New Roman" w:cs="Times New Roman"/>
        </w:rPr>
        <w:t xml:space="preserve"> </w:t>
      </w:r>
      <w:proofErr w:type="spellStart"/>
      <w:r w:rsidRPr="00231EC5">
        <w:rPr>
          <w:rFonts w:ascii="Times New Roman" w:hAnsi="Times New Roman" w:cs="Times New Roman"/>
        </w:rPr>
        <w:t>inovadoras</w:t>
      </w:r>
      <w:proofErr w:type="spellEnd"/>
      <w:r w:rsidRPr="00231EC5">
        <w:rPr>
          <w:rFonts w:ascii="Times New Roman" w:hAnsi="Times New Roman" w:cs="Times New Roman"/>
        </w:rPr>
        <w:t xml:space="preserve"> e </w:t>
      </w:r>
      <w:proofErr w:type="spellStart"/>
      <w:r w:rsidRPr="00231EC5">
        <w:rPr>
          <w:rFonts w:ascii="Times New Roman" w:hAnsi="Times New Roman" w:cs="Times New Roman"/>
        </w:rPr>
        <w:t>alinhadas</w:t>
      </w:r>
      <w:proofErr w:type="spellEnd"/>
      <w:r w:rsidRPr="00231EC5">
        <w:rPr>
          <w:rFonts w:ascii="Times New Roman" w:hAnsi="Times New Roman" w:cs="Times New Roman"/>
        </w:rPr>
        <w:t xml:space="preserve"> </w:t>
      </w:r>
      <w:proofErr w:type="spellStart"/>
      <w:r w:rsidRPr="00231EC5">
        <w:rPr>
          <w:rFonts w:ascii="Times New Roman" w:hAnsi="Times New Roman" w:cs="Times New Roman"/>
        </w:rPr>
        <w:t>às</w:t>
      </w:r>
      <w:proofErr w:type="spellEnd"/>
      <w:r w:rsidRPr="00231EC5">
        <w:rPr>
          <w:rFonts w:ascii="Times New Roman" w:hAnsi="Times New Roman" w:cs="Times New Roman"/>
        </w:rPr>
        <w:t xml:space="preserve"> </w:t>
      </w:r>
      <w:proofErr w:type="spellStart"/>
      <w:r w:rsidRPr="00231EC5">
        <w:rPr>
          <w:rFonts w:ascii="Times New Roman" w:hAnsi="Times New Roman" w:cs="Times New Roman"/>
        </w:rPr>
        <w:t>políticas</w:t>
      </w:r>
      <w:proofErr w:type="spellEnd"/>
      <w:r w:rsidRPr="00231EC5">
        <w:rPr>
          <w:rFonts w:ascii="Times New Roman" w:hAnsi="Times New Roman" w:cs="Times New Roman"/>
        </w:rPr>
        <w:t xml:space="preserve"> </w:t>
      </w:r>
      <w:proofErr w:type="spellStart"/>
      <w:r w:rsidRPr="00231EC5">
        <w:rPr>
          <w:rFonts w:ascii="Times New Roman" w:hAnsi="Times New Roman" w:cs="Times New Roman"/>
        </w:rPr>
        <w:t>nacionais</w:t>
      </w:r>
      <w:proofErr w:type="spellEnd"/>
      <w:r w:rsidRPr="00231EC5">
        <w:rPr>
          <w:rFonts w:ascii="Times New Roman" w:hAnsi="Times New Roman" w:cs="Times New Roman"/>
        </w:rPr>
        <w:t xml:space="preserve"> e </w:t>
      </w:r>
      <w:proofErr w:type="spellStart"/>
      <w:r w:rsidRPr="00231EC5">
        <w:rPr>
          <w:rFonts w:ascii="Times New Roman" w:hAnsi="Times New Roman" w:cs="Times New Roman"/>
        </w:rPr>
        <w:t>estaduais</w:t>
      </w:r>
      <w:proofErr w:type="spellEnd"/>
      <w:r w:rsidRPr="00231EC5">
        <w:rPr>
          <w:rFonts w:ascii="Times New Roman" w:hAnsi="Times New Roman" w:cs="Times New Roman"/>
        </w:rPr>
        <w:t>;</w:t>
      </w:r>
    </w:p>
    <w:p w14:paraId="7F23CC66" w14:textId="1C35235D" w:rsidR="00E46EB1" w:rsidRPr="00231EC5" w:rsidRDefault="00000000" w:rsidP="00E46EB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31EC5">
        <w:rPr>
          <w:rFonts w:ascii="Times New Roman" w:hAnsi="Times New Roman" w:cs="Times New Roman"/>
        </w:rPr>
        <w:t xml:space="preserve">III – </w:t>
      </w:r>
      <w:proofErr w:type="spellStart"/>
      <w:r w:rsidR="00E46EB1" w:rsidRPr="00231EC5">
        <w:rPr>
          <w:rFonts w:ascii="Times New Roman" w:hAnsi="Times New Roman" w:cs="Times New Roman"/>
        </w:rPr>
        <w:t>G</w:t>
      </w:r>
      <w:r w:rsidRPr="00231EC5">
        <w:rPr>
          <w:rFonts w:ascii="Times New Roman" w:hAnsi="Times New Roman" w:cs="Times New Roman"/>
        </w:rPr>
        <w:t>arantir</w:t>
      </w:r>
      <w:proofErr w:type="spellEnd"/>
      <w:r w:rsidRPr="00231EC5">
        <w:rPr>
          <w:rFonts w:ascii="Times New Roman" w:hAnsi="Times New Roman" w:cs="Times New Roman"/>
        </w:rPr>
        <w:t xml:space="preserve"> </w:t>
      </w:r>
      <w:proofErr w:type="spellStart"/>
      <w:r w:rsidRPr="00231EC5">
        <w:rPr>
          <w:rFonts w:ascii="Times New Roman" w:hAnsi="Times New Roman" w:cs="Times New Roman"/>
        </w:rPr>
        <w:t>espaços</w:t>
      </w:r>
      <w:proofErr w:type="spellEnd"/>
      <w:r w:rsidRPr="00231EC5">
        <w:rPr>
          <w:rFonts w:ascii="Times New Roman" w:hAnsi="Times New Roman" w:cs="Times New Roman"/>
        </w:rPr>
        <w:t xml:space="preserve"> de </w:t>
      </w:r>
      <w:proofErr w:type="spellStart"/>
      <w:r w:rsidRPr="00231EC5">
        <w:rPr>
          <w:rFonts w:ascii="Times New Roman" w:hAnsi="Times New Roman" w:cs="Times New Roman"/>
        </w:rPr>
        <w:t>estudo</w:t>
      </w:r>
      <w:proofErr w:type="spellEnd"/>
      <w:r w:rsidRPr="00231EC5">
        <w:rPr>
          <w:rFonts w:ascii="Times New Roman" w:hAnsi="Times New Roman" w:cs="Times New Roman"/>
        </w:rPr>
        <w:t xml:space="preserve">, </w:t>
      </w:r>
      <w:proofErr w:type="spellStart"/>
      <w:r w:rsidRPr="00231EC5">
        <w:rPr>
          <w:rFonts w:ascii="Times New Roman" w:hAnsi="Times New Roman" w:cs="Times New Roman"/>
        </w:rPr>
        <w:t>reflexão</w:t>
      </w:r>
      <w:proofErr w:type="spellEnd"/>
      <w:r w:rsidRPr="00231EC5">
        <w:rPr>
          <w:rFonts w:ascii="Times New Roman" w:hAnsi="Times New Roman" w:cs="Times New Roman"/>
        </w:rPr>
        <w:t xml:space="preserve"> e </w:t>
      </w:r>
      <w:proofErr w:type="spellStart"/>
      <w:r w:rsidRPr="00231EC5">
        <w:rPr>
          <w:rFonts w:ascii="Times New Roman" w:hAnsi="Times New Roman" w:cs="Times New Roman"/>
        </w:rPr>
        <w:t>troca</w:t>
      </w:r>
      <w:proofErr w:type="spellEnd"/>
      <w:r w:rsidRPr="00231EC5">
        <w:rPr>
          <w:rFonts w:ascii="Times New Roman" w:hAnsi="Times New Roman" w:cs="Times New Roman"/>
        </w:rPr>
        <w:t xml:space="preserve"> de </w:t>
      </w:r>
      <w:proofErr w:type="spellStart"/>
      <w:r w:rsidRPr="00231EC5">
        <w:rPr>
          <w:rFonts w:ascii="Times New Roman" w:hAnsi="Times New Roman" w:cs="Times New Roman"/>
        </w:rPr>
        <w:t>experiências</w:t>
      </w:r>
      <w:proofErr w:type="spellEnd"/>
      <w:r w:rsidRPr="00231EC5">
        <w:rPr>
          <w:rFonts w:ascii="Times New Roman" w:hAnsi="Times New Roman" w:cs="Times New Roman"/>
        </w:rPr>
        <w:t>;</w:t>
      </w:r>
    </w:p>
    <w:p w14:paraId="35F3AD4C" w14:textId="67B0550D" w:rsidR="00B272D6" w:rsidRPr="00231EC5" w:rsidRDefault="00000000" w:rsidP="00E46EB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31EC5">
        <w:rPr>
          <w:rFonts w:ascii="Times New Roman" w:hAnsi="Times New Roman" w:cs="Times New Roman"/>
        </w:rPr>
        <w:t xml:space="preserve">IV – </w:t>
      </w:r>
      <w:proofErr w:type="spellStart"/>
      <w:r w:rsidR="00E46EB1" w:rsidRPr="00231EC5">
        <w:rPr>
          <w:rFonts w:ascii="Times New Roman" w:hAnsi="Times New Roman" w:cs="Times New Roman"/>
        </w:rPr>
        <w:t>F</w:t>
      </w:r>
      <w:r w:rsidRPr="00231EC5">
        <w:rPr>
          <w:rFonts w:ascii="Times New Roman" w:hAnsi="Times New Roman" w:cs="Times New Roman"/>
        </w:rPr>
        <w:t>omentar</w:t>
      </w:r>
      <w:proofErr w:type="spellEnd"/>
      <w:r w:rsidRPr="00231EC5">
        <w:rPr>
          <w:rFonts w:ascii="Times New Roman" w:hAnsi="Times New Roman" w:cs="Times New Roman"/>
        </w:rPr>
        <w:t xml:space="preserve"> a </w:t>
      </w:r>
      <w:proofErr w:type="spellStart"/>
      <w:r w:rsidRPr="00231EC5">
        <w:rPr>
          <w:rFonts w:ascii="Times New Roman" w:hAnsi="Times New Roman" w:cs="Times New Roman"/>
        </w:rPr>
        <w:t>recomposição</w:t>
      </w:r>
      <w:proofErr w:type="spellEnd"/>
      <w:r w:rsidRPr="00231EC5">
        <w:rPr>
          <w:rFonts w:ascii="Times New Roman" w:hAnsi="Times New Roman" w:cs="Times New Roman"/>
        </w:rPr>
        <w:t xml:space="preserve"> da </w:t>
      </w:r>
      <w:proofErr w:type="spellStart"/>
      <w:r w:rsidRPr="00231EC5">
        <w:rPr>
          <w:rFonts w:ascii="Times New Roman" w:hAnsi="Times New Roman" w:cs="Times New Roman"/>
        </w:rPr>
        <w:t>aprendizagem</w:t>
      </w:r>
      <w:proofErr w:type="spellEnd"/>
      <w:r w:rsidRPr="00231EC5">
        <w:rPr>
          <w:rFonts w:ascii="Times New Roman" w:hAnsi="Times New Roman" w:cs="Times New Roman"/>
        </w:rPr>
        <w:t xml:space="preserve"> e o </w:t>
      </w:r>
      <w:proofErr w:type="spellStart"/>
      <w:r w:rsidRPr="00231EC5">
        <w:rPr>
          <w:rFonts w:ascii="Times New Roman" w:hAnsi="Times New Roman" w:cs="Times New Roman"/>
        </w:rPr>
        <w:t>fortalecimento</w:t>
      </w:r>
      <w:proofErr w:type="spellEnd"/>
      <w:r w:rsidRPr="00231EC5">
        <w:rPr>
          <w:rFonts w:ascii="Times New Roman" w:hAnsi="Times New Roman" w:cs="Times New Roman"/>
        </w:rPr>
        <w:t xml:space="preserve"> das </w:t>
      </w:r>
      <w:proofErr w:type="spellStart"/>
      <w:r w:rsidRPr="00231EC5">
        <w:rPr>
          <w:rFonts w:ascii="Times New Roman" w:hAnsi="Times New Roman" w:cs="Times New Roman"/>
        </w:rPr>
        <w:t>práticas</w:t>
      </w:r>
      <w:proofErr w:type="spellEnd"/>
      <w:r w:rsidRPr="00231EC5">
        <w:rPr>
          <w:rFonts w:ascii="Times New Roman" w:hAnsi="Times New Roman" w:cs="Times New Roman"/>
        </w:rPr>
        <w:t xml:space="preserve"> de </w:t>
      </w:r>
      <w:proofErr w:type="spellStart"/>
      <w:r w:rsidRPr="00231EC5">
        <w:rPr>
          <w:rFonts w:ascii="Times New Roman" w:hAnsi="Times New Roman" w:cs="Times New Roman"/>
        </w:rPr>
        <w:t>alfabetização</w:t>
      </w:r>
      <w:proofErr w:type="spellEnd"/>
      <w:r w:rsidRPr="00231EC5">
        <w:rPr>
          <w:rFonts w:ascii="Times New Roman" w:hAnsi="Times New Roman" w:cs="Times New Roman"/>
        </w:rPr>
        <w:t>.</w:t>
      </w:r>
    </w:p>
    <w:p w14:paraId="2D366041" w14:textId="77777777" w:rsidR="00E46EB1" w:rsidRPr="00231EC5" w:rsidRDefault="00E46EB1" w:rsidP="00E46EB1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36EC8459" w14:textId="77777777" w:rsidR="00E46EB1" w:rsidRPr="00231EC5" w:rsidRDefault="00000000" w:rsidP="00E46EB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31EC5">
        <w:rPr>
          <w:rFonts w:ascii="Times New Roman" w:hAnsi="Times New Roman" w:cs="Times New Roman"/>
          <w:b/>
          <w:bCs/>
        </w:rPr>
        <w:t>Art. 3º</w:t>
      </w:r>
      <w:r w:rsidR="00E46EB1" w:rsidRPr="00231EC5">
        <w:rPr>
          <w:rFonts w:ascii="Times New Roman" w:hAnsi="Times New Roman" w:cs="Times New Roman"/>
          <w:b/>
          <w:bCs/>
        </w:rPr>
        <w:t>.</w:t>
      </w:r>
      <w:r w:rsidRPr="00231EC5">
        <w:rPr>
          <w:rFonts w:ascii="Times New Roman" w:hAnsi="Times New Roman" w:cs="Times New Roman"/>
        </w:rPr>
        <w:t xml:space="preserve"> As </w:t>
      </w:r>
      <w:proofErr w:type="spellStart"/>
      <w:r w:rsidRPr="00231EC5">
        <w:rPr>
          <w:rFonts w:ascii="Times New Roman" w:hAnsi="Times New Roman" w:cs="Times New Roman"/>
        </w:rPr>
        <w:t>ações</w:t>
      </w:r>
      <w:proofErr w:type="spellEnd"/>
      <w:r w:rsidRPr="00231EC5">
        <w:rPr>
          <w:rFonts w:ascii="Times New Roman" w:hAnsi="Times New Roman" w:cs="Times New Roman"/>
        </w:rPr>
        <w:t xml:space="preserve"> de </w:t>
      </w:r>
      <w:proofErr w:type="spellStart"/>
      <w:r w:rsidRPr="00231EC5">
        <w:rPr>
          <w:rFonts w:ascii="Times New Roman" w:hAnsi="Times New Roman" w:cs="Times New Roman"/>
        </w:rPr>
        <w:t>formação</w:t>
      </w:r>
      <w:proofErr w:type="spellEnd"/>
      <w:r w:rsidRPr="00231EC5">
        <w:rPr>
          <w:rFonts w:ascii="Times New Roman" w:hAnsi="Times New Roman" w:cs="Times New Roman"/>
        </w:rPr>
        <w:t xml:space="preserve"> </w:t>
      </w:r>
      <w:proofErr w:type="spellStart"/>
      <w:r w:rsidRPr="00231EC5">
        <w:rPr>
          <w:rFonts w:ascii="Times New Roman" w:hAnsi="Times New Roman" w:cs="Times New Roman"/>
        </w:rPr>
        <w:t>continuada</w:t>
      </w:r>
      <w:proofErr w:type="spellEnd"/>
      <w:r w:rsidRPr="00231EC5">
        <w:rPr>
          <w:rFonts w:ascii="Times New Roman" w:hAnsi="Times New Roman" w:cs="Times New Roman"/>
        </w:rPr>
        <w:t xml:space="preserve"> para o </w:t>
      </w:r>
      <w:proofErr w:type="spellStart"/>
      <w:r w:rsidRPr="00231EC5">
        <w:rPr>
          <w:rFonts w:ascii="Times New Roman" w:hAnsi="Times New Roman" w:cs="Times New Roman"/>
        </w:rPr>
        <w:t>ano</w:t>
      </w:r>
      <w:proofErr w:type="spellEnd"/>
      <w:r w:rsidRPr="00231EC5">
        <w:rPr>
          <w:rFonts w:ascii="Times New Roman" w:hAnsi="Times New Roman" w:cs="Times New Roman"/>
        </w:rPr>
        <w:t xml:space="preserve"> de 2025 </w:t>
      </w:r>
      <w:proofErr w:type="spellStart"/>
      <w:r w:rsidRPr="00231EC5">
        <w:rPr>
          <w:rFonts w:ascii="Times New Roman" w:hAnsi="Times New Roman" w:cs="Times New Roman"/>
        </w:rPr>
        <w:t>deverão</w:t>
      </w:r>
      <w:proofErr w:type="spellEnd"/>
      <w:r w:rsidRPr="00231EC5">
        <w:rPr>
          <w:rFonts w:ascii="Times New Roman" w:hAnsi="Times New Roman" w:cs="Times New Roman"/>
        </w:rPr>
        <w:t xml:space="preserve"> </w:t>
      </w:r>
      <w:proofErr w:type="spellStart"/>
      <w:r w:rsidRPr="00231EC5">
        <w:rPr>
          <w:rFonts w:ascii="Times New Roman" w:hAnsi="Times New Roman" w:cs="Times New Roman"/>
        </w:rPr>
        <w:t>contemplar</w:t>
      </w:r>
      <w:proofErr w:type="spellEnd"/>
      <w:r w:rsidRPr="00231EC5">
        <w:rPr>
          <w:rFonts w:ascii="Times New Roman" w:hAnsi="Times New Roman" w:cs="Times New Roman"/>
        </w:rPr>
        <w:t>:</w:t>
      </w:r>
    </w:p>
    <w:p w14:paraId="0C2CC835" w14:textId="788A8C1F" w:rsidR="00E46EB1" w:rsidRPr="00231EC5" w:rsidRDefault="00000000" w:rsidP="00E46EB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31EC5">
        <w:rPr>
          <w:rFonts w:ascii="Times New Roman" w:hAnsi="Times New Roman" w:cs="Times New Roman"/>
        </w:rPr>
        <w:br/>
        <w:t xml:space="preserve">1. Temas: </w:t>
      </w:r>
      <w:proofErr w:type="spellStart"/>
      <w:r w:rsidRPr="00231EC5">
        <w:rPr>
          <w:rFonts w:ascii="Times New Roman" w:hAnsi="Times New Roman" w:cs="Times New Roman"/>
        </w:rPr>
        <w:t>alfabetização</w:t>
      </w:r>
      <w:proofErr w:type="spellEnd"/>
      <w:r w:rsidRPr="00231EC5">
        <w:rPr>
          <w:rFonts w:ascii="Times New Roman" w:hAnsi="Times New Roman" w:cs="Times New Roman"/>
        </w:rPr>
        <w:t xml:space="preserve"> e </w:t>
      </w:r>
      <w:proofErr w:type="spellStart"/>
      <w:r w:rsidRPr="00231EC5">
        <w:rPr>
          <w:rFonts w:ascii="Times New Roman" w:hAnsi="Times New Roman" w:cs="Times New Roman"/>
        </w:rPr>
        <w:t>recomposição</w:t>
      </w:r>
      <w:proofErr w:type="spellEnd"/>
      <w:r w:rsidRPr="00231EC5">
        <w:rPr>
          <w:rFonts w:ascii="Times New Roman" w:hAnsi="Times New Roman" w:cs="Times New Roman"/>
        </w:rPr>
        <w:t xml:space="preserve"> da </w:t>
      </w:r>
      <w:proofErr w:type="spellStart"/>
      <w:r w:rsidRPr="00231EC5">
        <w:rPr>
          <w:rFonts w:ascii="Times New Roman" w:hAnsi="Times New Roman" w:cs="Times New Roman"/>
        </w:rPr>
        <w:t>aprendizagem</w:t>
      </w:r>
      <w:proofErr w:type="spellEnd"/>
      <w:r w:rsidRPr="00231EC5">
        <w:rPr>
          <w:rFonts w:ascii="Times New Roman" w:hAnsi="Times New Roman" w:cs="Times New Roman"/>
        </w:rPr>
        <w:t xml:space="preserve">; </w:t>
      </w:r>
      <w:proofErr w:type="spellStart"/>
      <w:r w:rsidRPr="00231EC5">
        <w:rPr>
          <w:rFonts w:ascii="Times New Roman" w:hAnsi="Times New Roman" w:cs="Times New Roman"/>
        </w:rPr>
        <w:t>avaliação</w:t>
      </w:r>
      <w:proofErr w:type="spellEnd"/>
      <w:r w:rsidRPr="00231EC5">
        <w:rPr>
          <w:rFonts w:ascii="Times New Roman" w:hAnsi="Times New Roman" w:cs="Times New Roman"/>
        </w:rPr>
        <w:t xml:space="preserve"> </w:t>
      </w:r>
      <w:proofErr w:type="spellStart"/>
      <w:r w:rsidRPr="00231EC5">
        <w:rPr>
          <w:rFonts w:ascii="Times New Roman" w:hAnsi="Times New Roman" w:cs="Times New Roman"/>
        </w:rPr>
        <w:t>formativa</w:t>
      </w:r>
      <w:proofErr w:type="spellEnd"/>
      <w:r w:rsidRPr="00231EC5">
        <w:rPr>
          <w:rFonts w:ascii="Times New Roman" w:hAnsi="Times New Roman" w:cs="Times New Roman"/>
        </w:rPr>
        <w:t xml:space="preserve">; </w:t>
      </w:r>
      <w:proofErr w:type="spellStart"/>
      <w:r w:rsidRPr="00231EC5">
        <w:rPr>
          <w:rFonts w:ascii="Times New Roman" w:hAnsi="Times New Roman" w:cs="Times New Roman"/>
        </w:rPr>
        <w:t>práticas</w:t>
      </w:r>
      <w:proofErr w:type="spellEnd"/>
      <w:r w:rsidRPr="00231EC5">
        <w:rPr>
          <w:rFonts w:ascii="Times New Roman" w:hAnsi="Times New Roman" w:cs="Times New Roman"/>
        </w:rPr>
        <w:t xml:space="preserve"> </w:t>
      </w:r>
      <w:proofErr w:type="spellStart"/>
      <w:r w:rsidRPr="00231EC5">
        <w:rPr>
          <w:rFonts w:ascii="Times New Roman" w:hAnsi="Times New Roman" w:cs="Times New Roman"/>
        </w:rPr>
        <w:t>inclusivas</w:t>
      </w:r>
      <w:proofErr w:type="spellEnd"/>
      <w:r w:rsidRPr="00231EC5">
        <w:rPr>
          <w:rFonts w:ascii="Times New Roman" w:hAnsi="Times New Roman" w:cs="Times New Roman"/>
        </w:rPr>
        <w:t xml:space="preserve">; </w:t>
      </w:r>
      <w:proofErr w:type="spellStart"/>
      <w:r w:rsidRPr="00231EC5">
        <w:rPr>
          <w:rFonts w:ascii="Times New Roman" w:hAnsi="Times New Roman" w:cs="Times New Roman"/>
        </w:rPr>
        <w:t>tecnologias</w:t>
      </w:r>
      <w:proofErr w:type="spellEnd"/>
      <w:r w:rsidRPr="00231EC5">
        <w:rPr>
          <w:rFonts w:ascii="Times New Roman" w:hAnsi="Times New Roman" w:cs="Times New Roman"/>
        </w:rPr>
        <w:t xml:space="preserve"> </w:t>
      </w:r>
      <w:proofErr w:type="spellStart"/>
      <w:r w:rsidRPr="00231EC5">
        <w:rPr>
          <w:rFonts w:ascii="Times New Roman" w:hAnsi="Times New Roman" w:cs="Times New Roman"/>
        </w:rPr>
        <w:t>educacionais</w:t>
      </w:r>
      <w:proofErr w:type="spellEnd"/>
      <w:r w:rsidRPr="00231EC5">
        <w:rPr>
          <w:rFonts w:ascii="Times New Roman" w:hAnsi="Times New Roman" w:cs="Times New Roman"/>
        </w:rPr>
        <w:t xml:space="preserve">; </w:t>
      </w:r>
      <w:proofErr w:type="spellStart"/>
      <w:r w:rsidRPr="00231EC5">
        <w:rPr>
          <w:rFonts w:ascii="Times New Roman" w:hAnsi="Times New Roman" w:cs="Times New Roman"/>
        </w:rPr>
        <w:t>saúde</w:t>
      </w:r>
      <w:proofErr w:type="spellEnd"/>
      <w:r w:rsidRPr="00231EC5">
        <w:rPr>
          <w:rFonts w:ascii="Times New Roman" w:hAnsi="Times New Roman" w:cs="Times New Roman"/>
        </w:rPr>
        <w:t xml:space="preserve"> e </w:t>
      </w:r>
      <w:proofErr w:type="spellStart"/>
      <w:r w:rsidRPr="00231EC5">
        <w:rPr>
          <w:rFonts w:ascii="Times New Roman" w:hAnsi="Times New Roman" w:cs="Times New Roman"/>
        </w:rPr>
        <w:t>bem-estar</w:t>
      </w:r>
      <w:proofErr w:type="spellEnd"/>
      <w:r w:rsidRPr="00231EC5">
        <w:rPr>
          <w:rFonts w:ascii="Times New Roman" w:hAnsi="Times New Roman" w:cs="Times New Roman"/>
        </w:rPr>
        <w:t xml:space="preserve"> </w:t>
      </w:r>
      <w:proofErr w:type="spellStart"/>
      <w:r w:rsidRPr="00231EC5">
        <w:rPr>
          <w:rFonts w:ascii="Times New Roman" w:hAnsi="Times New Roman" w:cs="Times New Roman"/>
        </w:rPr>
        <w:t>docente</w:t>
      </w:r>
      <w:proofErr w:type="spellEnd"/>
      <w:r w:rsidRPr="00231EC5">
        <w:rPr>
          <w:rFonts w:ascii="Times New Roman" w:hAnsi="Times New Roman" w:cs="Times New Roman"/>
        </w:rPr>
        <w:t xml:space="preserve">; </w:t>
      </w:r>
      <w:proofErr w:type="spellStart"/>
      <w:r w:rsidRPr="00231EC5">
        <w:rPr>
          <w:rFonts w:ascii="Times New Roman" w:hAnsi="Times New Roman" w:cs="Times New Roman"/>
        </w:rPr>
        <w:t>gestão</w:t>
      </w:r>
      <w:proofErr w:type="spellEnd"/>
      <w:r w:rsidRPr="00231EC5">
        <w:rPr>
          <w:rFonts w:ascii="Times New Roman" w:hAnsi="Times New Roman" w:cs="Times New Roman"/>
        </w:rPr>
        <w:t xml:space="preserve"> escolar</w:t>
      </w:r>
      <w:r w:rsidR="00E46EB1" w:rsidRPr="00231EC5">
        <w:rPr>
          <w:rFonts w:ascii="Times New Roman" w:hAnsi="Times New Roman" w:cs="Times New Roman"/>
        </w:rPr>
        <w:t>.</w:t>
      </w:r>
    </w:p>
    <w:p w14:paraId="2ACFC586" w14:textId="77777777" w:rsidR="00E46EB1" w:rsidRPr="00231EC5" w:rsidRDefault="00000000" w:rsidP="00E46EB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31EC5">
        <w:rPr>
          <w:rFonts w:ascii="Times New Roman" w:hAnsi="Times New Roman" w:cs="Times New Roman"/>
        </w:rPr>
        <w:t xml:space="preserve">2. </w:t>
      </w:r>
      <w:proofErr w:type="spellStart"/>
      <w:r w:rsidRPr="00231EC5">
        <w:rPr>
          <w:rFonts w:ascii="Times New Roman" w:hAnsi="Times New Roman" w:cs="Times New Roman"/>
        </w:rPr>
        <w:t>Públicos-alvo</w:t>
      </w:r>
      <w:proofErr w:type="spellEnd"/>
      <w:r w:rsidRPr="00231EC5">
        <w:rPr>
          <w:rFonts w:ascii="Times New Roman" w:hAnsi="Times New Roman" w:cs="Times New Roman"/>
        </w:rPr>
        <w:t xml:space="preserve">: </w:t>
      </w:r>
      <w:proofErr w:type="spellStart"/>
      <w:r w:rsidRPr="00231EC5">
        <w:rPr>
          <w:rFonts w:ascii="Times New Roman" w:hAnsi="Times New Roman" w:cs="Times New Roman"/>
        </w:rPr>
        <w:t>professores</w:t>
      </w:r>
      <w:proofErr w:type="spellEnd"/>
      <w:r w:rsidRPr="00231EC5">
        <w:rPr>
          <w:rFonts w:ascii="Times New Roman" w:hAnsi="Times New Roman" w:cs="Times New Roman"/>
        </w:rPr>
        <w:t xml:space="preserve"> da </w:t>
      </w:r>
      <w:proofErr w:type="spellStart"/>
      <w:r w:rsidRPr="00231EC5">
        <w:rPr>
          <w:rFonts w:ascii="Times New Roman" w:hAnsi="Times New Roman" w:cs="Times New Roman"/>
        </w:rPr>
        <w:t>educação</w:t>
      </w:r>
      <w:proofErr w:type="spellEnd"/>
      <w:r w:rsidRPr="00231EC5">
        <w:rPr>
          <w:rFonts w:ascii="Times New Roman" w:hAnsi="Times New Roman" w:cs="Times New Roman"/>
        </w:rPr>
        <w:t xml:space="preserve"> </w:t>
      </w:r>
      <w:proofErr w:type="spellStart"/>
      <w:r w:rsidRPr="00231EC5">
        <w:rPr>
          <w:rFonts w:ascii="Times New Roman" w:hAnsi="Times New Roman" w:cs="Times New Roman"/>
        </w:rPr>
        <w:t>infantil</w:t>
      </w:r>
      <w:proofErr w:type="spellEnd"/>
      <w:r w:rsidRPr="00231EC5">
        <w:rPr>
          <w:rFonts w:ascii="Times New Roman" w:hAnsi="Times New Roman" w:cs="Times New Roman"/>
        </w:rPr>
        <w:t xml:space="preserve"> e </w:t>
      </w:r>
      <w:proofErr w:type="spellStart"/>
      <w:r w:rsidRPr="00231EC5">
        <w:rPr>
          <w:rFonts w:ascii="Times New Roman" w:hAnsi="Times New Roman" w:cs="Times New Roman"/>
        </w:rPr>
        <w:t>ensino</w:t>
      </w:r>
      <w:proofErr w:type="spellEnd"/>
      <w:r w:rsidRPr="00231EC5">
        <w:rPr>
          <w:rFonts w:ascii="Times New Roman" w:hAnsi="Times New Roman" w:cs="Times New Roman"/>
        </w:rPr>
        <w:t xml:space="preserve"> fundamental – </w:t>
      </w:r>
      <w:proofErr w:type="spellStart"/>
      <w:r w:rsidRPr="00231EC5">
        <w:rPr>
          <w:rFonts w:ascii="Times New Roman" w:hAnsi="Times New Roman" w:cs="Times New Roman"/>
        </w:rPr>
        <w:t>anos</w:t>
      </w:r>
      <w:proofErr w:type="spellEnd"/>
      <w:r w:rsidRPr="00231EC5">
        <w:rPr>
          <w:rFonts w:ascii="Times New Roman" w:hAnsi="Times New Roman" w:cs="Times New Roman"/>
        </w:rPr>
        <w:t xml:space="preserve"> </w:t>
      </w:r>
      <w:proofErr w:type="spellStart"/>
      <w:r w:rsidRPr="00231EC5">
        <w:rPr>
          <w:rFonts w:ascii="Times New Roman" w:hAnsi="Times New Roman" w:cs="Times New Roman"/>
        </w:rPr>
        <w:t>iniciais</w:t>
      </w:r>
      <w:proofErr w:type="spellEnd"/>
      <w:r w:rsidRPr="00231EC5">
        <w:rPr>
          <w:rFonts w:ascii="Times New Roman" w:hAnsi="Times New Roman" w:cs="Times New Roman"/>
        </w:rPr>
        <w:t xml:space="preserve">; equipe </w:t>
      </w:r>
      <w:proofErr w:type="spellStart"/>
      <w:r w:rsidRPr="00231EC5">
        <w:rPr>
          <w:rFonts w:ascii="Times New Roman" w:hAnsi="Times New Roman" w:cs="Times New Roman"/>
        </w:rPr>
        <w:t>pedagógica</w:t>
      </w:r>
      <w:proofErr w:type="spellEnd"/>
      <w:r w:rsidRPr="00231EC5">
        <w:rPr>
          <w:rFonts w:ascii="Times New Roman" w:hAnsi="Times New Roman" w:cs="Times New Roman"/>
        </w:rPr>
        <w:t xml:space="preserve">; </w:t>
      </w:r>
      <w:proofErr w:type="spellStart"/>
      <w:r w:rsidRPr="00231EC5">
        <w:rPr>
          <w:rFonts w:ascii="Times New Roman" w:hAnsi="Times New Roman" w:cs="Times New Roman"/>
        </w:rPr>
        <w:t>gestores</w:t>
      </w:r>
      <w:proofErr w:type="spellEnd"/>
      <w:r w:rsidRPr="00231EC5">
        <w:rPr>
          <w:rFonts w:ascii="Times New Roman" w:hAnsi="Times New Roman" w:cs="Times New Roman"/>
        </w:rPr>
        <w:t xml:space="preserve"> </w:t>
      </w:r>
      <w:proofErr w:type="spellStart"/>
      <w:r w:rsidRPr="00231EC5">
        <w:rPr>
          <w:rFonts w:ascii="Times New Roman" w:hAnsi="Times New Roman" w:cs="Times New Roman"/>
        </w:rPr>
        <w:t>escolares</w:t>
      </w:r>
      <w:proofErr w:type="spellEnd"/>
      <w:r w:rsidRPr="00231EC5">
        <w:rPr>
          <w:rFonts w:ascii="Times New Roman" w:hAnsi="Times New Roman" w:cs="Times New Roman"/>
        </w:rPr>
        <w:t xml:space="preserve">; </w:t>
      </w:r>
      <w:proofErr w:type="spellStart"/>
      <w:r w:rsidRPr="00231EC5">
        <w:rPr>
          <w:rFonts w:ascii="Times New Roman" w:hAnsi="Times New Roman" w:cs="Times New Roman"/>
        </w:rPr>
        <w:t>demais</w:t>
      </w:r>
      <w:proofErr w:type="spellEnd"/>
      <w:r w:rsidRPr="00231EC5">
        <w:rPr>
          <w:rFonts w:ascii="Times New Roman" w:hAnsi="Times New Roman" w:cs="Times New Roman"/>
        </w:rPr>
        <w:t xml:space="preserve"> </w:t>
      </w:r>
      <w:proofErr w:type="spellStart"/>
      <w:r w:rsidRPr="00231EC5">
        <w:rPr>
          <w:rFonts w:ascii="Times New Roman" w:hAnsi="Times New Roman" w:cs="Times New Roman"/>
        </w:rPr>
        <w:t>profissionais</w:t>
      </w:r>
      <w:proofErr w:type="spellEnd"/>
      <w:r w:rsidRPr="00231EC5">
        <w:rPr>
          <w:rFonts w:ascii="Times New Roman" w:hAnsi="Times New Roman" w:cs="Times New Roman"/>
        </w:rPr>
        <w:t xml:space="preserve"> de </w:t>
      </w:r>
      <w:proofErr w:type="spellStart"/>
      <w:r w:rsidRPr="00231EC5">
        <w:rPr>
          <w:rFonts w:ascii="Times New Roman" w:hAnsi="Times New Roman" w:cs="Times New Roman"/>
        </w:rPr>
        <w:t>apoio</w:t>
      </w:r>
      <w:proofErr w:type="spellEnd"/>
      <w:r w:rsidRPr="00231EC5">
        <w:rPr>
          <w:rFonts w:ascii="Times New Roman" w:hAnsi="Times New Roman" w:cs="Times New Roman"/>
        </w:rPr>
        <w:t>.</w:t>
      </w:r>
    </w:p>
    <w:p w14:paraId="41ED50B0" w14:textId="1709864D" w:rsidR="00E46EB1" w:rsidRPr="00231EC5" w:rsidRDefault="00000000" w:rsidP="00E46EB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31EC5">
        <w:rPr>
          <w:rFonts w:ascii="Times New Roman" w:hAnsi="Times New Roman" w:cs="Times New Roman"/>
        </w:rPr>
        <w:t xml:space="preserve">3. </w:t>
      </w:r>
      <w:proofErr w:type="spellStart"/>
      <w:r w:rsidRPr="00231EC5">
        <w:rPr>
          <w:rFonts w:ascii="Times New Roman" w:hAnsi="Times New Roman" w:cs="Times New Roman"/>
        </w:rPr>
        <w:t>Metodologia</w:t>
      </w:r>
      <w:proofErr w:type="spellEnd"/>
      <w:r w:rsidRPr="00231EC5">
        <w:rPr>
          <w:rFonts w:ascii="Times New Roman" w:hAnsi="Times New Roman" w:cs="Times New Roman"/>
        </w:rPr>
        <w:t xml:space="preserve">: </w:t>
      </w:r>
      <w:proofErr w:type="spellStart"/>
      <w:r w:rsidRPr="00231EC5">
        <w:rPr>
          <w:rFonts w:ascii="Times New Roman" w:hAnsi="Times New Roman" w:cs="Times New Roman"/>
        </w:rPr>
        <w:t>encontros</w:t>
      </w:r>
      <w:proofErr w:type="spellEnd"/>
      <w:r w:rsidRPr="00231EC5">
        <w:rPr>
          <w:rFonts w:ascii="Times New Roman" w:hAnsi="Times New Roman" w:cs="Times New Roman"/>
        </w:rPr>
        <w:t xml:space="preserve"> </w:t>
      </w:r>
      <w:proofErr w:type="spellStart"/>
      <w:r w:rsidRPr="00231EC5">
        <w:rPr>
          <w:rFonts w:ascii="Times New Roman" w:hAnsi="Times New Roman" w:cs="Times New Roman"/>
        </w:rPr>
        <w:t>presenciais</w:t>
      </w:r>
      <w:proofErr w:type="spellEnd"/>
      <w:r w:rsidR="004D4AF6" w:rsidRPr="00231EC5">
        <w:rPr>
          <w:rFonts w:ascii="Times New Roman" w:hAnsi="Times New Roman" w:cs="Times New Roman"/>
        </w:rPr>
        <w:t xml:space="preserve"> e on</w:t>
      </w:r>
      <w:r w:rsidR="00C61BAA" w:rsidRPr="00231EC5">
        <w:rPr>
          <w:rFonts w:ascii="Times New Roman" w:hAnsi="Times New Roman" w:cs="Times New Roman"/>
        </w:rPr>
        <w:t>-</w:t>
      </w:r>
      <w:r w:rsidR="004D4AF6" w:rsidRPr="00231EC5">
        <w:rPr>
          <w:rFonts w:ascii="Times New Roman" w:hAnsi="Times New Roman" w:cs="Times New Roman"/>
        </w:rPr>
        <w:t>line</w:t>
      </w:r>
      <w:r w:rsidRPr="00231EC5">
        <w:rPr>
          <w:rFonts w:ascii="Times New Roman" w:hAnsi="Times New Roman" w:cs="Times New Roman"/>
        </w:rPr>
        <w:t xml:space="preserve">, </w:t>
      </w:r>
      <w:proofErr w:type="spellStart"/>
      <w:r w:rsidRPr="00231EC5">
        <w:rPr>
          <w:rFonts w:ascii="Times New Roman" w:hAnsi="Times New Roman" w:cs="Times New Roman"/>
        </w:rPr>
        <w:t>oficinas</w:t>
      </w:r>
      <w:proofErr w:type="spellEnd"/>
      <w:r w:rsidRPr="00231EC5">
        <w:rPr>
          <w:rFonts w:ascii="Times New Roman" w:hAnsi="Times New Roman" w:cs="Times New Roman"/>
        </w:rPr>
        <w:t xml:space="preserve"> </w:t>
      </w:r>
      <w:proofErr w:type="spellStart"/>
      <w:r w:rsidRPr="00231EC5">
        <w:rPr>
          <w:rFonts w:ascii="Times New Roman" w:hAnsi="Times New Roman" w:cs="Times New Roman"/>
        </w:rPr>
        <w:t>práticas</w:t>
      </w:r>
      <w:proofErr w:type="spellEnd"/>
      <w:r w:rsidRPr="00231EC5">
        <w:rPr>
          <w:rFonts w:ascii="Times New Roman" w:hAnsi="Times New Roman" w:cs="Times New Roman"/>
        </w:rPr>
        <w:t xml:space="preserve">, </w:t>
      </w:r>
      <w:proofErr w:type="spellStart"/>
      <w:r w:rsidRPr="00231EC5">
        <w:rPr>
          <w:rFonts w:ascii="Times New Roman" w:hAnsi="Times New Roman" w:cs="Times New Roman"/>
        </w:rPr>
        <w:t>estudos</w:t>
      </w:r>
      <w:proofErr w:type="spellEnd"/>
      <w:r w:rsidRPr="00231EC5">
        <w:rPr>
          <w:rFonts w:ascii="Times New Roman" w:hAnsi="Times New Roman" w:cs="Times New Roman"/>
        </w:rPr>
        <w:t xml:space="preserve"> </w:t>
      </w:r>
      <w:proofErr w:type="spellStart"/>
      <w:r w:rsidRPr="00231EC5">
        <w:rPr>
          <w:rFonts w:ascii="Times New Roman" w:hAnsi="Times New Roman" w:cs="Times New Roman"/>
        </w:rPr>
        <w:t>dirigidos</w:t>
      </w:r>
      <w:proofErr w:type="spellEnd"/>
      <w:r w:rsidRPr="00231EC5">
        <w:rPr>
          <w:rFonts w:ascii="Times New Roman" w:hAnsi="Times New Roman" w:cs="Times New Roman"/>
        </w:rPr>
        <w:t xml:space="preserve">, palestras, </w:t>
      </w:r>
      <w:proofErr w:type="spellStart"/>
      <w:r w:rsidRPr="00231EC5">
        <w:rPr>
          <w:rFonts w:ascii="Times New Roman" w:hAnsi="Times New Roman" w:cs="Times New Roman"/>
        </w:rPr>
        <w:t>rodas</w:t>
      </w:r>
      <w:proofErr w:type="spellEnd"/>
      <w:r w:rsidRPr="00231EC5">
        <w:rPr>
          <w:rFonts w:ascii="Times New Roman" w:hAnsi="Times New Roman" w:cs="Times New Roman"/>
        </w:rPr>
        <w:t xml:space="preserve"> de conversa e </w:t>
      </w:r>
      <w:proofErr w:type="spellStart"/>
      <w:r w:rsidRPr="00231EC5">
        <w:rPr>
          <w:rFonts w:ascii="Times New Roman" w:hAnsi="Times New Roman" w:cs="Times New Roman"/>
        </w:rPr>
        <w:t>atividades</w:t>
      </w:r>
      <w:proofErr w:type="spellEnd"/>
      <w:r w:rsidRPr="00231EC5">
        <w:rPr>
          <w:rFonts w:ascii="Times New Roman" w:hAnsi="Times New Roman" w:cs="Times New Roman"/>
        </w:rPr>
        <w:t xml:space="preserve"> on-line.</w:t>
      </w:r>
    </w:p>
    <w:p w14:paraId="5BE72088" w14:textId="6371F08B" w:rsidR="00E46EB1" w:rsidRPr="00231EC5" w:rsidRDefault="00000000" w:rsidP="00E46EB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31EC5">
        <w:rPr>
          <w:rFonts w:ascii="Times New Roman" w:hAnsi="Times New Roman" w:cs="Times New Roman"/>
        </w:rPr>
        <w:t xml:space="preserve">4. </w:t>
      </w:r>
      <w:proofErr w:type="spellStart"/>
      <w:r w:rsidRPr="00231EC5">
        <w:rPr>
          <w:rFonts w:ascii="Times New Roman" w:hAnsi="Times New Roman" w:cs="Times New Roman"/>
        </w:rPr>
        <w:t>Cronograma</w:t>
      </w:r>
      <w:proofErr w:type="spellEnd"/>
      <w:r w:rsidRPr="00231EC5">
        <w:rPr>
          <w:rFonts w:ascii="Times New Roman" w:hAnsi="Times New Roman" w:cs="Times New Roman"/>
        </w:rPr>
        <w:t xml:space="preserve">: </w:t>
      </w:r>
      <w:proofErr w:type="spellStart"/>
      <w:r w:rsidRPr="00231EC5">
        <w:rPr>
          <w:rFonts w:ascii="Times New Roman" w:hAnsi="Times New Roman" w:cs="Times New Roman"/>
        </w:rPr>
        <w:t>planejamento</w:t>
      </w:r>
      <w:proofErr w:type="spellEnd"/>
      <w:r w:rsidRPr="00231EC5">
        <w:rPr>
          <w:rFonts w:ascii="Times New Roman" w:hAnsi="Times New Roman" w:cs="Times New Roman"/>
        </w:rPr>
        <w:t xml:space="preserve"> </w:t>
      </w:r>
      <w:r w:rsidR="004D4AF6" w:rsidRPr="00231EC5">
        <w:rPr>
          <w:rFonts w:ascii="Times New Roman" w:hAnsi="Times New Roman" w:cs="Times New Roman"/>
        </w:rPr>
        <w:t>semestral</w:t>
      </w:r>
      <w:r w:rsidRPr="00231EC5">
        <w:rPr>
          <w:rFonts w:ascii="Times New Roman" w:hAnsi="Times New Roman" w:cs="Times New Roman"/>
        </w:rPr>
        <w:t xml:space="preserve">, no </w:t>
      </w:r>
      <w:proofErr w:type="spellStart"/>
      <w:r w:rsidRPr="00231EC5">
        <w:rPr>
          <w:rFonts w:ascii="Times New Roman" w:hAnsi="Times New Roman" w:cs="Times New Roman"/>
        </w:rPr>
        <w:t>mínimo</w:t>
      </w:r>
      <w:proofErr w:type="spellEnd"/>
      <w:r w:rsidRPr="00231EC5">
        <w:rPr>
          <w:rFonts w:ascii="Times New Roman" w:hAnsi="Times New Roman" w:cs="Times New Roman"/>
        </w:rPr>
        <w:t xml:space="preserve">, um </w:t>
      </w:r>
      <w:proofErr w:type="spellStart"/>
      <w:r w:rsidRPr="00231EC5">
        <w:rPr>
          <w:rFonts w:ascii="Times New Roman" w:hAnsi="Times New Roman" w:cs="Times New Roman"/>
        </w:rPr>
        <w:t>encontro</w:t>
      </w:r>
      <w:proofErr w:type="spellEnd"/>
      <w:r w:rsidRPr="00231EC5">
        <w:rPr>
          <w:rFonts w:ascii="Times New Roman" w:hAnsi="Times New Roman" w:cs="Times New Roman"/>
        </w:rPr>
        <w:t xml:space="preserve"> </w:t>
      </w:r>
      <w:proofErr w:type="spellStart"/>
      <w:r w:rsidRPr="00231EC5">
        <w:rPr>
          <w:rFonts w:ascii="Times New Roman" w:hAnsi="Times New Roman" w:cs="Times New Roman"/>
        </w:rPr>
        <w:t>formativo</w:t>
      </w:r>
      <w:proofErr w:type="spellEnd"/>
      <w:r w:rsidRPr="00231EC5">
        <w:rPr>
          <w:rFonts w:ascii="Times New Roman" w:hAnsi="Times New Roman" w:cs="Times New Roman"/>
        </w:rPr>
        <w:t xml:space="preserve"> </w:t>
      </w:r>
      <w:proofErr w:type="spellStart"/>
      <w:r w:rsidRPr="00231EC5">
        <w:rPr>
          <w:rFonts w:ascii="Times New Roman" w:hAnsi="Times New Roman" w:cs="Times New Roman"/>
        </w:rPr>
        <w:t>por</w:t>
      </w:r>
      <w:proofErr w:type="spellEnd"/>
      <w:r w:rsidRPr="00231EC5">
        <w:rPr>
          <w:rFonts w:ascii="Times New Roman" w:hAnsi="Times New Roman" w:cs="Times New Roman"/>
        </w:rPr>
        <w:t xml:space="preserve"> </w:t>
      </w:r>
      <w:proofErr w:type="spellStart"/>
      <w:r w:rsidRPr="00231EC5">
        <w:rPr>
          <w:rFonts w:ascii="Times New Roman" w:hAnsi="Times New Roman" w:cs="Times New Roman"/>
        </w:rPr>
        <w:t>eixo</w:t>
      </w:r>
      <w:proofErr w:type="spellEnd"/>
      <w:r w:rsidRPr="00231EC5">
        <w:rPr>
          <w:rFonts w:ascii="Times New Roman" w:hAnsi="Times New Roman" w:cs="Times New Roman"/>
        </w:rPr>
        <w:t xml:space="preserve"> </w:t>
      </w:r>
      <w:proofErr w:type="spellStart"/>
      <w:r w:rsidRPr="00231EC5">
        <w:rPr>
          <w:rFonts w:ascii="Times New Roman" w:hAnsi="Times New Roman" w:cs="Times New Roman"/>
        </w:rPr>
        <w:t>temático</w:t>
      </w:r>
      <w:proofErr w:type="spellEnd"/>
      <w:r w:rsidRPr="00231EC5">
        <w:rPr>
          <w:rFonts w:ascii="Times New Roman" w:hAnsi="Times New Roman" w:cs="Times New Roman"/>
        </w:rPr>
        <w:t xml:space="preserve">, </w:t>
      </w:r>
      <w:proofErr w:type="spellStart"/>
      <w:r w:rsidRPr="00231EC5">
        <w:rPr>
          <w:rFonts w:ascii="Times New Roman" w:hAnsi="Times New Roman" w:cs="Times New Roman"/>
        </w:rPr>
        <w:t>distribuído</w:t>
      </w:r>
      <w:proofErr w:type="spellEnd"/>
      <w:r w:rsidRPr="00231EC5">
        <w:rPr>
          <w:rFonts w:ascii="Times New Roman" w:hAnsi="Times New Roman" w:cs="Times New Roman"/>
        </w:rPr>
        <w:t xml:space="preserve"> </w:t>
      </w:r>
      <w:proofErr w:type="spellStart"/>
      <w:r w:rsidRPr="00231EC5">
        <w:rPr>
          <w:rFonts w:ascii="Times New Roman" w:hAnsi="Times New Roman" w:cs="Times New Roman"/>
        </w:rPr>
        <w:t>ao</w:t>
      </w:r>
      <w:proofErr w:type="spellEnd"/>
      <w:r w:rsidRPr="00231EC5">
        <w:rPr>
          <w:rFonts w:ascii="Times New Roman" w:hAnsi="Times New Roman" w:cs="Times New Roman"/>
        </w:rPr>
        <w:t xml:space="preserve"> </w:t>
      </w:r>
      <w:proofErr w:type="spellStart"/>
      <w:r w:rsidRPr="00231EC5">
        <w:rPr>
          <w:rFonts w:ascii="Times New Roman" w:hAnsi="Times New Roman" w:cs="Times New Roman"/>
        </w:rPr>
        <w:t>longo</w:t>
      </w:r>
      <w:proofErr w:type="spellEnd"/>
      <w:r w:rsidRPr="00231EC5">
        <w:rPr>
          <w:rFonts w:ascii="Times New Roman" w:hAnsi="Times New Roman" w:cs="Times New Roman"/>
        </w:rPr>
        <w:t xml:space="preserve"> do </w:t>
      </w:r>
      <w:proofErr w:type="spellStart"/>
      <w:r w:rsidRPr="00231EC5">
        <w:rPr>
          <w:rFonts w:ascii="Times New Roman" w:hAnsi="Times New Roman" w:cs="Times New Roman"/>
        </w:rPr>
        <w:t>ano</w:t>
      </w:r>
      <w:proofErr w:type="spellEnd"/>
      <w:r w:rsidRPr="00231EC5">
        <w:rPr>
          <w:rFonts w:ascii="Times New Roman" w:hAnsi="Times New Roman" w:cs="Times New Roman"/>
        </w:rPr>
        <w:t xml:space="preserve"> </w:t>
      </w:r>
      <w:proofErr w:type="spellStart"/>
      <w:r w:rsidRPr="00231EC5">
        <w:rPr>
          <w:rFonts w:ascii="Times New Roman" w:hAnsi="Times New Roman" w:cs="Times New Roman"/>
        </w:rPr>
        <w:t>letivo</w:t>
      </w:r>
      <w:proofErr w:type="spellEnd"/>
      <w:r w:rsidRPr="00231EC5">
        <w:rPr>
          <w:rFonts w:ascii="Times New Roman" w:hAnsi="Times New Roman" w:cs="Times New Roman"/>
        </w:rPr>
        <w:t>.</w:t>
      </w:r>
    </w:p>
    <w:p w14:paraId="604C0EE1" w14:textId="58AA01AD" w:rsidR="00B272D6" w:rsidRPr="00231EC5" w:rsidRDefault="00000000" w:rsidP="00E46EB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31EC5">
        <w:rPr>
          <w:rFonts w:ascii="Times New Roman" w:hAnsi="Times New Roman" w:cs="Times New Roman"/>
        </w:rPr>
        <w:t xml:space="preserve">5. </w:t>
      </w:r>
      <w:proofErr w:type="spellStart"/>
      <w:r w:rsidRPr="00231EC5">
        <w:rPr>
          <w:rFonts w:ascii="Times New Roman" w:hAnsi="Times New Roman" w:cs="Times New Roman"/>
        </w:rPr>
        <w:t>Responsável</w:t>
      </w:r>
      <w:proofErr w:type="spellEnd"/>
      <w:r w:rsidRPr="00231EC5">
        <w:rPr>
          <w:rFonts w:ascii="Times New Roman" w:hAnsi="Times New Roman" w:cs="Times New Roman"/>
        </w:rPr>
        <w:t xml:space="preserve"> pela </w:t>
      </w:r>
      <w:proofErr w:type="spellStart"/>
      <w:r w:rsidRPr="00231EC5">
        <w:rPr>
          <w:rFonts w:ascii="Times New Roman" w:hAnsi="Times New Roman" w:cs="Times New Roman"/>
        </w:rPr>
        <w:t>execução</w:t>
      </w:r>
      <w:proofErr w:type="spellEnd"/>
      <w:r w:rsidRPr="00231EC5">
        <w:rPr>
          <w:rFonts w:ascii="Times New Roman" w:hAnsi="Times New Roman" w:cs="Times New Roman"/>
        </w:rPr>
        <w:t xml:space="preserve">: </w:t>
      </w:r>
      <w:proofErr w:type="spellStart"/>
      <w:r w:rsidRPr="00231EC5">
        <w:rPr>
          <w:rFonts w:ascii="Times New Roman" w:hAnsi="Times New Roman" w:cs="Times New Roman"/>
        </w:rPr>
        <w:t>Secretaria</w:t>
      </w:r>
      <w:proofErr w:type="spellEnd"/>
      <w:r w:rsidRPr="00231EC5">
        <w:rPr>
          <w:rFonts w:ascii="Times New Roman" w:hAnsi="Times New Roman" w:cs="Times New Roman"/>
        </w:rPr>
        <w:t xml:space="preserve"> Municipal de </w:t>
      </w:r>
      <w:proofErr w:type="spellStart"/>
      <w:r w:rsidRPr="00231EC5">
        <w:rPr>
          <w:rFonts w:ascii="Times New Roman" w:hAnsi="Times New Roman" w:cs="Times New Roman"/>
        </w:rPr>
        <w:t>Educação</w:t>
      </w:r>
      <w:proofErr w:type="spellEnd"/>
      <w:r w:rsidR="004D4AF6" w:rsidRPr="00231EC5">
        <w:rPr>
          <w:rFonts w:ascii="Times New Roman" w:hAnsi="Times New Roman" w:cs="Times New Roman"/>
        </w:rPr>
        <w:t>,</w:t>
      </w:r>
      <w:r w:rsidR="00C61BAA" w:rsidRPr="00231EC5">
        <w:rPr>
          <w:rFonts w:ascii="Times New Roman" w:hAnsi="Times New Roman" w:cs="Times New Roman"/>
        </w:rPr>
        <w:t xml:space="preserve"> </w:t>
      </w:r>
      <w:r w:rsidR="004D4AF6" w:rsidRPr="00231EC5">
        <w:rPr>
          <w:rFonts w:ascii="Times New Roman" w:hAnsi="Times New Roman" w:cs="Times New Roman"/>
        </w:rPr>
        <w:t>Cultura e</w:t>
      </w:r>
      <w:r w:rsidRPr="00231EC5">
        <w:rPr>
          <w:rFonts w:ascii="Times New Roman" w:hAnsi="Times New Roman" w:cs="Times New Roman"/>
        </w:rPr>
        <w:t xml:space="preserve"> </w:t>
      </w:r>
      <w:proofErr w:type="spellStart"/>
      <w:r w:rsidRPr="00231EC5">
        <w:rPr>
          <w:rFonts w:ascii="Times New Roman" w:hAnsi="Times New Roman" w:cs="Times New Roman"/>
        </w:rPr>
        <w:t>Esporte</w:t>
      </w:r>
      <w:proofErr w:type="spellEnd"/>
      <w:r w:rsidRPr="00231EC5">
        <w:rPr>
          <w:rFonts w:ascii="Times New Roman" w:hAnsi="Times New Roman" w:cs="Times New Roman"/>
        </w:rPr>
        <w:t xml:space="preserve">, </w:t>
      </w:r>
      <w:proofErr w:type="spellStart"/>
      <w:r w:rsidRPr="00231EC5">
        <w:rPr>
          <w:rFonts w:ascii="Times New Roman" w:hAnsi="Times New Roman" w:cs="Times New Roman"/>
        </w:rPr>
        <w:t>por</w:t>
      </w:r>
      <w:proofErr w:type="spellEnd"/>
      <w:r w:rsidRPr="00231EC5">
        <w:rPr>
          <w:rFonts w:ascii="Times New Roman" w:hAnsi="Times New Roman" w:cs="Times New Roman"/>
        </w:rPr>
        <w:t xml:space="preserve"> </w:t>
      </w:r>
      <w:proofErr w:type="spellStart"/>
      <w:r w:rsidRPr="00231EC5">
        <w:rPr>
          <w:rFonts w:ascii="Times New Roman" w:hAnsi="Times New Roman" w:cs="Times New Roman"/>
        </w:rPr>
        <w:t>meio</w:t>
      </w:r>
      <w:proofErr w:type="spellEnd"/>
      <w:r w:rsidRPr="00231EC5">
        <w:rPr>
          <w:rFonts w:ascii="Times New Roman" w:hAnsi="Times New Roman" w:cs="Times New Roman"/>
        </w:rPr>
        <w:t xml:space="preserve"> da </w:t>
      </w:r>
      <w:proofErr w:type="spellStart"/>
      <w:r w:rsidRPr="00231EC5">
        <w:rPr>
          <w:rFonts w:ascii="Times New Roman" w:hAnsi="Times New Roman" w:cs="Times New Roman"/>
        </w:rPr>
        <w:t>Coordenação</w:t>
      </w:r>
      <w:proofErr w:type="spellEnd"/>
      <w:r w:rsidRPr="00231EC5">
        <w:rPr>
          <w:rFonts w:ascii="Times New Roman" w:hAnsi="Times New Roman" w:cs="Times New Roman"/>
        </w:rPr>
        <w:t xml:space="preserve"> </w:t>
      </w:r>
      <w:proofErr w:type="spellStart"/>
      <w:r w:rsidRPr="00231EC5">
        <w:rPr>
          <w:rFonts w:ascii="Times New Roman" w:hAnsi="Times New Roman" w:cs="Times New Roman"/>
        </w:rPr>
        <w:t>Pedagógica</w:t>
      </w:r>
      <w:proofErr w:type="spellEnd"/>
      <w:r w:rsidRPr="00231EC5">
        <w:rPr>
          <w:rFonts w:ascii="Times New Roman" w:hAnsi="Times New Roman" w:cs="Times New Roman"/>
        </w:rPr>
        <w:t xml:space="preserve">, </w:t>
      </w:r>
      <w:proofErr w:type="spellStart"/>
      <w:r w:rsidRPr="00231EC5">
        <w:rPr>
          <w:rFonts w:ascii="Times New Roman" w:hAnsi="Times New Roman" w:cs="Times New Roman"/>
        </w:rPr>
        <w:t>em</w:t>
      </w:r>
      <w:proofErr w:type="spellEnd"/>
      <w:r w:rsidRPr="00231EC5">
        <w:rPr>
          <w:rFonts w:ascii="Times New Roman" w:hAnsi="Times New Roman" w:cs="Times New Roman"/>
        </w:rPr>
        <w:t xml:space="preserve"> </w:t>
      </w:r>
      <w:proofErr w:type="spellStart"/>
      <w:r w:rsidRPr="00231EC5">
        <w:rPr>
          <w:rFonts w:ascii="Times New Roman" w:hAnsi="Times New Roman" w:cs="Times New Roman"/>
        </w:rPr>
        <w:t>parceria</w:t>
      </w:r>
      <w:proofErr w:type="spellEnd"/>
      <w:r w:rsidRPr="00231EC5">
        <w:rPr>
          <w:rFonts w:ascii="Times New Roman" w:hAnsi="Times New Roman" w:cs="Times New Roman"/>
        </w:rPr>
        <w:t xml:space="preserve"> com </w:t>
      </w:r>
      <w:proofErr w:type="spellStart"/>
      <w:r w:rsidRPr="00231EC5">
        <w:rPr>
          <w:rFonts w:ascii="Times New Roman" w:hAnsi="Times New Roman" w:cs="Times New Roman"/>
        </w:rPr>
        <w:t>instituições</w:t>
      </w:r>
      <w:proofErr w:type="spellEnd"/>
      <w:r w:rsidRPr="00231EC5">
        <w:rPr>
          <w:rFonts w:ascii="Times New Roman" w:hAnsi="Times New Roman" w:cs="Times New Roman"/>
        </w:rPr>
        <w:t xml:space="preserve"> </w:t>
      </w:r>
      <w:proofErr w:type="spellStart"/>
      <w:r w:rsidRPr="00231EC5">
        <w:rPr>
          <w:rFonts w:ascii="Times New Roman" w:hAnsi="Times New Roman" w:cs="Times New Roman"/>
        </w:rPr>
        <w:t>formadoras</w:t>
      </w:r>
      <w:proofErr w:type="spellEnd"/>
      <w:r w:rsidRPr="00231EC5">
        <w:rPr>
          <w:rFonts w:ascii="Times New Roman" w:hAnsi="Times New Roman" w:cs="Times New Roman"/>
        </w:rPr>
        <w:t xml:space="preserve">, </w:t>
      </w:r>
      <w:proofErr w:type="spellStart"/>
      <w:r w:rsidRPr="00231EC5">
        <w:rPr>
          <w:rFonts w:ascii="Times New Roman" w:hAnsi="Times New Roman" w:cs="Times New Roman"/>
        </w:rPr>
        <w:t>quando</w:t>
      </w:r>
      <w:proofErr w:type="spellEnd"/>
      <w:r w:rsidRPr="00231EC5">
        <w:rPr>
          <w:rFonts w:ascii="Times New Roman" w:hAnsi="Times New Roman" w:cs="Times New Roman"/>
        </w:rPr>
        <w:t xml:space="preserve"> </w:t>
      </w:r>
      <w:proofErr w:type="spellStart"/>
      <w:r w:rsidRPr="00231EC5">
        <w:rPr>
          <w:rFonts w:ascii="Times New Roman" w:hAnsi="Times New Roman" w:cs="Times New Roman"/>
        </w:rPr>
        <w:t>necessário</w:t>
      </w:r>
      <w:proofErr w:type="spellEnd"/>
      <w:r w:rsidRPr="00231EC5">
        <w:rPr>
          <w:rFonts w:ascii="Times New Roman" w:hAnsi="Times New Roman" w:cs="Times New Roman"/>
        </w:rPr>
        <w:t>.</w:t>
      </w:r>
    </w:p>
    <w:p w14:paraId="106A4CE8" w14:textId="77777777" w:rsidR="00E46EB1" w:rsidRPr="00231EC5" w:rsidRDefault="00E46EB1" w:rsidP="00E46EB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4310510" w14:textId="77777777" w:rsidR="00670DC8" w:rsidRPr="00231EC5" w:rsidRDefault="00000000" w:rsidP="001E1E0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31EC5">
        <w:rPr>
          <w:rFonts w:ascii="Times New Roman" w:hAnsi="Times New Roman" w:cs="Times New Roman"/>
          <w:b/>
          <w:bCs/>
        </w:rPr>
        <w:t>Art. 4º</w:t>
      </w:r>
      <w:r w:rsidR="00E46EB1" w:rsidRPr="00231EC5">
        <w:rPr>
          <w:rFonts w:ascii="Times New Roman" w:hAnsi="Times New Roman" w:cs="Times New Roman"/>
          <w:b/>
          <w:bCs/>
        </w:rPr>
        <w:t>.</w:t>
      </w:r>
      <w:r w:rsidRPr="00231EC5">
        <w:rPr>
          <w:rFonts w:ascii="Times New Roman" w:hAnsi="Times New Roman" w:cs="Times New Roman"/>
        </w:rPr>
        <w:t xml:space="preserve"> Compete à </w:t>
      </w:r>
      <w:proofErr w:type="spellStart"/>
      <w:r w:rsidRPr="00231EC5">
        <w:rPr>
          <w:rFonts w:ascii="Times New Roman" w:hAnsi="Times New Roman" w:cs="Times New Roman"/>
        </w:rPr>
        <w:t>Secretaria</w:t>
      </w:r>
      <w:proofErr w:type="spellEnd"/>
      <w:r w:rsidRPr="00231EC5">
        <w:rPr>
          <w:rFonts w:ascii="Times New Roman" w:hAnsi="Times New Roman" w:cs="Times New Roman"/>
        </w:rPr>
        <w:t xml:space="preserve"> Municipal de </w:t>
      </w:r>
      <w:proofErr w:type="spellStart"/>
      <w:r w:rsidRPr="00231EC5">
        <w:rPr>
          <w:rFonts w:ascii="Times New Roman" w:hAnsi="Times New Roman" w:cs="Times New Roman"/>
        </w:rPr>
        <w:t>Educação</w:t>
      </w:r>
      <w:proofErr w:type="spellEnd"/>
      <w:r w:rsidRPr="00231EC5">
        <w:rPr>
          <w:rFonts w:ascii="Times New Roman" w:hAnsi="Times New Roman" w:cs="Times New Roman"/>
        </w:rPr>
        <w:t>,</w:t>
      </w:r>
      <w:r w:rsidR="004D4AF6" w:rsidRPr="00231EC5">
        <w:rPr>
          <w:rFonts w:ascii="Times New Roman" w:hAnsi="Times New Roman" w:cs="Times New Roman"/>
        </w:rPr>
        <w:t xml:space="preserve"> Cultura e </w:t>
      </w:r>
      <w:proofErr w:type="spellStart"/>
      <w:r w:rsidRPr="00231EC5">
        <w:rPr>
          <w:rFonts w:ascii="Times New Roman" w:hAnsi="Times New Roman" w:cs="Times New Roman"/>
        </w:rPr>
        <w:t>Esporte</w:t>
      </w:r>
      <w:proofErr w:type="spellEnd"/>
      <w:r w:rsidRPr="00231EC5">
        <w:rPr>
          <w:rFonts w:ascii="Times New Roman" w:hAnsi="Times New Roman" w:cs="Times New Roman"/>
        </w:rPr>
        <w:t xml:space="preserve"> </w:t>
      </w:r>
      <w:proofErr w:type="spellStart"/>
      <w:r w:rsidRPr="00231EC5">
        <w:rPr>
          <w:rFonts w:ascii="Times New Roman" w:hAnsi="Times New Roman" w:cs="Times New Roman"/>
        </w:rPr>
        <w:t>organizar</w:t>
      </w:r>
      <w:proofErr w:type="spellEnd"/>
      <w:r w:rsidRPr="00231EC5">
        <w:rPr>
          <w:rFonts w:ascii="Times New Roman" w:hAnsi="Times New Roman" w:cs="Times New Roman"/>
        </w:rPr>
        <w:t xml:space="preserve">, </w:t>
      </w:r>
      <w:proofErr w:type="spellStart"/>
      <w:r w:rsidRPr="00231EC5">
        <w:rPr>
          <w:rFonts w:ascii="Times New Roman" w:hAnsi="Times New Roman" w:cs="Times New Roman"/>
        </w:rPr>
        <w:t>acompanhar</w:t>
      </w:r>
      <w:proofErr w:type="spellEnd"/>
      <w:r w:rsidRPr="00231EC5">
        <w:rPr>
          <w:rFonts w:ascii="Times New Roman" w:hAnsi="Times New Roman" w:cs="Times New Roman"/>
        </w:rPr>
        <w:t xml:space="preserve"> e </w:t>
      </w:r>
      <w:proofErr w:type="spellStart"/>
      <w:r w:rsidRPr="00231EC5">
        <w:rPr>
          <w:rFonts w:ascii="Times New Roman" w:hAnsi="Times New Roman" w:cs="Times New Roman"/>
        </w:rPr>
        <w:t>avaliar</w:t>
      </w:r>
      <w:proofErr w:type="spellEnd"/>
      <w:r w:rsidRPr="00231EC5">
        <w:rPr>
          <w:rFonts w:ascii="Times New Roman" w:hAnsi="Times New Roman" w:cs="Times New Roman"/>
        </w:rPr>
        <w:t xml:space="preserve"> as </w:t>
      </w:r>
      <w:proofErr w:type="spellStart"/>
      <w:r w:rsidRPr="00231EC5">
        <w:rPr>
          <w:rFonts w:ascii="Times New Roman" w:hAnsi="Times New Roman" w:cs="Times New Roman"/>
        </w:rPr>
        <w:t>ações</w:t>
      </w:r>
      <w:proofErr w:type="spellEnd"/>
      <w:r w:rsidRPr="00231EC5">
        <w:rPr>
          <w:rFonts w:ascii="Times New Roman" w:hAnsi="Times New Roman" w:cs="Times New Roman"/>
        </w:rPr>
        <w:t xml:space="preserve"> de </w:t>
      </w:r>
      <w:proofErr w:type="spellStart"/>
      <w:r w:rsidRPr="00231EC5">
        <w:rPr>
          <w:rFonts w:ascii="Times New Roman" w:hAnsi="Times New Roman" w:cs="Times New Roman"/>
        </w:rPr>
        <w:t>formação</w:t>
      </w:r>
      <w:proofErr w:type="spellEnd"/>
      <w:r w:rsidRPr="00231EC5">
        <w:rPr>
          <w:rFonts w:ascii="Times New Roman" w:hAnsi="Times New Roman" w:cs="Times New Roman"/>
        </w:rPr>
        <w:t xml:space="preserve">, </w:t>
      </w:r>
      <w:proofErr w:type="spellStart"/>
      <w:r w:rsidRPr="00231EC5">
        <w:rPr>
          <w:rFonts w:ascii="Times New Roman" w:hAnsi="Times New Roman" w:cs="Times New Roman"/>
        </w:rPr>
        <w:t>bem</w:t>
      </w:r>
      <w:proofErr w:type="spellEnd"/>
      <w:r w:rsidRPr="00231EC5">
        <w:rPr>
          <w:rFonts w:ascii="Times New Roman" w:hAnsi="Times New Roman" w:cs="Times New Roman"/>
        </w:rPr>
        <w:t xml:space="preserve"> </w:t>
      </w:r>
      <w:proofErr w:type="spellStart"/>
      <w:r w:rsidRPr="00231EC5">
        <w:rPr>
          <w:rFonts w:ascii="Times New Roman" w:hAnsi="Times New Roman" w:cs="Times New Roman"/>
        </w:rPr>
        <w:t>como</w:t>
      </w:r>
      <w:proofErr w:type="spellEnd"/>
      <w:r w:rsidRPr="00231EC5">
        <w:rPr>
          <w:rFonts w:ascii="Times New Roman" w:hAnsi="Times New Roman" w:cs="Times New Roman"/>
        </w:rPr>
        <w:t xml:space="preserve"> </w:t>
      </w:r>
      <w:proofErr w:type="spellStart"/>
      <w:r w:rsidRPr="00231EC5">
        <w:rPr>
          <w:rFonts w:ascii="Times New Roman" w:hAnsi="Times New Roman" w:cs="Times New Roman"/>
        </w:rPr>
        <w:t>produzir</w:t>
      </w:r>
      <w:proofErr w:type="spellEnd"/>
      <w:r w:rsidRPr="00231EC5">
        <w:rPr>
          <w:rFonts w:ascii="Times New Roman" w:hAnsi="Times New Roman" w:cs="Times New Roman"/>
        </w:rPr>
        <w:t xml:space="preserve"> </w:t>
      </w:r>
      <w:proofErr w:type="spellStart"/>
      <w:r w:rsidRPr="00231EC5">
        <w:rPr>
          <w:rFonts w:ascii="Times New Roman" w:hAnsi="Times New Roman" w:cs="Times New Roman"/>
        </w:rPr>
        <w:t>relatórios</w:t>
      </w:r>
      <w:proofErr w:type="spellEnd"/>
      <w:r w:rsidRPr="00231EC5">
        <w:rPr>
          <w:rFonts w:ascii="Times New Roman" w:hAnsi="Times New Roman" w:cs="Times New Roman"/>
        </w:rPr>
        <w:t xml:space="preserve"> </w:t>
      </w:r>
      <w:proofErr w:type="spellStart"/>
      <w:r w:rsidRPr="00231EC5">
        <w:rPr>
          <w:rFonts w:ascii="Times New Roman" w:hAnsi="Times New Roman" w:cs="Times New Roman"/>
        </w:rPr>
        <w:t>semestrais</w:t>
      </w:r>
      <w:proofErr w:type="spellEnd"/>
      <w:r w:rsidRPr="00231EC5">
        <w:rPr>
          <w:rFonts w:ascii="Times New Roman" w:hAnsi="Times New Roman" w:cs="Times New Roman"/>
        </w:rPr>
        <w:t xml:space="preserve"> que </w:t>
      </w:r>
      <w:proofErr w:type="spellStart"/>
      <w:r w:rsidRPr="00231EC5">
        <w:rPr>
          <w:rFonts w:ascii="Times New Roman" w:hAnsi="Times New Roman" w:cs="Times New Roman"/>
        </w:rPr>
        <w:t>registrem</w:t>
      </w:r>
      <w:proofErr w:type="spellEnd"/>
      <w:r w:rsidRPr="00231EC5">
        <w:rPr>
          <w:rFonts w:ascii="Times New Roman" w:hAnsi="Times New Roman" w:cs="Times New Roman"/>
        </w:rPr>
        <w:t xml:space="preserve"> a </w:t>
      </w:r>
      <w:proofErr w:type="spellStart"/>
      <w:r w:rsidRPr="00231EC5">
        <w:rPr>
          <w:rFonts w:ascii="Times New Roman" w:hAnsi="Times New Roman" w:cs="Times New Roman"/>
        </w:rPr>
        <w:t>execução</w:t>
      </w:r>
      <w:proofErr w:type="spellEnd"/>
      <w:r w:rsidRPr="00231EC5">
        <w:rPr>
          <w:rFonts w:ascii="Times New Roman" w:hAnsi="Times New Roman" w:cs="Times New Roman"/>
        </w:rPr>
        <w:t xml:space="preserve"> e </w:t>
      </w:r>
      <w:proofErr w:type="spellStart"/>
      <w:r w:rsidRPr="00231EC5">
        <w:rPr>
          <w:rFonts w:ascii="Times New Roman" w:hAnsi="Times New Roman" w:cs="Times New Roman"/>
        </w:rPr>
        <w:t>os</w:t>
      </w:r>
      <w:proofErr w:type="spellEnd"/>
      <w:r w:rsidRPr="00231EC5">
        <w:rPr>
          <w:rFonts w:ascii="Times New Roman" w:hAnsi="Times New Roman" w:cs="Times New Roman"/>
        </w:rPr>
        <w:t xml:space="preserve"> </w:t>
      </w:r>
      <w:proofErr w:type="spellStart"/>
      <w:r w:rsidRPr="00231EC5">
        <w:rPr>
          <w:rFonts w:ascii="Times New Roman" w:hAnsi="Times New Roman" w:cs="Times New Roman"/>
        </w:rPr>
        <w:t>resultados</w:t>
      </w:r>
      <w:proofErr w:type="spellEnd"/>
      <w:r w:rsidRPr="00231EC5">
        <w:rPr>
          <w:rFonts w:ascii="Times New Roman" w:hAnsi="Times New Roman" w:cs="Times New Roman"/>
        </w:rPr>
        <w:t xml:space="preserve"> </w:t>
      </w:r>
      <w:proofErr w:type="spellStart"/>
      <w:r w:rsidRPr="00231EC5">
        <w:rPr>
          <w:rFonts w:ascii="Times New Roman" w:hAnsi="Times New Roman" w:cs="Times New Roman"/>
        </w:rPr>
        <w:t>obtidos</w:t>
      </w:r>
      <w:proofErr w:type="spellEnd"/>
      <w:r w:rsidRPr="00231EC5">
        <w:rPr>
          <w:rFonts w:ascii="Times New Roman" w:hAnsi="Times New Roman" w:cs="Times New Roman"/>
        </w:rPr>
        <w:t>.</w:t>
      </w:r>
    </w:p>
    <w:p w14:paraId="4638CCC8" w14:textId="77777777" w:rsidR="001E1E08" w:rsidRPr="00231EC5" w:rsidRDefault="001E1E08" w:rsidP="001E1E08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2CC4352" w14:textId="77777777" w:rsidR="00F40A99" w:rsidRPr="00231EC5" w:rsidRDefault="00000000" w:rsidP="001E1E0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31EC5">
        <w:rPr>
          <w:rFonts w:ascii="Times New Roman" w:hAnsi="Times New Roman" w:cs="Times New Roman"/>
          <w:b/>
          <w:bCs/>
        </w:rPr>
        <w:t>Art. 5º</w:t>
      </w:r>
      <w:r w:rsidR="00E46EB1" w:rsidRPr="00231EC5">
        <w:rPr>
          <w:rFonts w:ascii="Times New Roman" w:hAnsi="Times New Roman" w:cs="Times New Roman"/>
          <w:b/>
          <w:bCs/>
        </w:rPr>
        <w:t>.</w:t>
      </w:r>
      <w:r w:rsidRPr="00231EC5">
        <w:rPr>
          <w:rFonts w:ascii="Times New Roman" w:hAnsi="Times New Roman" w:cs="Times New Roman"/>
        </w:rPr>
        <w:t xml:space="preserve"> As </w:t>
      </w:r>
      <w:proofErr w:type="spellStart"/>
      <w:r w:rsidRPr="00231EC5">
        <w:rPr>
          <w:rFonts w:ascii="Times New Roman" w:hAnsi="Times New Roman" w:cs="Times New Roman"/>
        </w:rPr>
        <w:t>despesas</w:t>
      </w:r>
      <w:proofErr w:type="spellEnd"/>
      <w:r w:rsidRPr="00231EC5">
        <w:rPr>
          <w:rFonts w:ascii="Times New Roman" w:hAnsi="Times New Roman" w:cs="Times New Roman"/>
        </w:rPr>
        <w:t xml:space="preserve"> </w:t>
      </w:r>
      <w:proofErr w:type="spellStart"/>
      <w:r w:rsidRPr="00231EC5">
        <w:rPr>
          <w:rFonts w:ascii="Times New Roman" w:hAnsi="Times New Roman" w:cs="Times New Roman"/>
        </w:rPr>
        <w:t>decorrentes</w:t>
      </w:r>
      <w:proofErr w:type="spellEnd"/>
      <w:r w:rsidRPr="00231EC5">
        <w:rPr>
          <w:rFonts w:ascii="Times New Roman" w:hAnsi="Times New Roman" w:cs="Times New Roman"/>
        </w:rPr>
        <w:t xml:space="preserve"> da </w:t>
      </w:r>
      <w:proofErr w:type="spellStart"/>
      <w:r w:rsidRPr="00231EC5">
        <w:rPr>
          <w:rFonts w:ascii="Times New Roman" w:hAnsi="Times New Roman" w:cs="Times New Roman"/>
        </w:rPr>
        <w:t>execução</w:t>
      </w:r>
      <w:proofErr w:type="spellEnd"/>
      <w:r w:rsidRPr="00231EC5">
        <w:rPr>
          <w:rFonts w:ascii="Times New Roman" w:hAnsi="Times New Roman" w:cs="Times New Roman"/>
        </w:rPr>
        <w:t xml:space="preserve"> </w:t>
      </w:r>
      <w:proofErr w:type="spellStart"/>
      <w:r w:rsidRPr="00231EC5">
        <w:rPr>
          <w:rFonts w:ascii="Times New Roman" w:hAnsi="Times New Roman" w:cs="Times New Roman"/>
        </w:rPr>
        <w:t>desta</w:t>
      </w:r>
      <w:proofErr w:type="spellEnd"/>
      <w:r w:rsidRPr="00231EC5">
        <w:rPr>
          <w:rFonts w:ascii="Times New Roman" w:hAnsi="Times New Roman" w:cs="Times New Roman"/>
        </w:rPr>
        <w:t xml:space="preserve"> </w:t>
      </w:r>
      <w:proofErr w:type="spellStart"/>
      <w:r w:rsidRPr="00231EC5">
        <w:rPr>
          <w:rFonts w:ascii="Times New Roman" w:hAnsi="Times New Roman" w:cs="Times New Roman"/>
        </w:rPr>
        <w:t>normativa</w:t>
      </w:r>
      <w:proofErr w:type="spellEnd"/>
      <w:r w:rsidRPr="00231EC5">
        <w:rPr>
          <w:rFonts w:ascii="Times New Roman" w:hAnsi="Times New Roman" w:cs="Times New Roman"/>
        </w:rPr>
        <w:t xml:space="preserve"> </w:t>
      </w:r>
      <w:proofErr w:type="spellStart"/>
      <w:r w:rsidRPr="00231EC5">
        <w:rPr>
          <w:rFonts w:ascii="Times New Roman" w:hAnsi="Times New Roman" w:cs="Times New Roman"/>
        </w:rPr>
        <w:t>correrão</w:t>
      </w:r>
      <w:proofErr w:type="spellEnd"/>
      <w:r w:rsidRPr="00231EC5">
        <w:rPr>
          <w:rFonts w:ascii="Times New Roman" w:hAnsi="Times New Roman" w:cs="Times New Roman"/>
        </w:rPr>
        <w:t xml:space="preserve"> </w:t>
      </w:r>
      <w:proofErr w:type="spellStart"/>
      <w:r w:rsidRPr="00231EC5">
        <w:rPr>
          <w:rFonts w:ascii="Times New Roman" w:hAnsi="Times New Roman" w:cs="Times New Roman"/>
        </w:rPr>
        <w:t>por</w:t>
      </w:r>
      <w:proofErr w:type="spellEnd"/>
      <w:r w:rsidRPr="00231EC5">
        <w:rPr>
          <w:rFonts w:ascii="Times New Roman" w:hAnsi="Times New Roman" w:cs="Times New Roman"/>
        </w:rPr>
        <w:t xml:space="preserve"> </w:t>
      </w:r>
      <w:proofErr w:type="spellStart"/>
      <w:r w:rsidRPr="00231EC5">
        <w:rPr>
          <w:rFonts w:ascii="Times New Roman" w:hAnsi="Times New Roman" w:cs="Times New Roman"/>
        </w:rPr>
        <w:t>conta</w:t>
      </w:r>
      <w:proofErr w:type="spellEnd"/>
      <w:r w:rsidRPr="00231EC5">
        <w:rPr>
          <w:rFonts w:ascii="Times New Roman" w:hAnsi="Times New Roman" w:cs="Times New Roman"/>
        </w:rPr>
        <w:t xml:space="preserve"> de </w:t>
      </w:r>
      <w:proofErr w:type="spellStart"/>
      <w:r w:rsidRPr="00231EC5">
        <w:rPr>
          <w:rFonts w:ascii="Times New Roman" w:hAnsi="Times New Roman" w:cs="Times New Roman"/>
        </w:rPr>
        <w:t>dotações</w:t>
      </w:r>
      <w:proofErr w:type="spellEnd"/>
      <w:r w:rsidRPr="00231EC5">
        <w:rPr>
          <w:rFonts w:ascii="Times New Roman" w:hAnsi="Times New Roman" w:cs="Times New Roman"/>
        </w:rPr>
        <w:t xml:space="preserve"> </w:t>
      </w:r>
      <w:proofErr w:type="spellStart"/>
      <w:r w:rsidRPr="00231EC5">
        <w:rPr>
          <w:rFonts w:ascii="Times New Roman" w:hAnsi="Times New Roman" w:cs="Times New Roman"/>
        </w:rPr>
        <w:t>orçamentárias</w:t>
      </w:r>
      <w:proofErr w:type="spellEnd"/>
      <w:r w:rsidRPr="00231EC5">
        <w:rPr>
          <w:rFonts w:ascii="Times New Roman" w:hAnsi="Times New Roman" w:cs="Times New Roman"/>
        </w:rPr>
        <w:t xml:space="preserve"> </w:t>
      </w:r>
      <w:proofErr w:type="spellStart"/>
      <w:r w:rsidRPr="00231EC5">
        <w:rPr>
          <w:rFonts w:ascii="Times New Roman" w:hAnsi="Times New Roman" w:cs="Times New Roman"/>
        </w:rPr>
        <w:t>próprias</w:t>
      </w:r>
      <w:proofErr w:type="spellEnd"/>
      <w:r w:rsidRPr="00231EC5">
        <w:rPr>
          <w:rFonts w:ascii="Times New Roman" w:hAnsi="Times New Roman" w:cs="Times New Roman"/>
        </w:rPr>
        <w:t xml:space="preserve">, </w:t>
      </w:r>
      <w:proofErr w:type="spellStart"/>
      <w:r w:rsidRPr="00231EC5">
        <w:rPr>
          <w:rFonts w:ascii="Times New Roman" w:hAnsi="Times New Roman" w:cs="Times New Roman"/>
        </w:rPr>
        <w:t>podendo</w:t>
      </w:r>
      <w:proofErr w:type="spellEnd"/>
      <w:r w:rsidRPr="00231EC5">
        <w:rPr>
          <w:rFonts w:ascii="Times New Roman" w:hAnsi="Times New Roman" w:cs="Times New Roman"/>
        </w:rPr>
        <w:t xml:space="preserve"> haver </w:t>
      </w:r>
      <w:proofErr w:type="spellStart"/>
      <w:r w:rsidRPr="00231EC5">
        <w:rPr>
          <w:rFonts w:ascii="Times New Roman" w:hAnsi="Times New Roman" w:cs="Times New Roman"/>
        </w:rPr>
        <w:t>complementação</w:t>
      </w:r>
      <w:proofErr w:type="spellEnd"/>
      <w:r w:rsidRPr="00231EC5">
        <w:rPr>
          <w:rFonts w:ascii="Times New Roman" w:hAnsi="Times New Roman" w:cs="Times New Roman"/>
        </w:rPr>
        <w:t xml:space="preserve"> </w:t>
      </w:r>
      <w:proofErr w:type="spellStart"/>
      <w:r w:rsidRPr="00231EC5">
        <w:rPr>
          <w:rFonts w:ascii="Times New Roman" w:hAnsi="Times New Roman" w:cs="Times New Roman"/>
        </w:rPr>
        <w:t>por</w:t>
      </w:r>
      <w:proofErr w:type="spellEnd"/>
      <w:r w:rsidRPr="00231EC5">
        <w:rPr>
          <w:rFonts w:ascii="Times New Roman" w:hAnsi="Times New Roman" w:cs="Times New Roman"/>
        </w:rPr>
        <w:t xml:space="preserve"> </w:t>
      </w:r>
      <w:proofErr w:type="spellStart"/>
      <w:r w:rsidRPr="00231EC5">
        <w:rPr>
          <w:rFonts w:ascii="Times New Roman" w:hAnsi="Times New Roman" w:cs="Times New Roman"/>
        </w:rPr>
        <w:t>meio</w:t>
      </w:r>
      <w:proofErr w:type="spellEnd"/>
      <w:r w:rsidRPr="00231EC5">
        <w:rPr>
          <w:rFonts w:ascii="Times New Roman" w:hAnsi="Times New Roman" w:cs="Times New Roman"/>
        </w:rPr>
        <w:t xml:space="preserve"> de </w:t>
      </w:r>
      <w:proofErr w:type="spellStart"/>
      <w:r w:rsidRPr="00231EC5">
        <w:rPr>
          <w:rFonts w:ascii="Times New Roman" w:hAnsi="Times New Roman" w:cs="Times New Roman"/>
        </w:rPr>
        <w:t>recursos</w:t>
      </w:r>
      <w:proofErr w:type="spellEnd"/>
      <w:r w:rsidRPr="00231EC5">
        <w:rPr>
          <w:rFonts w:ascii="Times New Roman" w:hAnsi="Times New Roman" w:cs="Times New Roman"/>
        </w:rPr>
        <w:t xml:space="preserve"> </w:t>
      </w:r>
      <w:proofErr w:type="spellStart"/>
      <w:r w:rsidRPr="00231EC5">
        <w:rPr>
          <w:rFonts w:ascii="Times New Roman" w:hAnsi="Times New Roman" w:cs="Times New Roman"/>
        </w:rPr>
        <w:t>estaduais</w:t>
      </w:r>
      <w:proofErr w:type="spellEnd"/>
      <w:r w:rsidRPr="00231EC5">
        <w:rPr>
          <w:rFonts w:ascii="Times New Roman" w:hAnsi="Times New Roman" w:cs="Times New Roman"/>
        </w:rPr>
        <w:t xml:space="preserve">, </w:t>
      </w:r>
      <w:proofErr w:type="spellStart"/>
      <w:r w:rsidRPr="00231EC5">
        <w:rPr>
          <w:rFonts w:ascii="Times New Roman" w:hAnsi="Times New Roman" w:cs="Times New Roman"/>
        </w:rPr>
        <w:t>federais</w:t>
      </w:r>
      <w:proofErr w:type="spellEnd"/>
      <w:r w:rsidRPr="00231EC5">
        <w:rPr>
          <w:rFonts w:ascii="Times New Roman" w:hAnsi="Times New Roman" w:cs="Times New Roman"/>
        </w:rPr>
        <w:t xml:space="preserve"> </w:t>
      </w:r>
      <w:proofErr w:type="spellStart"/>
      <w:r w:rsidRPr="00231EC5">
        <w:rPr>
          <w:rFonts w:ascii="Times New Roman" w:hAnsi="Times New Roman" w:cs="Times New Roman"/>
        </w:rPr>
        <w:t>ou</w:t>
      </w:r>
      <w:proofErr w:type="spellEnd"/>
      <w:r w:rsidRPr="00231EC5">
        <w:rPr>
          <w:rFonts w:ascii="Times New Roman" w:hAnsi="Times New Roman" w:cs="Times New Roman"/>
        </w:rPr>
        <w:t xml:space="preserve"> de </w:t>
      </w:r>
      <w:proofErr w:type="spellStart"/>
      <w:r w:rsidRPr="00231EC5">
        <w:rPr>
          <w:rFonts w:ascii="Times New Roman" w:hAnsi="Times New Roman" w:cs="Times New Roman"/>
        </w:rPr>
        <w:t>parcerias</w:t>
      </w:r>
      <w:proofErr w:type="spellEnd"/>
      <w:r w:rsidRPr="00231EC5">
        <w:rPr>
          <w:rFonts w:ascii="Times New Roman" w:hAnsi="Times New Roman" w:cs="Times New Roman"/>
        </w:rPr>
        <w:t>.</w:t>
      </w:r>
    </w:p>
    <w:p w14:paraId="57CAB07B" w14:textId="77777777" w:rsidR="00F40A99" w:rsidRPr="00231EC5" w:rsidRDefault="00F40A99" w:rsidP="00F40A9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DE5EF52" w14:textId="7A9E13F6" w:rsidR="00B272D6" w:rsidRPr="00231EC5" w:rsidRDefault="00000000" w:rsidP="00E46EB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31EC5">
        <w:rPr>
          <w:rFonts w:ascii="Times New Roman" w:hAnsi="Times New Roman" w:cs="Times New Roman"/>
          <w:b/>
          <w:bCs/>
        </w:rPr>
        <w:t>Art. 6º</w:t>
      </w:r>
      <w:r w:rsidR="00E46EB1" w:rsidRPr="00231EC5">
        <w:rPr>
          <w:rFonts w:ascii="Times New Roman" w:hAnsi="Times New Roman" w:cs="Times New Roman"/>
          <w:b/>
          <w:bCs/>
        </w:rPr>
        <w:t>.</w:t>
      </w:r>
      <w:r w:rsidRPr="00231EC5">
        <w:rPr>
          <w:rFonts w:ascii="Times New Roman" w:hAnsi="Times New Roman" w:cs="Times New Roman"/>
        </w:rPr>
        <w:t xml:space="preserve"> Est</w:t>
      </w:r>
      <w:r w:rsidR="006E51B0">
        <w:rPr>
          <w:rFonts w:ascii="Times New Roman" w:hAnsi="Times New Roman" w:cs="Times New Roman"/>
        </w:rPr>
        <w:t xml:space="preserve">a </w:t>
      </w:r>
      <w:proofErr w:type="spellStart"/>
      <w:r w:rsidR="006E51B0">
        <w:rPr>
          <w:rFonts w:ascii="Times New Roman" w:hAnsi="Times New Roman" w:cs="Times New Roman"/>
        </w:rPr>
        <w:t>Instrução</w:t>
      </w:r>
      <w:proofErr w:type="spellEnd"/>
      <w:r w:rsidR="006E51B0">
        <w:rPr>
          <w:rFonts w:ascii="Times New Roman" w:hAnsi="Times New Roman" w:cs="Times New Roman"/>
        </w:rPr>
        <w:t xml:space="preserve"> </w:t>
      </w:r>
      <w:proofErr w:type="spellStart"/>
      <w:r w:rsidR="006E51B0">
        <w:rPr>
          <w:rFonts w:ascii="Times New Roman" w:hAnsi="Times New Roman" w:cs="Times New Roman"/>
        </w:rPr>
        <w:t>Normativa</w:t>
      </w:r>
      <w:proofErr w:type="spellEnd"/>
      <w:r w:rsidRPr="00231EC5">
        <w:rPr>
          <w:rFonts w:ascii="Times New Roman" w:hAnsi="Times New Roman" w:cs="Times New Roman"/>
        </w:rPr>
        <w:t xml:space="preserve"> </w:t>
      </w:r>
      <w:proofErr w:type="spellStart"/>
      <w:r w:rsidRPr="00231EC5">
        <w:rPr>
          <w:rFonts w:ascii="Times New Roman" w:hAnsi="Times New Roman" w:cs="Times New Roman"/>
        </w:rPr>
        <w:t>entra</w:t>
      </w:r>
      <w:proofErr w:type="spellEnd"/>
      <w:r w:rsidRPr="00231EC5">
        <w:rPr>
          <w:rFonts w:ascii="Times New Roman" w:hAnsi="Times New Roman" w:cs="Times New Roman"/>
        </w:rPr>
        <w:t xml:space="preserve"> </w:t>
      </w:r>
      <w:proofErr w:type="spellStart"/>
      <w:r w:rsidRPr="00231EC5">
        <w:rPr>
          <w:rFonts w:ascii="Times New Roman" w:hAnsi="Times New Roman" w:cs="Times New Roman"/>
        </w:rPr>
        <w:t>em</w:t>
      </w:r>
      <w:proofErr w:type="spellEnd"/>
      <w:r w:rsidRPr="00231EC5">
        <w:rPr>
          <w:rFonts w:ascii="Times New Roman" w:hAnsi="Times New Roman" w:cs="Times New Roman"/>
        </w:rPr>
        <w:t xml:space="preserve"> vigor </w:t>
      </w:r>
      <w:proofErr w:type="spellStart"/>
      <w:r w:rsidRPr="00231EC5">
        <w:rPr>
          <w:rFonts w:ascii="Times New Roman" w:hAnsi="Times New Roman" w:cs="Times New Roman"/>
        </w:rPr>
        <w:t>na</w:t>
      </w:r>
      <w:proofErr w:type="spellEnd"/>
      <w:r w:rsidRPr="00231EC5">
        <w:rPr>
          <w:rFonts w:ascii="Times New Roman" w:hAnsi="Times New Roman" w:cs="Times New Roman"/>
        </w:rPr>
        <w:t xml:space="preserve"> data de </w:t>
      </w:r>
      <w:proofErr w:type="spellStart"/>
      <w:r w:rsidRPr="00231EC5">
        <w:rPr>
          <w:rFonts w:ascii="Times New Roman" w:hAnsi="Times New Roman" w:cs="Times New Roman"/>
        </w:rPr>
        <w:t>sua</w:t>
      </w:r>
      <w:proofErr w:type="spellEnd"/>
      <w:r w:rsidRPr="00231EC5">
        <w:rPr>
          <w:rFonts w:ascii="Times New Roman" w:hAnsi="Times New Roman" w:cs="Times New Roman"/>
        </w:rPr>
        <w:t xml:space="preserve"> </w:t>
      </w:r>
      <w:proofErr w:type="spellStart"/>
      <w:r w:rsidRPr="00231EC5">
        <w:rPr>
          <w:rFonts w:ascii="Times New Roman" w:hAnsi="Times New Roman" w:cs="Times New Roman"/>
        </w:rPr>
        <w:t>publicação</w:t>
      </w:r>
      <w:proofErr w:type="spellEnd"/>
      <w:r w:rsidR="00053954" w:rsidRPr="00231EC5">
        <w:rPr>
          <w:rFonts w:ascii="Times New Roman" w:hAnsi="Times New Roman" w:cs="Times New Roman"/>
        </w:rPr>
        <w:t xml:space="preserve">, </w:t>
      </w:r>
      <w:proofErr w:type="spellStart"/>
      <w:r w:rsidR="00053954" w:rsidRPr="00231EC5">
        <w:rPr>
          <w:rFonts w:ascii="Times New Roman" w:hAnsi="Times New Roman" w:cs="Times New Roman"/>
        </w:rPr>
        <w:t>revogadas</w:t>
      </w:r>
      <w:proofErr w:type="spellEnd"/>
      <w:r w:rsidR="00053954" w:rsidRPr="00231EC5">
        <w:rPr>
          <w:rFonts w:ascii="Times New Roman" w:hAnsi="Times New Roman" w:cs="Times New Roman"/>
        </w:rPr>
        <w:t xml:space="preserve"> as </w:t>
      </w:r>
      <w:proofErr w:type="spellStart"/>
      <w:r w:rsidR="00053954" w:rsidRPr="00231EC5">
        <w:rPr>
          <w:rFonts w:ascii="Times New Roman" w:hAnsi="Times New Roman" w:cs="Times New Roman"/>
        </w:rPr>
        <w:t>disposições</w:t>
      </w:r>
      <w:proofErr w:type="spellEnd"/>
      <w:r w:rsidR="00053954" w:rsidRPr="00231EC5">
        <w:rPr>
          <w:rFonts w:ascii="Times New Roman" w:hAnsi="Times New Roman" w:cs="Times New Roman"/>
        </w:rPr>
        <w:t xml:space="preserve"> </w:t>
      </w:r>
      <w:proofErr w:type="spellStart"/>
      <w:r w:rsidR="00053954" w:rsidRPr="00231EC5">
        <w:rPr>
          <w:rFonts w:ascii="Times New Roman" w:hAnsi="Times New Roman" w:cs="Times New Roman"/>
        </w:rPr>
        <w:t>em</w:t>
      </w:r>
      <w:proofErr w:type="spellEnd"/>
      <w:r w:rsidR="00053954" w:rsidRPr="00231EC5">
        <w:rPr>
          <w:rFonts w:ascii="Times New Roman" w:hAnsi="Times New Roman" w:cs="Times New Roman"/>
        </w:rPr>
        <w:t xml:space="preserve"> </w:t>
      </w:r>
      <w:proofErr w:type="spellStart"/>
      <w:r w:rsidR="00053954" w:rsidRPr="00231EC5">
        <w:rPr>
          <w:rFonts w:ascii="Times New Roman" w:hAnsi="Times New Roman" w:cs="Times New Roman"/>
        </w:rPr>
        <w:t>contrário</w:t>
      </w:r>
      <w:proofErr w:type="spellEnd"/>
      <w:r w:rsidRPr="00231EC5">
        <w:rPr>
          <w:rFonts w:ascii="Times New Roman" w:hAnsi="Times New Roman" w:cs="Times New Roman"/>
        </w:rPr>
        <w:t>.</w:t>
      </w:r>
    </w:p>
    <w:p w14:paraId="4DE78900" w14:textId="77777777" w:rsidR="00E46EB1" w:rsidRPr="00231EC5" w:rsidRDefault="00E46EB1" w:rsidP="00E46EB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91ACBEB" w14:textId="58E38E18" w:rsidR="00B272D6" w:rsidRPr="00231EC5" w:rsidRDefault="00000000" w:rsidP="00E46EB1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231EC5">
        <w:rPr>
          <w:rFonts w:ascii="Times New Roman" w:hAnsi="Times New Roman" w:cs="Times New Roman"/>
        </w:rPr>
        <w:t xml:space="preserve"> </w:t>
      </w:r>
      <w:proofErr w:type="spellStart"/>
      <w:r w:rsidR="009409AF">
        <w:rPr>
          <w:rFonts w:ascii="Times New Roman" w:hAnsi="Times New Roman" w:cs="Times New Roman"/>
        </w:rPr>
        <w:t>P</w:t>
      </w:r>
      <w:r w:rsidR="009409AF" w:rsidRPr="00231EC5">
        <w:rPr>
          <w:rFonts w:ascii="Times New Roman" w:hAnsi="Times New Roman" w:cs="Times New Roman"/>
        </w:rPr>
        <w:t>ranchita</w:t>
      </w:r>
      <w:proofErr w:type="spellEnd"/>
      <w:r w:rsidR="009409AF" w:rsidRPr="00231EC5">
        <w:rPr>
          <w:rFonts w:ascii="Times New Roman" w:hAnsi="Times New Roman" w:cs="Times New Roman"/>
        </w:rPr>
        <w:t>-</w:t>
      </w:r>
      <w:r w:rsidR="009409AF">
        <w:rPr>
          <w:rFonts w:ascii="Times New Roman" w:hAnsi="Times New Roman" w:cs="Times New Roman"/>
        </w:rPr>
        <w:t>PR</w:t>
      </w:r>
      <w:r w:rsidRPr="00231EC5">
        <w:rPr>
          <w:rFonts w:ascii="Times New Roman" w:hAnsi="Times New Roman" w:cs="Times New Roman"/>
        </w:rPr>
        <w:t xml:space="preserve">, </w:t>
      </w:r>
      <w:proofErr w:type="spellStart"/>
      <w:r w:rsidR="009409AF">
        <w:rPr>
          <w:rFonts w:ascii="Times New Roman" w:hAnsi="Times New Roman" w:cs="Times New Roman"/>
        </w:rPr>
        <w:t>em</w:t>
      </w:r>
      <w:proofErr w:type="spellEnd"/>
      <w:r w:rsidRPr="00231EC5">
        <w:rPr>
          <w:rFonts w:ascii="Times New Roman" w:hAnsi="Times New Roman" w:cs="Times New Roman"/>
        </w:rPr>
        <w:t xml:space="preserve"> </w:t>
      </w:r>
      <w:r w:rsidR="00E46EB1" w:rsidRPr="00231EC5">
        <w:rPr>
          <w:rFonts w:ascii="Times New Roman" w:hAnsi="Times New Roman" w:cs="Times New Roman"/>
        </w:rPr>
        <w:t>16</w:t>
      </w:r>
      <w:r w:rsidRPr="00231EC5">
        <w:rPr>
          <w:rFonts w:ascii="Times New Roman" w:hAnsi="Times New Roman" w:cs="Times New Roman"/>
        </w:rPr>
        <w:t xml:space="preserve"> </w:t>
      </w:r>
      <w:r w:rsidR="009409AF">
        <w:rPr>
          <w:rFonts w:ascii="Times New Roman" w:hAnsi="Times New Roman" w:cs="Times New Roman"/>
        </w:rPr>
        <w:t>de</w:t>
      </w:r>
      <w:r w:rsidR="0051031A" w:rsidRPr="00231EC5">
        <w:rPr>
          <w:rFonts w:ascii="Times New Roman" w:hAnsi="Times New Roman" w:cs="Times New Roman"/>
        </w:rPr>
        <w:t xml:space="preserve"> </w:t>
      </w:r>
      <w:proofErr w:type="spellStart"/>
      <w:r w:rsidR="009409AF">
        <w:rPr>
          <w:rFonts w:ascii="Times New Roman" w:hAnsi="Times New Roman" w:cs="Times New Roman"/>
        </w:rPr>
        <w:t>setembro</w:t>
      </w:r>
      <w:proofErr w:type="spellEnd"/>
      <w:r w:rsidR="009409AF">
        <w:rPr>
          <w:rFonts w:ascii="Times New Roman" w:hAnsi="Times New Roman" w:cs="Times New Roman"/>
        </w:rPr>
        <w:t xml:space="preserve"> de</w:t>
      </w:r>
      <w:r w:rsidRPr="00231EC5">
        <w:rPr>
          <w:rFonts w:ascii="Times New Roman" w:hAnsi="Times New Roman" w:cs="Times New Roman"/>
        </w:rPr>
        <w:t xml:space="preserve"> 2025.</w:t>
      </w:r>
    </w:p>
    <w:p w14:paraId="0E3309C0" w14:textId="775CA4BB" w:rsidR="001E1E08" w:rsidRPr="00231EC5" w:rsidRDefault="001E1E08" w:rsidP="001E1E08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004014FD" w14:textId="477A52CF" w:rsidR="001E1E08" w:rsidRPr="00231EC5" w:rsidRDefault="00000000" w:rsidP="001E1E08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231EC5">
        <w:rPr>
          <w:rFonts w:ascii="Times New Roman" w:hAnsi="Times New Roman" w:cs="Times New Roman"/>
        </w:rPr>
        <w:t>__________________________________</w:t>
      </w:r>
      <w:r w:rsidRPr="00231EC5">
        <w:rPr>
          <w:rFonts w:ascii="Times New Roman" w:hAnsi="Times New Roman" w:cs="Times New Roman"/>
        </w:rPr>
        <w:br/>
      </w:r>
      <w:r w:rsidR="0071127B" w:rsidRPr="00231EC5">
        <w:rPr>
          <w:rFonts w:ascii="Times New Roman" w:hAnsi="Times New Roman" w:cs="Times New Roman"/>
        </w:rPr>
        <w:t>Ana</w:t>
      </w:r>
      <w:r w:rsidR="004D4AF6" w:rsidRPr="00231EC5">
        <w:rPr>
          <w:rFonts w:ascii="Times New Roman" w:hAnsi="Times New Roman" w:cs="Times New Roman"/>
        </w:rPr>
        <w:t xml:space="preserve"> Claudia</w:t>
      </w:r>
      <w:r w:rsidR="0071127B" w:rsidRPr="00231EC5">
        <w:rPr>
          <w:rFonts w:ascii="Times New Roman" w:hAnsi="Times New Roman" w:cs="Times New Roman"/>
        </w:rPr>
        <w:t xml:space="preserve"> Canzi Duran</w:t>
      </w:r>
    </w:p>
    <w:p w14:paraId="36EE65C7" w14:textId="46FDDE8B" w:rsidR="00F83264" w:rsidRPr="00231EC5" w:rsidRDefault="0071127B" w:rsidP="001E1E08">
      <w:pPr>
        <w:spacing w:after="0" w:line="240" w:lineRule="auto"/>
        <w:jc w:val="center"/>
        <w:rPr>
          <w:rFonts w:ascii="Times New Roman" w:hAnsi="Times New Roman" w:cs="Times New Roman"/>
        </w:rPr>
      </w:pPr>
      <w:proofErr w:type="spellStart"/>
      <w:r w:rsidRPr="00231EC5">
        <w:rPr>
          <w:rFonts w:ascii="Times New Roman" w:hAnsi="Times New Roman" w:cs="Times New Roman"/>
        </w:rPr>
        <w:t>Secretária</w:t>
      </w:r>
      <w:proofErr w:type="spellEnd"/>
      <w:r w:rsidR="004D4AF6" w:rsidRPr="00231EC5">
        <w:rPr>
          <w:rFonts w:ascii="Times New Roman" w:hAnsi="Times New Roman" w:cs="Times New Roman"/>
        </w:rPr>
        <w:t xml:space="preserve"> Municipal </w:t>
      </w:r>
      <w:r w:rsidRPr="00231EC5">
        <w:rPr>
          <w:rFonts w:ascii="Times New Roman" w:hAnsi="Times New Roman" w:cs="Times New Roman"/>
        </w:rPr>
        <w:t xml:space="preserve">de </w:t>
      </w:r>
      <w:proofErr w:type="spellStart"/>
      <w:r w:rsidRPr="00231EC5">
        <w:rPr>
          <w:rFonts w:ascii="Times New Roman" w:hAnsi="Times New Roman" w:cs="Times New Roman"/>
        </w:rPr>
        <w:t>Educação</w:t>
      </w:r>
      <w:proofErr w:type="spellEnd"/>
      <w:r w:rsidR="0051031A" w:rsidRPr="00231EC5">
        <w:rPr>
          <w:rFonts w:ascii="Times New Roman" w:hAnsi="Times New Roman" w:cs="Times New Roman"/>
        </w:rPr>
        <w:t xml:space="preserve">, Cultura e </w:t>
      </w:r>
      <w:proofErr w:type="spellStart"/>
      <w:r w:rsidR="0051031A" w:rsidRPr="00231EC5">
        <w:rPr>
          <w:rFonts w:ascii="Times New Roman" w:hAnsi="Times New Roman" w:cs="Times New Roman"/>
        </w:rPr>
        <w:t>Esporte</w:t>
      </w:r>
      <w:proofErr w:type="spellEnd"/>
      <w:r w:rsidRPr="00231EC5">
        <w:rPr>
          <w:rFonts w:ascii="Times New Roman" w:hAnsi="Times New Roman" w:cs="Times New Roman"/>
        </w:rPr>
        <w:br/>
      </w:r>
    </w:p>
    <w:sectPr w:rsidR="00F83264" w:rsidRPr="00231EC5" w:rsidSect="00231EC5">
      <w:pgSz w:w="11906" w:h="16838" w:code="9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6BDD63" w14:textId="77777777" w:rsidR="00275BCE" w:rsidRDefault="00275BCE" w:rsidP="00670DC8">
      <w:pPr>
        <w:spacing w:after="0" w:line="240" w:lineRule="auto"/>
      </w:pPr>
      <w:r>
        <w:separator/>
      </w:r>
    </w:p>
  </w:endnote>
  <w:endnote w:type="continuationSeparator" w:id="0">
    <w:p w14:paraId="75B7B7E5" w14:textId="77777777" w:rsidR="00275BCE" w:rsidRDefault="00275BCE" w:rsidP="00670D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D96D27" w14:textId="77777777" w:rsidR="00275BCE" w:rsidRDefault="00275BCE" w:rsidP="00670DC8">
      <w:pPr>
        <w:spacing w:after="0" w:line="240" w:lineRule="auto"/>
      </w:pPr>
      <w:r>
        <w:separator/>
      </w:r>
    </w:p>
  </w:footnote>
  <w:footnote w:type="continuationSeparator" w:id="0">
    <w:p w14:paraId="0D0BB68C" w14:textId="77777777" w:rsidR="00275BCE" w:rsidRDefault="00275BCE" w:rsidP="00670D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688B6D20"/>
    <w:multiLevelType w:val="hybridMultilevel"/>
    <w:tmpl w:val="D80E1CA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7493BA">
      <w:numFmt w:val="bullet"/>
      <w:lvlText w:val=""/>
      <w:lvlJc w:val="left"/>
      <w:pPr>
        <w:ind w:left="1440" w:hanging="360"/>
      </w:pPr>
      <w:rPr>
        <w:rFonts w:ascii="Symbol" w:eastAsiaTheme="minorEastAsia" w:hAnsi="Symbol" w:cs="Times New Roman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8424047">
    <w:abstractNumId w:val="8"/>
  </w:num>
  <w:num w:numId="2" w16cid:durableId="929200739">
    <w:abstractNumId w:val="6"/>
  </w:num>
  <w:num w:numId="3" w16cid:durableId="1356272532">
    <w:abstractNumId w:val="5"/>
  </w:num>
  <w:num w:numId="4" w16cid:durableId="1040134422">
    <w:abstractNumId w:val="4"/>
  </w:num>
  <w:num w:numId="5" w16cid:durableId="1938630692">
    <w:abstractNumId w:val="7"/>
  </w:num>
  <w:num w:numId="6" w16cid:durableId="2091539418">
    <w:abstractNumId w:val="3"/>
  </w:num>
  <w:num w:numId="7" w16cid:durableId="31537847">
    <w:abstractNumId w:val="2"/>
  </w:num>
  <w:num w:numId="8" w16cid:durableId="1086927292">
    <w:abstractNumId w:val="1"/>
  </w:num>
  <w:num w:numId="9" w16cid:durableId="1447964075">
    <w:abstractNumId w:val="0"/>
  </w:num>
  <w:num w:numId="10" w16cid:durableId="72904259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53954"/>
    <w:rsid w:val="0006063C"/>
    <w:rsid w:val="0015074B"/>
    <w:rsid w:val="001E1E08"/>
    <w:rsid w:val="00231EC5"/>
    <w:rsid w:val="00252D01"/>
    <w:rsid w:val="00275BCE"/>
    <w:rsid w:val="0029639D"/>
    <w:rsid w:val="00326F90"/>
    <w:rsid w:val="003648BD"/>
    <w:rsid w:val="004677EB"/>
    <w:rsid w:val="004D4AF6"/>
    <w:rsid w:val="004F6EC2"/>
    <w:rsid w:val="0051031A"/>
    <w:rsid w:val="00573D49"/>
    <w:rsid w:val="00595328"/>
    <w:rsid w:val="005B7339"/>
    <w:rsid w:val="00637A1E"/>
    <w:rsid w:val="00670DC8"/>
    <w:rsid w:val="0069460D"/>
    <w:rsid w:val="006D40BF"/>
    <w:rsid w:val="006E51B0"/>
    <w:rsid w:val="0071127B"/>
    <w:rsid w:val="00720DE4"/>
    <w:rsid w:val="00724405"/>
    <w:rsid w:val="008B27F4"/>
    <w:rsid w:val="008B363F"/>
    <w:rsid w:val="008B690D"/>
    <w:rsid w:val="009409AF"/>
    <w:rsid w:val="00A2290F"/>
    <w:rsid w:val="00A64640"/>
    <w:rsid w:val="00AA1D8D"/>
    <w:rsid w:val="00AC558E"/>
    <w:rsid w:val="00AE24CE"/>
    <w:rsid w:val="00B272D6"/>
    <w:rsid w:val="00B43299"/>
    <w:rsid w:val="00B47730"/>
    <w:rsid w:val="00BD7C4E"/>
    <w:rsid w:val="00C204B6"/>
    <w:rsid w:val="00C61BAA"/>
    <w:rsid w:val="00CB0664"/>
    <w:rsid w:val="00D773AB"/>
    <w:rsid w:val="00D90108"/>
    <w:rsid w:val="00E46EB1"/>
    <w:rsid w:val="00EF76BF"/>
    <w:rsid w:val="00F40A99"/>
    <w:rsid w:val="00F832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FE94428"/>
  <w14:defaultImageDpi w14:val="300"/>
  <w15:docId w15:val="{B5B70B32-AEBA-4B9D-BB89-DA8540535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437</Words>
  <Characters>2365</Characters>
  <Application>Microsoft Office Word</Application>
  <DocSecurity>0</DocSecurity>
  <Lines>19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2797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Stephanny Amorim</cp:lastModifiedBy>
  <cp:revision>13</cp:revision>
  <cp:lastPrinted>2025-09-16T10:54:00Z</cp:lastPrinted>
  <dcterms:created xsi:type="dcterms:W3CDTF">2025-09-16T13:32:00Z</dcterms:created>
  <dcterms:modified xsi:type="dcterms:W3CDTF">2025-09-16T17:09:00Z</dcterms:modified>
  <cp:category/>
</cp:coreProperties>
</file>