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58A7C" w14:textId="42A386FE" w:rsidR="00FC7656" w:rsidRPr="008A611E" w:rsidRDefault="008A611E" w:rsidP="008A61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INSTRUÇÃO N</w:t>
      </w:r>
      <w:r w:rsidR="00FC7656" w:rsidRPr="008A61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 xml:space="preserve">ORMATIVA Nº </w:t>
      </w:r>
      <w:r w:rsidRPr="008A61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0</w:t>
      </w:r>
      <w:r w:rsidR="000A1861" w:rsidRPr="008A61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11</w:t>
      </w:r>
      <w:r w:rsidR="00FC7656" w:rsidRPr="008A61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BR" w:eastAsia="pt-BR"/>
        </w:rPr>
        <w:t>/2026</w:t>
      </w:r>
    </w:p>
    <w:p w14:paraId="4CDE817C" w14:textId="77777777" w:rsidR="00A52EA8" w:rsidRPr="008A611E" w:rsidRDefault="00A52EA8" w:rsidP="008A61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640E7802" w14:textId="3FCEFC9A" w:rsidR="00FC7656" w:rsidRPr="008A611E" w:rsidRDefault="008A611E" w:rsidP="008A611E">
      <w:pPr>
        <w:spacing w:after="0" w:line="240" w:lineRule="auto"/>
        <w:ind w:left="4253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 w:rsidRPr="008A611E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pt-BR"/>
        </w:rPr>
        <w:t>Súmula:</w:t>
      </w:r>
      <w:r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</w:t>
      </w:r>
      <w:r w:rsidR="005F544C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d</w:t>
      </w:r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ispõe sobre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</w:t>
      </w:r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a implementação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</w:t>
      </w:r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e desenvolvimento do Projeto “Todos Pela</w:t>
      </w:r>
      <w:r w:rsidR="00A52EA8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</w:t>
      </w:r>
      <w:proofErr w:type="gramStart"/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Inclusão”</w:t>
      </w:r>
      <w:r w:rsidR="00A52EA8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 </w:t>
      </w:r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nas</w:t>
      </w:r>
      <w:proofErr w:type="gramEnd"/>
      <w:r w:rsidR="00A52EA8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</w:t>
      </w:r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instituições da Rede</w:t>
      </w:r>
      <w:r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</w:t>
      </w:r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Municipal de Ensino de </w:t>
      </w:r>
      <w:proofErr w:type="spellStart"/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Pranchita</w:t>
      </w:r>
      <w:proofErr w:type="spellEnd"/>
      <w:r w:rsidR="00FC7656" w:rsidRPr="008A611E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 – PR.</w:t>
      </w:r>
    </w:p>
    <w:p w14:paraId="5A7B86E9" w14:textId="77777777" w:rsidR="00A52EA8" w:rsidRPr="008A611E" w:rsidRDefault="00A52EA8" w:rsidP="008A611E">
      <w:pPr>
        <w:spacing w:after="0" w:line="240" w:lineRule="auto"/>
        <w:ind w:left="4320"/>
        <w:outlineLvl w:val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7700F14" w14:textId="01370551" w:rsidR="00FC7656" w:rsidRDefault="008A611E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SECRET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Á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RIA MUNICIPAL DE EDUCAÇÃO, CULTURA E ESPORTE DE PRANCHITA – PARANÁ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no uso de suas atribuições legais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considerando: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Constituição Federal de 1988;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Lei de Diretrizes e Bases da Educação Nacional – LDB nº 9.394/96;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Política Nacional de Educação Especial na Perspectiva da Educação Inclusiva;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Lei Brasileira de Inclusão da Pessoa com Deficiência – Lei nº 13.146/2015;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Base Nacional Comum Curricular – BNCC;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compromisso da Rede Municipal de Ensino com a garantia da inclusão, da equidade e da aprendizagem de todos os estudantes;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ESOLVE</w:t>
      </w:r>
      <w:r w:rsidR="00FC7656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</w:t>
      </w:r>
    </w:p>
    <w:p w14:paraId="717573BC" w14:textId="77777777" w:rsidR="008A611E" w:rsidRPr="008A611E" w:rsidRDefault="008A611E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F8A1D49" w14:textId="41E5E3EA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1º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Instituir o Projeto “Todos Pela Inclusão” em todas as instituições pertencentes à Rede Municipal de Ensino de </w:t>
      </w:r>
      <w:proofErr w:type="spellStart"/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Pranchita</w:t>
      </w:r>
      <w:proofErr w:type="spellEnd"/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– PR, com o objetivo de fortalecer ações de inclusão escolar, respeito às diferenças, acessibilidade e valorização da diversidade.</w:t>
      </w:r>
    </w:p>
    <w:p w14:paraId="38AC3CD1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363A940E" w14:textId="6B7312FC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2º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projeto será desenvolvido ao longo do ano letivo, envolvendo estudantes, professores, equipes pedagógicas, gestores escolares, famílias e comunidade escolar.</w:t>
      </w:r>
    </w:p>
    <w:p w14:paraId="28705C6B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19D7D93B" w14:textId="729DBD34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3º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São objetivos do Projeto “Todos Pela Inclusão”:</w:t>
      </w:r>
    </w:p>
    <w:p w14:paraId="08B56AA1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 – Promover ações de conscientização sobre inclusão e diversidade;</w:t>
      </w:r>
    </w:p>
    <w:p w14:paraId="32C84CD3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 – Incentivar práticas pedagógicas inclusivas nas unidades escolares;</w:t>
      </w:r>
    </w:p>
    <w:p w14:paraId="4938062E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III – Garantir a participação de todos os estudantes nas atividades escolares;</w:t>
      </w:r>
    </w:p>
    <w:p w14:paraId="0551F027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IV – Fortalecer o acolhimento, a empatia e o respeito às diferenças;</w:t>
      </w:r>
    </w:p>
    <w:p w14:paraId="3376A8B0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 – Desenvolver estratégias que favoreçam a aprendizagem e o desenvolvimento integral dos estudantes;</w:t>
      </w:r>
    </w:p>
    <w:p w14:paraId="6A323B55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VI – Fortalecer a parceria entre escola, família e comunidade.</w:t>
      </w:r>
    </w:p>
    <w:p w14:paraId="26EDAA09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1BEE0B0D" w14:textId="12D59624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4º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Compete à Secretaria Municipal de Educação:</w:t>
      </w:r>
    </w:p>
    <w:p w14:paraId="162AB96F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 – Coordenar e acompanhar o desenvolvimento do projeto;</w:t>
      </w:r>
    </w:p>
    <w:p w14:paraId="00188449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 – Orientar as equipes escolares quanto à organização das ações;</w:t>
      </w:r>
    </w:p>
    <w:p w14:paraId="47979765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III – Disponibilizar materiais e orientações pedagógicas;</w:t>
      </w:r>
    </w:p>
    <w:p w14:paraId="1D97E459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IV – Promover momentos de formação e estudo relacionados à educação inclusiva;</w:t>
      </w:r>
    </w:p>
    <w:p w14:paraId="4DB8126C" w14:textId="3FA3F4AF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 – Monitorar as ações desenvolvidas pelas unidades escolares.</w:t>
      </w:r>
    </w:p>
    <w:p w14:paraId="4EFB9118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1BB3DDBC" w14:textId="67FC23F0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5º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Compete às equipes gestoras e pedagógicas das escolas:</w:t>
      </w:r>
    </w:p>
    <w:p w14:paraId="5E4E2C11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 – Organizar e desenvolver as ações previstas no projeto;</w:t>
      </w:r>
    </w:p>
    <w:p w14:paraId="77FD7FE8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 – Mobilizar professores, estudantes e famílias para participação nas atividades;</w:t>
      </w:r>
    </w:p>
    <w:p w14:paraId="5320F186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III – Incentivar práticas pedagógicas inclusivas;</w:t>
      </w:r>
    </w:p>
    <w:p w14:paraId="31DE8077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IV – Registrar e acompanhar as atividades desenvolvidas;</w:t>
      </w:r>
    </w:p>
    <w:p w14:paraId="6E170615" w14:textId="0FEEC6DA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 – Encaminhar relatórios e registros à Secretaria Municipal de Educação sempre que solicitado.</w:t>
      </w:r>
    </w:p>
    <w:p w14:paraId="4C409224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3B412FC9" w14:textId="64334445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lastRenderedPageBreak/>
        <w:t>Art. 6º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 escolas deverão promover atividades relacionadas à temática da inclusão, podendo contemplar:</w:t>
      </w:r>
    </w:p>
    <w:p w14:paraId="4ED2FAB3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 – Rodas de conversa e momentos de reflexão;</w:t>
      </w:r>
    </w:p>
    <w:p w14:paraId="0EE88636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 – Produção de textos, desenhos e murais;</w:t>
      </w:r>
    </w:p>
    <w:p w14:paraId="09718FA6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III – Palestras e campanhas de conscientização;</w:t>
      </w:r>
    </w:p>
    <w:p w14:paraId="64A09876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IV – Apresentações culturais;</w:t>
      </w:r>
    </w:p>
    <w:p w14:paraId="0005D9D0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 – Exibição de vídeos educativos;</w:t>
      </w:r>
    </w:p>
    <w:p w14:paraId="7B81A619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VI – Jogos cooperativos e atividades inclusivas;</w:t>
      </w:r>
    </w:p>
    <w:p w14:paraId="70E82A70" w14:textId="77777777" w:rsidR="000A1861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VII – Trabalhos interdisciplinares;</w:t>
      </w:r>
    </w:p>
    <w:p w14:paraId="76E368FF" w14:textId="3C6B0694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VIII – Ações de sensibilização da comunidade escolar.</w:t>
      </w:r>
    </w:p>
    <w:p w14:paraId="2835A72B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02C09B21" w14:textId="2D5AD39F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7º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 ações do projeto deverão respeitar as especificidades de cada etapa de ensino e considerar os princípios da equidade, acessibilidade, participação e respeito à diversidade.</w:t>
      </w:r>
    </w:p>
    <w:p w14:paraId="7C58D65C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1194150D" w14:textId="77248D9E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8º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 instituições escolares deverão registrar as atividades desenvolvidas por meio de:</w:t>
      </w:r>
    </w:p>
    <w:p w14:paraId="78F857D4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 – Relatórios pedagógicos;</w:t>
      </w:r>
    </w:p>
    <w:p w14:paraId="6A4E647D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 – Fotografias e registros escritos;</w:t>
      </w:r>
    </w:p>
    <w:p w14:paraId="5C71EEA5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III – Produções dos estudantes;</w:t>
      </w:r>
    </w:p>
    <w:p w14:paraId="19DD049D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IV – Listas de participação;</w:t>
      </w:r>
    </w:p>
    <w:p w14:paraId="4FD75873" w14:textId="426370F0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 – Portfólios e demais instrumentos pedagógicos.</w:t>
      </w:r>
    </w:p>
    <w:p w14:paraId="200820B3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0C8CDA9F" w14:textId="72DB3BB4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9º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culminância do projeto ocorrerá por meio de ações de socialização das atividades realizadas pelas unidades escolares, podendo incluir apresentações, exposições, mostras culturais e demais atividades definidas pelas escolas.</w:t>
      </w:r>
    </w:p>
    <w:p w14:paraId="7669144A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5FDD171E" w14:textId="383C4D60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</w:t>
      </w:r>
      <w:r w:rsidR="000A1861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r</w:t>
      </w: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t. 10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avaliação do projeto ocorrerá de forma contínua, considerando:</w:t>
      </w:r>
    </w:p>
    <w:p w14:paraId="3FCCBB28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 – Participação dos estudantes e comunidade escolar;</w:t>
      </w:r>
    </w:p>
    <w:p w14:paraId="2C34BE88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 – Desenvolvimento das ações propostas;</w:t>
      </w:r>
    </w:p>
    <w:p w14:paraId="7E7E2871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III – Envolvimento das equipes escolares;</w:t>
      </w:r>
    </w:p>
    <w:p w14:paraId="48E26A5D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IV – Impacto das atividades no fortalecimento da cultura inclusiva;</w:t>
      </w:r>
    </w:p>
    <w:p w14:paraId="17B1FBA5" w14:textId="1F25149C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 – Relatórios e devolutivas pedagógicas.</w:t>
      </w:r>
    </w:p>
    <w:p w14:paraId="1B8B9D29" w14:textId="77777777" w:rsidR="008A611E" w:rsidRDefault="008A611E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</w:p>
    <w:p w14:paraId="4D6075FD" w14:textId="75E27FFE" w:rsidR="00FC7656" w:rsidRPr="008A611E" w:rsidRDefault="00FC7656" w:rsidP="008A61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Art. 1</w:t>
      </w:r>
      <w:r w:rsidR="000A1861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>1</w:t>
      </w:r>
      <w:r w:rsidR="00A52EA8" w:rsidRPr="008A611E">
        <w:rPr>
          <w:rFonts w:ascii="Times New Roman" w:eastAsia="Times New Roman" w:hAnsi="Times New Roman" w:cs="Times New Roman"/>
          <w:kern w:val="36"/>
          <w:sz w:val="24"/>
          <w:szCs w:val="24"/>
          <w:lang w:val="pt-BR" w:eastAsia="pt-BR"/>
        </w:rPr>
        <w:t xml:space="preserve">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Esta </w:t>
      </w:r>
      <w:r w:rsid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Instrução N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ormativa entra em vigor na data de sua publicação.</w:t>
      </w:r>
    </w:p>
    <w:p w14:paraId="089B4DE5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A4DE7E3" w14:textId="77777777" w:rsidR="00B24010" w:rsidRPr="008A611E" w:rsidRDefault="00B24010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907FBA5" w14:textId="1B220D05" w:rsidR="00FC7656" w:rsidRPr="008A611E" w:rsidRDefault="00FC7656" w:rsidP="008A6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spellStart"/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Pranchita</w:t>
      </w:r>
      <w:proofErr w:type="spellEnd"/>
      <w:r w:rsid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/PR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</w:t>
      </w:r>
      <w:r w:rsid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em</w:t>
      </w:r>
      <w:r w:rsidR="000A1861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de </w:t>
      </w:r>
      <w:r w:rsidR="000A1861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maio 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 2026.</w:t>
      </w:r>
    </w:p>
    <w:p w14:paraId="524DBE49" w14:textId="77777777" w:rsidR="00FC7656" w:rsidRPr="008A611E" w:rsidRDefault="00FC7656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155F5E2" w14:textId="77777777" w:rsidR="00A52EA8" w:rsidRPr="008A611E" w:rsidRDefault="00A52EA8" w:rsidP="008A6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6BA78DF" w14:textId="77777777" w:rsidR="008A611E" w:rsidRDefault="008A611E" w:rsidP="008A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B89CC17" w14:textId="045A494B" w:rsidR="00FC7656" w:rsidRPr="008A611E" w:rsidRDefault="00A52EA8" w:rsidP="008A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___________________________________</w:t>
      </w:r>
    </w:p>
    <w:p w14:paraId="49F0CCF4" w14:textId="4020C8F9" w:rsidR="00A52EA8" w:rsidRPr="008A611E" w:rsidRDefault="008A611E" w:rsidP="008A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laudia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anzi</w:t>
      </w:r>
      <w:proofErr w:type="spellEnd"/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</w:t>
      </w: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uran</w:t>
      </w:r>
    </w:p>
    <w:p w14:paraId="40675277" w14:textId="2889CFAC" w:rsidR="00FC7656" w:rsidRPr="008A611E" w:rsidRDefault="00FC7656" w:rsidP="008A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Secretária Municipal de Educação</w:t>
      </w:r>
      <w:r w:rsidR="00A52EA8" w:rsidRPr="008A611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Cultura e Esportes</w:t>
      </w:r>
    </w:p>
    <w:p w14:paraId="06EC0893" w14:textId="77777777" w:rsidR="004B4960" w:rsidRPr="000A1861" w:rsidRDefault="004B4960" w:rsidP="00A52EA8">
      <w:pPr>
        <w:spacing w:after="0" w:line="240" w:lineRule="auto"/>
        <w:jc w:val="center"/>
        <w:rPr>
          <w:sz w:val="24"/>
          <w:szCs w:val="24"/>
        </w:rPr>
      </w:pPr>
    </w:p>
    <w:p w14:paraId="07E04E51" w14:textId="77777777" w:rsidR="00A52EA8" w:rsidRPr="000A1861" w:rsidRDefault="00A52EA8">
      <w:pPr>
        <w:spacing w:after="0" w:line="240" w:lineRule="auto"/>
        <w:jc w:val="both"/>
        <w:rPr>
          <w:sz w:val="24"/>
          <w:szCs w:val="24"/>
        </w:rPr>
      </w:pPr>
    </w:p>
    <w:sectPr w:rsidR="00A52EA8" w:rsidRPr="000A1861" w:rsidSect="00A52EA8">
      <w:headerReference w:type="default" r:id="rId8"/>
      <w:pgSz w:w="12240" w:h="15840"/>
      <w:pgMar w:top="1440" w:right="1467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7409" w14:textId="77777777" w:rsidR="000A0A6C" w:rsidRDefault="000A0A6C" w:rsidP="005F544C">
      <w:pPr>
        <w:spacing w:after="0" w:line="240" w:lineRule="auto"/>
      </w:pPr>
      <w:r>
        <w:separator/>
      </w:r>
    </w:p>
  </w:endnote>
  <w:endnote w:type="continuationSeparator" w:id="0">
    <w:p w14:paraId="15ECFC13" w14:textId="77777777" w:rsidR="000A0A6C" w:rsidRDefault="000A0A6C" w:rsidP="005F5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E1662" w14:textId="77777777" w:rsidR="000A0A6C" w:rsidRDefault="000A0A6C" w:rsidP="005F544C">
      <w:pPr>
        <w:spacing w:after="0" w:line="240" w:lineRule="auto"/>
      </w:pPr>
      <w:r>
        <w:separator/>
      </w:r>
    </w:p>
  </w:footnote>
  <w:footnote w:type="continuationSeparator" w:id="0">
    <w:p w14:paraId="010D2C00" w14:textId="77777777" w:rsidR="000A0A6C" w:rsidRDefault="000A0A6C" w:rsidP="005F5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95191" w14:textId="77777777" w:rsidR="005F544C" w:rsidRPr="005F544C" w:rsidRDefault="005F544C" w:rsidP="005F544C">
    <w:pPr>
      <w:pStyle w:val="Cabealho"/>
      <w:jc w:val="center"/>
      <w:rPr>
        <w:rFonts w:ascii="Times New Roman" w:hAnsi="Times New Roman" w:cs="Times New Roman"/>
        <w:sz w:val="24"/>
        <w:szCs w:val="24"/>
        <w:lang w:val="pt-BR"/>
      </w:rPr>
    </w:pPr>
    <w:r w:rsidRPr="005F544C">
      <w:rPr>
        <w:rFonts w:ascii="Times New Roman" w:hAnsi="Times New Roman" w:cs="Times New Roman"/>
        <w:sz w:val="24"/>
        <w:szCs w:val="24"/>
        <w:lang w:val="pt-BR"/>
      </w:rPr>
      <w:object w:dxaOrig="1440" w:dyaOrig="1440" w14:anchorId="1C6D84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220" r:id="rId2"/>
      </w:object>
    </w:r>
    <w:r w:rsidRPr="005F544C">
      <w:rPr>
        <w:rFonts w:ascii="Times New Roman" w:hAnsi="Times New Roman" w:cs="Times New Roman"/>
        <w:sz w:val="24"/>
        <w:szCs w:val="24"/>
        <w:lang w:val="pt-BR"/>
      </w:rPr>
      <w:t>SECRETARIA</w:t>
    </w:r>
    <w:r w:rsidRPr="005F544C">
      <w:rPr>
        <w:lang w:val="pt-BR"/>
      </w:rPr>
      <w:t xml:space="preserve"> </w:t>
    </w:r>
    <w:r w:rsidRPr="005F544C">
      <w:rPr>
        <w:rFonts w:ascii="Times New Roman" w:hAnsi="Times New Roman" w:cs="Times New Roman"/>
        <w:sz w:val="24"/>
        <w:szCs w:val="24"/>
        <w:lang w:val="pt-BR"/>
      </w:rPr>
      <w:t>MUNICIPAL DE EDUCAÇÃO, CULTURA E ESPORTES</w:t>
    </w:r>
  </w:p>
  <w:p w14:paraId="1E3B027E" w14:textId="77777777" w:rsidR="005F544C" w:rsidRPr="005F544C" w:rsidRDefault="005F544C" w:rsidP="005F544C">
    <w:pPr>
      <w:pStyle w:val="Cabealho"/>
      <w:jc w:val="center"/>
      <w:rPr>
        <w:rFonts w:ascii="Times New Roman" w:hAnsi="Times New Roman" w:cs="Times New Roman"/>
        <w:sz w:val="24"/>
        <w:szCs w:val="24"/>
        <w:lang w:val="pt-BR"/>
      </w:rPr>
    </w:pPr>
    <w:r w:rsidRPr="005F544C">
      <w:rPr>
        <w:rFonts w:ascii="Times New Roman" w:hAnsi="Times New Roman" w:cs="Times New Roman"/>
        <w:sz w:val="24"/>
        <w:szCs w:val="24"/>
        <w:lang w:val="pt-BR"/>
      </w:rPr>
      <w:t>PRANCHITA – PR</w:t>
    </w:r>
  </w:p>
  <w:p w14:paraId="58DB54F1" w14:textId="77777777" w:rsidR="005F544C" w:rsidRPr="005F544C" w:rsidRDefault="005F544C" w:rsidP="005F544C">
    <w:pPr>
      <w:pStyle w:val="Cabealho"/>
      <w:jc w:val="center"/>
      <w:rPr>
        <w:rFonts w:ascii="Times New Roman" w:hAnsi="Times New Roman" w:cs="Times New Roman"/>
        <w:sz w:val="24"/>
        <w:szCs w:val="24"/>
        <w:lang w:val="pt-BR"/>
      </w:rPr>
    </w:pPr>
    <w:r w:rsidRPr="005F544C">
      <w:rPr>
        <w:rFonts w:ascii="Times New Roman" w:hAnsi="Times New Roman" w:cs="Times New Roman"/>
        <w:sz w:val="24"/>
        <w:szCs w:val="24"/>
        <w:lang w:val="pt-BR"/>
      </w:rPr>
      <w:t>Rua Barão do Rio Branco, nº 403 – Centro – CEP 85730-000</w:t>
    </w:r>
  </w:p>
  <w:p w14:paraId="71569217" w14:textId="77777777" w:rsidR="005F544C" w:rsidRPr="005F544C" w:rsidRDefault="005F544C" w:rsidP="005F544C">
    <w:pPr>
      <w:pStyle w:val="Cabealho"/>
      <w:jc w:val="center"/>
      <w:rPr>
        <w:rFonts w:ascii="Times New Roman" w:hAnsi="Times New Roman" w:cs="Times New Roman"/>
        <w:sz w:val="24"/>
        <w:szCs w:val="24"/>
        <w:lang w:val="pt-BR"/>
      </w:rPr>
    </w:pPr>
    <w:r w:rsidRPr="005F544C">
      <w:rPr>
        <w:rFonts w:ascii="Times New Roman" w:hAnsi="Times New Roman" w:cs="Times New Roman"/>
        <w:sz w:val="24"/>
        <w:szCs w:val="24"/>
        <w:lang w:val="pt-BR"/>
      </w:rPr>
      <w:t>Fone: (46) 3540-1743</w:t>
    </w:r>
  </w:p>
  <w:p w14:paraId="4266FC85" w14:textId="77777777" w:rsidR="005F544C" w:rsidRDefault="005F54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C51796"/>
    <w:multiLevelType w:val="multilevel"/>
    <w:tmpl w:val="293A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909972">
    <w:abstractNumId w:val="8"/>
  </w:num>
  <w:num w:numId="2" w16cid:durableId="1931160630">
    <w:abstractNumId w:val="6"/>
  </w:num>
  <w:num w:numId="3" w16cid:durableId="1594238889">
    <w:abstractNumId w:val="5"/>
  </w:num>
  <w:num w:numId="4" w16cid:durableId="748036610">
    <w:abstractNumId w:val="4"/>
  </w:num>
  <w:num w:numId="5" w16cid:durableId="1989086389">
    <w:abstractNumId w:val="7"/>
  </w:num>
  <w:num w:numId="6" w16cid:durableId="897739343">
    <w:abstractNumId w:val="3"/>
  </w:num>
  <w:num w:numId="7" w16cid:durableId="1732458078">
    <w:abstractNumId w:val="2"/>
  </w:num>
  <w:num w:numId="8" w16cid:durableId="381490628">
    <w:abstractNumId w:val="1"/>
  </w:num>
  <w:num w:numId="9" w16cid:durableId="151798759">
    <w:abstractNumId w:val="0"/>
  </w:num>
  <w:num w:numId="10" w16cid:durableId="8116816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852"/>
    <w:rsid w:val="0006063C"/>
    <w:rsid w:val="000A0A6C"/>
    <w:rsid w:val="000A1861"/>
    <w:rsid w:val="001421D2"/>
    <w:rsid w:val="0015074B"/>
    <w:rsid w:val="0029639D"/>
    <w:rsid w:val="002B54E6"/>
    <w:rsid w:val="00326F90"/>
    <w:rsid w:val="004B4960"/>
    <w:rsid w:val="005F544C"/>
    <w:rsid w:val="006C1C7A"/>
    <w:rsid w:val="00787D69"/>
    <w:rsid w:val="008A611E"/>
    <w:rsid w:val="009460EA"/>
    <w:rsid w:val="00A52EA8"/>
    <w:rsid w:val="00AA1D8D"/>
    <w:rsid w:val="00B24010"/>
    <w:rsid w:val="00B47730"/>
    <w:rsid w:val="00CB0664"/>
    <w:rsid w:val="00CF18DC"/>
    <w:rsid w:val="00CF60EE"/>
    <w:rsid w:val="00E26754"/>
    <w:rsid w:val="00FC693F"/>
    <w:rsid w:val="00FC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0305E6"/>
  <w14:defaultImageDpi w14:val="300"/>
  <w15:docId w15:val="{B51B04E6-AB07-4837-9245-062A9B79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650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3</cp:revision>
  <cp:lastPrinted>2026-05-15T18:04:00Z</cp:lastPrinted>
  <dcterms:created xsi:type="dcterms:W3CDTF">2026-05-21T18:39:00Z</dcterms:created>
  <dcterms:modified xsi:type="dcterms:W3CDTF">2026-05-21T19:14:00Z</dcterms:modified>
  <cp:category/>
</cp:coreProperties>
</file>